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8AF" w:rsidRPr="0071357B" w:rsidRDefault="00254BB8" w:rsidP="00254BB8">
      <w:pPr>
        <w:jc w:val="center"/>
        <w:rPr>
          <w:rFonts w:cstheme="minorHAnsi"/>
        </w:rPr>
      </w:pPr>
      <w:r>
        <w:rPr>
          <w:rFonts w:cstheme="minorHAnsi"/>
          <w:b/>
          <w:bCs/>
        </w:rPr>
        <w:t>To</w:t>
      </w:r>
      <w:r w:rsidRPr="0071357B">
        <w:rPr>
          <w:rFonts w:cstheme="minorHAnsi"/>
          <w:b/>
          <w:bCs/>
        </w:rPr>
        <w:t>t</w:t>
      </w:r>
      <w:r w:rsidRPr="0071357B">
        <w:rPr>
          <w:rFonts w:cstheme="minorHAnsi"/>
          <w:b/>
          <w:bCs/>
        </w:rPr>
        <w:t>a</w:t>
      </w:r>
      <w:r w:rsidRPr="0071357B">
        <w:rPr>
          <w:rFonts w:cstheme="minorHAnsi"/>
          <w:b/>
          <w:bCs/>
        </w:rPr>
        <w:t>l</w:t>
      </w:r>
      <w:r w:rsidRPr="0071357B">
        <w:rPr>
          <w:rFonts w:cstheme="minorHAnsi"/>
          <w:b/>
          <w:bCs/>
        </w:rPr>
        <w:t xml:space="preserve"> </w:t>
      </w:r>
      <w:r w:rsidRPr="0071357B">
        <w:rPr>
          <w:rFonts w:cstheme="minorHAnsi"/>
          <w:b/>
          <w:bCs/>
        </w:rPr>
        <w:t>I</w:t>
      </w:r>
      <w:r w:rsidRPr="0071357B">
        <w:rPr>
          <w:rFonts w:cstheme="minorHAnsi"/>
          <w:b/>
          <w:bCs/>
        </w:rPr>
        <w:t>n</w:t>
      </w:r>
      <w:r w:rsidRPr="0071357B">
        <w:rPr>
          <w:rFonts w:cstheme="minorHAnsi"/>
          <w:b/>
          <w:bCs/>
        </w:rPr>
        <w:t xml:space="preserve">vestments in </w:t>
      </w:r>
      <w:r w:rsidRPr="0071357B">
        <w:rPr>
          <w:rFonts w:cstheme="minorHAnsi"/>
          <w:b/>
          <w:bCs/>
          <w:color w:val="FF0000"/>
        </w:rPr>
        <w:t xml:space="preserve">Region 1 </w:t>
      </w:r>
      <w:r w:rsidRPr="0071357B">
        <w:rPr>
          <w:rFonts w:cstheme="minorHAnsi"/>
          <w:b/>
          <w:bCs/>
        </w:rPr>
        <w:t>2020 – 2024</w:t>
      </w:r>
    </w:p>
    <w:p w:rsidR="009348AF" w:rsidRPr="0071357B" w:rsidRDefault="00254BB8" w:rsidP="009348AF">
      <w:pPr>
        <w:spacing w:before="240" w:after="240"/>
        <w:jc w:val="center"/>
        <w:rPr>
          <w:rFonts w:cstheme="minorHAnsi"/>
          <w:b/>
          <w:bCs/>
        </w:rPr>
      </w:pPr>
      <w:r w:rsidRPr="0071357B">
        <w:rPr>
          <w:rFonts w:cstheme="minorHAnsi"/>
          <w:b/>
          <w:bCs/>
        </w:rPr>
        <w:t xml:space="preserve">Ministry of Agriculture |$ 1,141,820,133 </w:t>
      </w:r>
      <w:r w:rsidRPr="0071357B">
        <w:rPr>
          <w:rFonts w:cstheme="minorHAnsi"/>
          <w:b/>
          <w:bCs/>
          <w:color w:val="202124"/>
        </w:rPr>
        <w:t xml:space="preserve">| </w:t>
      </w:r>
    </w:p>
    <w:p w:rsidR="009348AF" w:rsidRPr="0071357B" w:rsidRDefault="00254BB8" w:rsidP="009348AF">
      <w:pPr>
        <w:pStyle w:val="ListParagraph"/>
        <w:numPr>
          <w:ilvl w:val="0"/>
          <w:numId w:val="1"/>
        </w:numPr>
        <w:spacing w:before="240" w:after="240"/>
        <w:rPr>
          <w:rFonts w:cstheme="minorHAnsi"/>
          <w:b/>
        </w:rPr>
      </w:pPr>
      <w:r w:rsidRPr="0071357B">
        <w:rPr>
          <w:rFonts w:cstheme="minorHAnsi"/>
          <w:b/>
          <w:bCs/>
        </w:rPr>
        <w:t>NAREI | $99,798,000</w:t>
      </w:r>
      <w:r w:rsidRPr="0071357B">
        <w:rPr>
          <w:rFonts w:cstheme="minorHAnsi"/>
          <w:b/>
          <w:bCs/>
          <w:color w:val="202124"/>
        </w:rPr>
        <w:t xml:space="preserve">| </w:t>
      </w:r>
      <w:r w:rsidRPr="0071357B">
        <w:rPr>
          <w:rFonts w:cstheme="minorHAnsi"/>
          <w:b/>
          <w:bCs/>
        </w:rPr>
        <w:t>2020-2024)</w:t>
      </w:r>
    </w:p>
    <w:p w:rsidR="009348AF" w:rsidRPr="0071357B" w:rsidRDefault="00254BB8" w:rsidP="009348AF">
      <w:pPr>
        <w:widowControl w:val="0"/>
        <w:spacing w:line="240" w:lineRule="auto"/>
        <w:rPr>
          <w:rFonts w:cstheme="minorHAnsi"/>
          <w:b/>
          <w:bCs/>
        </w:rPr>
      </w:pPr>
      <w:r w:rsidRPr="0071357B">
        <w:rPr>
          <w:rFonts w:cstheme="minorHAnsi"/>
          <w:b/>
          <w:bCs/>
        </w:rPr>
        <w:t>Distributed spice planting material (turmeric, ginger, nutmeg, black pepper)</w:t>
      </w:r>
      <w:r w:rsidRPr="0071357B">
        <w:rPr>
          <w:rFonts w:cstheme="minorHAnsi"/>
          <w:b/>
          <w:bCs/>
        </w:rPr>
        <w:br/>
      </w:r>
      <w:r w:rsidRPr="0071357B">
        <w:rPr>
          <w:rFonts w:cstheme="minorHAnsi"/>
        </w:rPr>
        <w:t xml:space="preserve">Number of persons impacted: 2,408| </w:t>
      </w:r>
      <w:r w:rsidRPr="0071357B">
        <w:rPr>
          <w:rFonts w:cstheme="minorHAnsi"/>
        </w:rPr>
        <w:t>2020-2024 | $60,998,000</w:t>
      </w:r>
    </w:p>
    <w:p w:rsidR="009348AF" w:rsidRPr="0071357B" w:rsidRDefault="00254BB8" w:rsidP="009348AF">
      <w:pPr>
        <w:widowControl w:val="0"/>
        <w:spacing w:line="240" w:lineRule="auto"/>
        <w:rPr>
          <w:rFonts w:cstheme="minorHAnsi"/>
          <w:b/>
          <w:bCs/>
        </w:rPr>
      </w:pPr>
      <w:r w:rsidRPr="0071357B">
        <w:rPr>
          <w:rFonts w:cstheme="minorHAnsi"/>
          <w:b/>
          <w:bCs/>
        </w:rPr>
        <w:t xml:space="preserve">Distributed Cirtus planting material at Santa Rosa and </w:t>
      </w:r>
      <w:proofErr w:type="spellStart"/>
      <w:r w:rsidRPr="0071357B">
        <w:rPr>
          <w:rFonts w:cstheme="minorHAnsi"/>
          <w:b/>
          <w:bCs/>
        </w:rPr>
        <w:t>Baramita</w:t>
      </w:r>
      <w:proofErr w:type="spellEnd"/>
      <w:r w:rsidRPr="0071357B">
        <w:rPr>
          <w:rFonts w:cstheme="minorHAnsi"/>
          <w:b/>
          <w:bCs/>
        </w:rPr>
        <w:br/>
      </w:r>
      <w:r w:rsidRPr="0071357B">
        <w:rPr>
          <w:rFonts w:cstheme="minorHAnsi"/>
        </w:rPr>
        <w:t>Number of persons impacted: 70| 2020-2024 | $7,800,000</w:t>
      </w:r>
    </w:p>
    <w:p w:rsidR="009348AF" w:rsidRPr="0071357B" w:rsidRDefault="00254BB8" w:rsidP="009348AF">
      <w:pPr>
        <w:widowControl w:val="0"/>
        <w:spacing w:line="240" w:lineRule="auto"/>
        <w:rPr>
          <w:rFonts w:cstheme="minorHAnsi"/>
          <w:b/>
          <w:bCs/>
        </w:rPr>
      </w:pPr>
      <w:proofErr w:type="spellStart"/>
      <w:r w:rsidRPr="0071357B">
        <w:rPr>
          <w:rFonts w:cstheme="minorHAnsi"/>
          <w:b/>
          <w:bCs/>
        </w:rPr>
        <w:t>Tumeric</w:t>
      </w:r>
      <w:proofErr w:type="spellEnd"/>
      <w:r w:rsidRPr="0071357B">
        <w:rPr>
          <w:rFonts w:cstheme="minorHAnsi"/>
          <w:b/>
          <w:bCs/>
        </w:rPr>
        <w:t xml:space="preserve"> Factory and plant nursery  ( in progress constructing) </w:t>
      </w:r>
      <w:r w:rsidRPr="0071357B">
        <w:rPr>
          <w:rFonts w:cstheme="minorHAnsi"/>
          <w:b/>
          <w:bCs/>
        </w:rPr>
        <w:br/>
      </w:r>
      <w:r w:rsidRPr="0071357B">
        <w:rPr>
          <w:rFonts w:cstheme="minorHAnsi"/>
        </w:rPr>
        <w:t>Number of persons impacted: 100| 2020-2024 | $30,</w:t>
      </w:r>
      <w:r w:rsidRPr="0071357B">
        <w:rPr>
          <w:rFonts w:cstheme="minorHAnsi"/>
        </w:rPr>
        <w:t>000,000</w:t>
      </w:r>
    </w:p>
    <w:p w:rsidR="009348AF" w:rsidRPr="0071357B" w:rsidRDefault="00254BB8" w:rsidP="009348AF">
      <w:pPr>
        <w:widowControl w:val="0"/>
        <w:spacing w:line="240" w:lineRule="auto"/>
        <w:rPr>
          <w:rFonts w:cstheme="minorHAnsi"/>
          <w:b/>
          <w:bCs/>
        </w:rPr>
      </w:pPr>
      <w:r w:rsidRPr="0071357B">
        <w:rPr>
          <w:rFonts w:cstheme="minorHAnsi"/>
          <w:b/>
          <w:bCs/>
        </w:rPr>
        <w:t xml:space="preserve">Coconut Project at Santa Crus </w:t>
      </w:r>
      <w:r w:rsidRPr="0071357B">
        <w:rPr>
          <w:rFonts w:cstheme="minorHAnsi"/>
          <w:b/>
          <w:bCs/>
        </w:rPr>
        <w:br/>
      </w:r>
      <w:r w:rsidRPr="0071357B">
        <w:rPr>
          <w:rFonts w:cstheme="minorHAnsi"/>
        </w:rPr>
        <w:t>Number of persons impacted: 15|2024 | $1,000,000</w:t>
      </w:r>
    </w:p>
    <w:p w:rsidR="00D86D12" w:rsidRPr="00D86D12" w:rsidRDefault="00254BB8" w:rsidP="00D86D12">
      <w:pPr>
        <w:rPr>
          <w:rFonts w:ascii="Arial" w:hAnsi="Arial" w:cs="Arial"/>
          <w:lang w:val="en"/>
        </w:rPr>
      </w:pPr>
      <w:r w:rsidRPr="00D86D12">
        <w:rPr>
          <w:rFonts w:ascii="Arial" w:hAnsi="Arial" w:cs="Arial"/>
          <w:lang w:val="en"/>
        </w:rPr>
        <w:t>-----------------------------------------------------------------------------------------------</w:t>
      </w:r>
    </w:p>
    <w:p w:rsidR="009348AF" w:rsidRPr="0071357B" w:rsidRDefault="00254BB8" w:rsidP="009348AF">
      <w:pPr>
        <w:pStyle w:val="ListParagraph"/>
        <w:numPr>
          <w:ilvl w:val="0"/>
          <w:numId w:val="1"/>
        </w:numPr>
        <w:spacing w:before="240" w:after="240"/>
        <w:rPr>
          <w:rFonts w:cstheme="minorHAnsi"/>
          <w:b/>
        </w:rPr>
      </w:pPr>
      <w:r w:rsidRPr="0071357B">
        <w:rPr>
          <w:rFonts w:cstheme="minorHAnsi"/>
          <w:b/>
          <w:bCs/>
        </w:rPr>
        <w:t>Hope Coconut | $1,729,000</w:t>
      </w:r>
      <w:r w:rsidRPr="0071357B">
        <w:rPr>
          <w:rFonts w:cstheme="minorHAnsi"/>
          <w:b/>
          <w:bCs/>
          <w:color w:val="202124"/>
        </w:rPr>
        <w:t>|</w:t>
      </w:r>
    </w:p>
    <w:p w:rsidR="009348AF" w:rsidRPr="0071357B" w:rsidRDefault="00254BB8" w:rsidP="009348AF">
      <w:pPr>
        <w:widowControl w:val="0"/>
        <w:spacing w:line="240" w:lineRule="auto"/>
        <w:rPr>
          <w:rFonts w:cstheme="minorHAnsi"/>
        </w:rPr>
      </w:pPr>
      <w:r w:rsidRPr="0071357B">
        <w:rPr>
          <w:rFonts w:cstheme="minorHAnsi"/>
        </w:rPr>
        <w:t xml:space="preserve">Coconut seedlings distribution (3,290 </w:t>
      </w:r>
      <w:proofErr w:type="spellStart"/>
      <w:r w:rsidRPr="0071357B">
        <w:rPr>
          <w:rFonts w:cstheme="minorHAnsi"/>
        </w:rPr>
        <w:t>Phillip</w:t>
      </w:r>
      <w:r w:rsidRPr="0071357B">
        <w:rPr>
          <w:rFonts w:cstheme="minorHAnsi"/>
        </w:rPr>
        <w:t>ines</w:t>
      </w:r>
      <w:proofErr w:type="spellEnd"/>
      <w:r w:rsidRPr="0071357B">
        <w:rPr>
          <w:rFonts w:cstheme="minorHAnsi"/>
        </w:rPr>
        <w:t xml:space="preserve"> Green Dwarf)</w:t>
      </w:r>
    </w:p>
    <w:p w:rsidR="009348AF" w:rsidRPr="0071357B" w:rsidRDefault="00254BB8" w:rsidP="009348AF">
      <w:pPr>
        <w:widowControl w:val="0"/>
        <w:spacing w:line="240" w:lineRule="auto"/>
        <w:rPr>
          <w:rFonts w:cstheme="minorHAnsi"/>
        </w:rPr>
      </w:pPr>
      <w:r w:rsidRPr="0071357B">
        <w:rPr>
          <w:rFonts w:cstheme="minorHAnsi"/>
        </w:rPr>
        <w:t>Number of persons impacted: 700| 2024 | $1,729,000</w:t>
      </w:r>
    </w:p>
    <w:p w:rsidR="00D86D12" w:rsidRPr="00D86D12" w:rsidRDefault="00254BB8" w:rsidP="00D86D12">
      <w:pPr>
        <w:rPr>
          <w:rFonts w:ascii="Arial" w:hAnsi="Arial" w:cs="Arial"/>
          <w:lang w:val="en"/>
        </w:rPr>
      </w:pPr>
      <w:r w:rsidRPr="00D86D12">
        <w:rPr>
          <w:rFonts w:ascii="Arial" w:hAnsi="Arial" w:cs="Arial"/>
          <w:lang w:val="en"/>
        </w:rPr>
        <w:t>-----------------------------------------------------------------------------------------------</w:t>
      </w:r>
    </w:p>
    <w:p w:rsidR="009348AF" w:rsidRPr="0071357B" w:rsidRDefault="00254BB8" w:rsidP="009348AF">
      <w:pPr>
        <w:pStyle w:val="ListParagraph"/>
        <w:numPr>
          <w:ilvl w:val="0"/>
          <w:numId w:val="1"/>
        </w:numPr>
        <w:ind w:right="-846"/>
        <w:rPr>
          <w:rFonts w:cstheme="minorHAnsi"/>
        </w:rPr>
      </w:pPr>
      <w:r w:rsidRPr="0071357B">
        <w:rPr>
          <w:rFonts w:cstheme="minorHAnsi"/>
          <w:b/>
          <w:bCs/>
        </w:rPr>
        <w:t xml:space="preserve">Guyana Marketing Corporation – Agro-processing and value addition | $57,435,959 Million | </w:t>
      </w:r>
    </w:p>
    <w:p w:rsidR="009348AF" w:rsidRPr="0071357B" w:rsidRDefault="00254BB8" w:rsidP="009348AF">
      <w:pPr>
        <w:widowControl w:val="0"/>
        <w:spacing w:line="240" w:lineRule="auto"/>
        <w:rPr>
          <w:rFonts w:cstheme="minorHAnsi"/>
        </w:rPr>
      </w:pPr>
      <w:r w:rsidRPr="0071357B">
        <w:rPr>
          <w:rFonts w:cstheme="minorHAnsi"/>
          <w:b/>
        </w:rPr>
        <w:t>Name of Project</w:t>
      </w:r>
      <w:r w:rsidRPr="0071357B">
        <w:rPr>
          <w:rFonts w:cstheme="minorHAnsi"/>
        </w:rPr>
        <w:t xml:space="preserve"> – Construction and Equipping of  </w:t>
      </w:r>
      <w:proofErr w:type="spellStart"/>
      <w:r w:rsidRPr="0071357B">
        <w:rPr>
          <w:rFonts w:cstheme="minorHAnsi"/>
        </w:rPr>
        <w:t>Kumaka</w:t>
      </w:r>
      <w:proofErr w:type="spellEnd"/>
      <w:r w:rsidRPr="0071357B">
        <w:rPr>
          <w:rFonts w:cstheme="minorHAnsi"/>
        </w:rPr>
        <w:t xml:space="preserve">  Packaging Facility </w:t>
      </w:r>
      <w:r w:rsidRPr="0071357B">
        <w:rPr>
          <w:rFonts w:cstheme="minorHAnsi"/>
        </w:rPr>
        <w:br/>
        <w:t>Number of persons impacted: 200| 2021-2023 | $12, 099,877</w:t>
      </w:r>
    </w:p>
    <w:p w:rsidR="009348AF" w:rsidRPr="0071357B" w:rsidRDefault="00254BB8" w:rsidP="009348AF">
      <w:pPr>
        <w:widowControl w:val="0"/>
        <w:spacing w:line="240" w:lineRule="auto"/>
        <w:rPr>
          <w:rFonts w:cstheme="minorHAnsi"/>
          <w:b/>
        </w:rPr>
      </w:pPr>
    </w:p>
    <w:p w:rsidR="009348AF" w:rsidRPr="0071357B" w:rsidRDefault="00254BB8" w:rsidP="009348AF">
      <w:pPr>
        <w:widowControl w:val="0"/>
        <w:spacing w:line="240" w:lineRule="auto"/>
        <w:rPr>
          <w:rFonts w:cstheme="minorHAnsi"/>
        </w:rPr>
      </w:pPr>
      <w:r w:rsidRPr="0071357B">
        <w:rPr>
          <w:rFonts w:cstheme="minorHAnsi"/>
          <w:b/>
        </w:rPr>
        <w:t>Name of Project</w:t>
      </w:r>
      <w:r w:rsidRPr="0071357B">
        <w:rPr>
          <w:rFonts w:cstheme="minorHAnsi"/>
        </w:rPr>
        <w:t xml:space="preserve"> – </w:t>
      </w:r>
      <w:r w:rsidRPr="0071357B">
        <w:rPr>
          <w:rFonts w:cstheme="minorHAnsi"/>
        </w:rPr>
        <w:tab/>
        <w:t xml:space="preserve">Procurement of Boat, Engine and </w:t>
      </w:r>
      <w:proofErr w:type="gramStart"/>
      <w:r w:rsidRPr="0071357B">
        <w:rPr>
          <w:rFonts w:cstheme="minorHAnsi"/>
        </w:rPr>
        <w:t>Carrier(</w:t>
      </w:r>
      <w:proofErr w:type="gramEnd"/>
      <w:r w:rsidRPr="0071357B">
        <w:rPr>
          <w:rFonts w:cstheme="minorHAnsi"/>
        </w:rPr>
        <w:t>38ft x 8ft x 4ft) at Whitewater |202| $ 5,895,000</w:t>
      </w:r>
    </w:p>
    <w:p w:rsidR="009348AF" w:rsidRPr="0071357B" w:rsidRDefault="00254BB8" w:rsidP="009348AF">
      <w:pPr>
        <w:widowControl w:val="0"/>
        <w:spacing w:line="240" w:lineRule="auto"/>
        <w:rPr>
          <w:rFonts w:cstheme="minorHAnsi"/>
        </w:rPr>
      </w:pPr>
    </w:p>
    <w:p w:rsidR="009348AF" w:rsidRPr="0071357B" w:rsidRDefault="00254BB8" w:rsidP="009348AF">
      <w:pPr>
        <w:widowControl w:val="0"/>
        <w:spacing w:line="240" w:lineRule="auto"/>
        <w:rPr>
          <w:rFonts w:cstheme="minorHAnsi"/>
        </w:rPr>
      </w:pPr>
      <w:r w:rsidRPr="0071357B">
        <w:rPr>
          <w:rFonts w:cstheme="minorHAnsi"/>
          <w:b/>
        </w:rPr>
        <w:t xml:space="preserve">Name of </w:t>
      </w:r>
      <w:r w:rsidRPr="0071357B">
        <w:rPr>
          <w:rFonts w:cstheme="minorHAnsi"/>
          <w:b/>
        </w:rPr>
        <w:t>Project</w:t>
      </w:r>
      <w:r w:rsidRPr="0071357B">
        <w:rPr>
          <w:rFonts w:cstheme="minorHAnsi"/>
        </w:rPr>
        <w:t xml:space="preserve"> – Construction &amp; Equipping of Agro-Processing Facility at White Water Creek</w:t>
      </w:r>
      <w:r w:rsidRPr="0071357B">
        <w:rPr>
          <w:rFonts w:cstheme="minorHAnsi"/>
        </w:rPr>
        <w:br/>
        <w:t>Number of persons impacted: 500| 2022 | $39,101,082</w:t>
      </w:r>
    </w:p>
    <w:p w:rsidR="009348AF" w:rsidRPr="0071357B" w:rsidRDefault="00254BB8" w:rsidP="009348AF">
      <w:pPr>
        <w:widowControl w:val="0"/>
        <w:spacing w:line="240" w:lineRule="auto"/>
        <w:rPr>
          <w:rFonts w:cstheme="minorHAnsi"/>
        </w:rPr>
      </w:pPr>
      <w:r w:rsidRPr="0071357B">
        <w:rPr>
          <w:rFonts w:cstheme="minorHAnsi"/>
          <w:b/>
        </w:rPr>
        <w:t>Name of Project</w:t>
      </w:r>
      <w:r w:rsidRPr="0071357B">
        <w:rPr>
          <w:rFonts w:cstheme="minorHAnsi"/>
        </w:rPr>
        <w:t xml:space="preserve"> – Procurement of a Cassava Press at Whitewater</w:t>
      </w:r>
      <w:r w:rsidRPr="0071357B">
        <w:rPr>
          <w:rFonts w:cstheme="minorHAnsi"/>
        </w:rPr>
        <w:br/>
        <w:t>Number of persons impacted: 500| 2022 | $340,000</w:t>
      </w:r>
    </w:p>
    <w:p w:rsidR="00AE57EA" w:rsidRPr="00AE57EA" w:rsidRDefault="00254BB8" w:rsidP="00AE57EA">
      <w:pPr>
        <w:rPr>
          <w:rFonts w:ascii="Arial" w:hAnsi="Arial" w:cs="Arial"/>
          <w:lang w:val="en"/>
        </w:rPr>
      </w:pPr>
      <w:r w:rsidRPr="00AE57EA">
        <w:rPr>
          <w:rFonts w:ascii="Arial" w:hAnsi="Arial" w:cs="Arial"/>
          <w:lang w:val="en"/>
        </w:rPr>
        <w:t>--------</w:t>
      </w:r>
      <w:r w:rsidRPr="00AE57EA">
        <w:rPr>
          <w:rFonts w:ascii="Arial" w:hAnsi="Arial" w:cs="Arial"/>
          <w:lang w:val="en"/>
        </w:rPr>
        <w:t>---------------------------------------------------------------------------------------</w:t>
      </w:r>
    </w:p>
    <w:p w:rsidR="00AE57EA" w:rsidRDefault="00254BB8">
      <w:pPr>
        <w:rPr>
          <w:rFonts w:cstheme="minorHAnsi"/>
          <w:b/>
          <w:bCs/>
        </w:rPr>
      </w:pPr>
      <w:r>
        <w:rPr>
          <w:rFonts w:cstheme="minorHAnsi"/>
          <w:b/>
          <w:bCs/>
        </w:rPr>
        <w:br w:type="page"/>
      </w:r>
    </w:p>
    <w:p w:rsidR="009348AF" w:rsidRPr="0071357B" w:rsidRDefault="00254BB8" w:rsidP="009348AF">
      <w:pPr>
        <w:pStyle w:val="ListParagraph"/>
        <w:numPr>
          <w:ilvl w:val="0"/>
          <w:numId w:val="1"/>
        </w:numPr>
        <w:spacing w:before="240" w:after="240"/>
        <w:rPr>
          <w:rFonts w:cstheme="minorHAnsi"/>
          <w:b/>
        </w:rPr>
      </w:pPr>
      <w:r w:rsidRPr="0071357B">
        <w:rPr>
          <w:rFonts w:cstheme="minorHAnsi"/>
          <w:b/>
          <w:bCs/>
        </w:rPr>
        <w:lastRenderedPageBreak/>
        <w:t>GLDA | $5,886,000</w:t>
      </w:r>
      <w:r w:rsidRPr="0071357B">
        <w:rPr>
          <w:rFonts w:cstheme="minorHAnsi"/>
          <w:b/>
          <w:bCs/>
          <w:color w:val="202124"/>
        </w:rPr>
        <w:t>|</w:t>
      </w:r>
    </w:p>
    <w:p w:rsidR="009348AF" w:rsidRPr="0071357B" w:rsidRDefault="00254BB8" w:rsidP="009348AF">
      <w:pPr>
        <w:rPr>
          <w:rFonts w:cstheme="minorHAnsi"/>
          <w:b/>
          <w:bCs/>
          <w:lang w:val="en"/>
        </w:rPr>
      </w:pPr>
      <w:r w:rsidRPr="0071357B">
        <w:rPr>
          <w:rFonts w:cstheme="minorHAnsi"/>
          <w:b/>
          <w:bCs/>
          <w:lang w:val="en"/>
        </w:rPr>
        <w:t>Distribution of Black Giants, Pig, Broiler,  and training</w:t>
      </w:r>
      <w:r w:rsidRPr="0071357B">
        <w:rPr>
          <w:rFonts w:cstheme="minorHAnsi"/>
          <w:b/>
          <w:bCs/>
          <w:lang w:val="en"/>
        </w:rPr>
        <w:br/>
      </w:r>
      <w:r w:rsidRPr="0071357B">
        <w:rPr>
          <w:rFonts w:cstheme="minorHAnsi"/>
          <w:lang w:val="en"/>
        </w:rPr>
        <w:t>Number of persons impacted: 797 | 2022-2024| $5,886,000</w:t>
      </w:r>
    </w:p>
    <w:p w:rsidR="00AE57EA" w:rsidRPr="00AE57EA" w:rsidRDefault="00254BB8" w:rsidP="00AE57EA">
      <w:pPr>
        <w:rPr>
          <w:rFonts w:ascii="Arial" w:hAnsi="Arial" w:cs="Arial"/>
          <w:lang w:val="en"/>
        </w:rPr>
      </w:pPr>
      <w:r w:rsidRPr="00AE57EA">
        <w:rPr>
          <w:rFonts w:ascii="Arial" w:hAnsi="Arial" w:cs="Arial"/>
          <w:lang w:val="en"/>
        </w:rPr>
        <w:t>---------------------------------</w:t>
      </w:r>
      <w:r w:rsidRPr="00AE57EA">
        <w:rPr>
          <w:rFonts w:ascii="Arial" w:hAnsi="Arial" w:cs="Arial"/>
          <w:lang w:val="en"/>
        </w:rPr>
        <w:t>--------------------------------------------------------------</w:t>
      </w:r>
    </w:p>
    <w:p w:rsidR="009348AF" w:rsidRPr="0071357B" w:rsidRDefault="00254BB8" w:rsidP="009348AF">
      <w:pPr>
        <w:pStyle w:val="ListParagraph"/>
        <w:numPr>
          <w:ilvl w:val="0"/>
          <w:numId w:val="1"/>
        </w:numPr>
        <w:spacing w:before="240" w:after="240"/>
        <w:rPr>
          <w:rFonts w:cstheme="minorHAnsi"/>
          <w:b/>
        </w:rPr>
      </w:pPr>
      <w:r w:rsidRPr="0071357B">
        <w:rPr>
          <w:rFonts w:cstheme="minorHAnsi"/>
          <w:b/>
          <w:bCs/>
        </w:rPr>
        <w:t xml:space="preserve">Foreign-Funded [SADP and HESADP] | $ 569,565,254.33 </w:t>
      </w:r>
      <w:r w:rsidRPr="0071357B">
        <w:rPr>
          <w:rFonts w:cstheme="minorHAnsi"/>
          <w:b/>
          <w:bCs/>
          <w:color w:val="202124"/>
        </w:rPr>
        <w:t>|</w:t>
      </w:r>
    </w:p>
    <w:p w:rsidR="009348AF" w:rsidRPr="0071357B" w:rsidRDefault="00254BB8" w:rsidP="009348AF">
      <w:pPr>
        <w:rPr>
          <w:rFonts w:cstheme="minorHAnsi"/>
          <w:b/>
          <w:bCs/>
          <w:lang w:val="en"/>
        </w:rPr>
      </w:pPr>
      <w:r w:rsidRPr="0071357B">
        <w:rPr>
          <w:rFonts w:cstheme="minorHAnsi"/>
          <w:b/>
          <w:bCs/>
          <w:lang w:val="en"/>
        </w:rPr>
        <w:t>RAID |$90,583,333|</w:t>
      </w:r>
    </w:p>
    <w:p w:rsidR="009348AF" w:rsidRPr="0071357B" w:rsidRDefault="00254BB8" w:rsidP="009348AF">
      <w:pPr>
        <w:pStyle w:val="ListParagraph"/>
        <w:numPr>
          <w:ilvl w:val="0"/>
          <w:numId w:val="2"/>
        </w:numPr>
        <w:rPr>
          <w:rFonts w:cstheme="minorHAnsi"/>
          <w:lang w:val="en"/>
        </w:rPr>
      </w:pPr>
      <w:r w:rsidRPr="0071357B">
        <w:rPr>
          <w:rFonts w:cstheme="minorHAnsi"/>
          <w:lang w:val="en"/>
        </w:rPr>
        <w:t>Purchasing of Agricultural Equipment (tractors, trailers to support rural agricultural development in Regions 1, 8 and 9</w:t>
      </w:r>
      <w:r w:rsidRPr="0071357B">
        <w:rPr>
          <w:rFonts w:cstheme="minorHAnsi"/>
          <w:lang w:val="en"/>
        </w:rPr>
        <w:t xml:space="preserve">. </w:t>
      </w:r>
    </w:p>
    <w:p w:rsidR="009348AF" w:rsidRPr="0071357B" w:rsidRDefault="00254BB8" w:rsidP="009348AF">
      <w:pPr>
        <w:pStyle w:val="ListParagraph"/>
        <w:numPr>
          <w:ilvl w:val="0"/>
          <w:numId w:val="2"/>
        </w:numPr>
        <w:rPr>
          <w:rFonts w:cstheme="minorHAnsi"/>
          <w:lang w:val="en"/>
        </w:rPr>
      </w:pPr>
      <w:r w:rsidRPr="0071357B">
        <w:rPr>
          <w:rFonts w:cstheme="minorHAnsi"/>
          <w:lang w:val="en"/>
        </w:rPr>
        <w:t xml:space="preserve">Construction of Poultry Production System </w:t>
      </w:r>
    </w:p>
    <w:p w:rsidR="009348AF" w:rsidRPr="0071357B" w:rsidRDefault="00254BB8" w:rsidP="009348AF">
      <w:pPr>
        <w:pStyle w:val="ListParagraph"/>
        <w:numPr>
          <w:ilvl w:val="0"/>
          <w:numId w:val="2"/>
        </w:numPr>
        <w:rPr>
          <w:rFonts w:cstheme="minorHAnsi"/>
          <w:lang w:val="en"/>
        </w:rPr>
      </w:pPr>
      <w:r w:rsidRPr="0071357B">
        <w:rPr>
          <w:rFonts w:cstheme="minorHAnsi"/>
          <w:lang w:val="en"/>
        </w:rPr>
        <w:t xml:space="preserve">Supply of Cassava Mills </w:t>
      </w:r>
    </w:p>
    <w:p w:rsidR="009348AF" w:rsidRPr="0071357B" w:rsidRDefault="00254BB8" w:rsidP="009348AF">
      <w:pPr>
        <w:rPr>
          <w:rFonts w:cstheme="minorHAnsi"/>
          <w:b/>
          <w:bCs/>
          <w:lang w:val="en"/>
        </w:rPr>
      </w:pPr>
      <w:r w:rsidRPr="0071357B">
        <w:rPr>
          <w:rFonts w:cstheme="minorHAnsi"/>
          <w:b/>
          <w:bCs/>
          <w:lang w:val="en"/>
        </w:rPr>
        <w:t>HESADP |$478,981,921</w:t>
      </w:r>
    </w:p>
    <w:p w:rsidR="009348AF" w:rsidRPr="0071357B" w:rsidRDefault="00254BB8" w:rsidP="009348AF">
      <w:pPr>
        <w:rPr>
          <w:rFonts w:cstheme="minorHAnsi"/>
          <w:lang w:val="en"/>
        </w:rPr>
      </w:pPr>
      <w:r w:rsidRPr="0071357B">
        <w:rPr>
          <w:rFonts w:cstheme="minorHAnsi"/>
          <w:lang w:val="en"/>
        </w:rPr>
        <w:t xml:space="preserve">Investment Project |2021|15,784| $212,529,426 </w:t>
      </w:r>
    </w:p>
    <w:p w:rsidR="009348AF" w:rsidRPr="0071357B" w:rsidRDefault="00254BB8" w:rsidP="009348AF">
      <w:pPr>
        <w:rPr>
          <w:rFonts w:cstheme="minorHAnsi"/>
          <w:lang w:val="en"/>
        </w:rPr>
      </w:pPr>
      <w:r w:rsidRPr="0071357B">
        <w:rPr>
          <w:rFonts w:cstheme="minorHAnsi"/>
          <w:lang w:val="en"/>
        </w:rPr>
        <w:t xml:space="preserve">Investment Project |2022|1,095| $21,070,700 </w:t>
      </w:r>
    </w:p>
    <w:p w:rsidR="009348AF" w:rsidRPr="0071357B" w:rsidRDefault="00254BB8" w:rsidP="009348AF">
      <w:pPr>
        <w:rPr>
          <w:rFonts w:cstheme="minorHAnsi"/>
          <w:lang w:val="en"/>
        </w:rPr>
      </w:pPr>
      <w:r w:rsidRPr="0071357B">
        <w:rPr>
          <w:rFonts w:cstheme="minorHAnsi"/>
          <w:lang w:val="en"/>
        </w:rPr>
        <w:t xml:space="preserve">Investment Project |2023|7,396| $245,381,795 </w:t>
      </w:r>
    </w:p>
    <w:p w:rsidR="009348AF" w:rsidRPr="0071357B" w:rsidRDefault="00254BB8" w:rsidP="009348AF">
      <w:pPr>
        <w:pStyle w:val="ListParagraph"/>
        <w:numPr>
          <w:ilvl w:val="0"/>
          <w:numId w:val="1"/>
        </w:numPr>
        <w:pBdr>
          <w:bottom w:val="single" w:sz="6" w:space="1" w:color="auto"/>
        </w:pBdr>
        <w:spacing w:before="240" w:after="240"/>
        <w:rPr>
          <w:rFonts w:cstheme="minorHAnsi"/>
          <w:b/>
        </w:rPr>
      </w:pPr>
      <w:proofErr w:type="gramStart"/>
      <w:r w:rsidRPr="0071357B">
        <w:rPr>
          <w:rFonts w:cstheme="minorHAnsi"/>
          <w:b/>
          <w:bCs/>
        </w:rPr>
        <w:t>NDIA  |</w:t>
      </w:r>
      <w:proofErr w:type="gramEnd"/>
      <w:r w:rsidRPr="0071357B">
        <w:rPr>
          <w:rFonts w:cstheme="minorHAnsi"/>
          <w:b/>
          <w:bCs/>
        </w:rPr>
        <w:t xml:space="preserve"> $391,100,000</w:t>
      </w:r>
      <w:r w:rsidRPr="0071357B">
        <w:rPr>
          <w:rFonts w:cstheme="minorHAnsi"/>
          <w:b/>
          <w:bCs/>
          <w:color w:val="202124"/>
        </w:rPr>
        <w:t>|</w:t>
      </w:r>
    </w:p>
    <w:tbl>
      <w:tblPr>
        <w:tblW w:w="10381" w:type="dxa"/>
        <w:tblInd w:w="5" w:type="dxa"/>
        <w:tblLook w:val="04A0" w:firstRow="1" w:lastRow="0" w:firstColumn="1" w:lastColumn="0" w:noHBand="0" w:noVBand="1"/>
      </w:tblPr>
      <w:tblGrid>
        <w:gridCol w:w="222"/>
        <w:gridCol w:w="1598"/>
        <w:gridCol w:w="52"/>
        <w:gridCol w:w="588"/>
        <w:gridCol w:w="58"/>
        <w:gridCol w:w="1065"/>
        <w:gridCol w:w="222"/>
        <w:gridCol w:w="475"/>
        <w:gridCol w:w="58"/>
        <w:gridCol w:w="52"/>
        <w:gridCol w:w="1711"/>
        <w:gridCol w:w="109"/>
        <w:gridCol w:w="113"/>
        <w:gridCol w:w="475"/>
        <w:gridCol w:w="1123"/>
        <w:gridCol w:w="222"/>
        <w:gridCol w:w="527"/>
        <w:gridCol w:w="1711"/>
      </w:tblGrid>
      <w:tr w:rsidR="009348AF" w:rsidRPr="0071357B" w:rsidTr="001A5C98">
        <w:trPr>
          <w:gridAfter w:val="17"/>
          <w:wAfter w:w="10159" w:type="dxa"/>
          <w:trHeight w:val="288"/>
        </w:trPr>
        <w:tc>
          <w:tcPr>
            <w:tcW w:w="222" w:type="dxa"/>
            <w:tcBorders>
              <w:top w:val="single" w:sz="4" w:space="0" w:color="auto"/>
              <w:left w:val="single" w:sz="4" w:space="0" w:color="auto"/>
              <w:bottom w:val="nil"/>
              <w:right w:val="single" w:sz="4" w:space="0" w:color="auto"/>
            </w:tcBorders>
            <w:noWrap/>
            <w:vAlign w:val="bottom"/>
            <w:hideMark/>
          </w:tcPr>
          <w:p w:rsidR="009348AF" w:rsidRPr="0071357B" w:rsidRDefault="00254BB8" w:rsidP="001A5C98">
            <w:pPr>
              <w:spacing w:after="0" w:line="240" w:lineRule="auto"/>
              <w:jc w:val="center"/>
              <w:rPr>
                <w:rFonts w:eastAsia="Times New Roman" w:cstheme="minorHAnsi"/>
                <w:b/>
                <w:bCs/>
                <w:color w:val="000000"/>
              </w:rPr>
            </w:pPr>
          </w:p>
        </w:tc>
      </w:tr>
      <w:tr w:rsidR="009348AF" w:rsidRPr="0071357B" w:rsidTr="001A5C98">
        <w:trPr>
          <w:trHeight w:val="1152"/>
        </w:trPr>
        <w:tc>
          <w:tcPr>
            <w:tcW w:w="2460" w:type="dxa"/>
            <w:gridSpan w:val="4"/>
            <w:tcBorders>
              <w:top w:val="nil"/>
              <w:left w:val="single" w:sz="4" w:space="0" w:color="auto"/>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Village</w:t>
            </w:r>
          </w:p>
        </w:tc>
        <w:tc>
          <w:tcPr>
            <w:tcW w:w="1820" w:type="dxa"/>
            <w:gridSpan w:val="4"/>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Year</w:t>
            </w:r>
          </w:p>
        </w:tc>
        <w:tc>
          <w:tcPr>
            <w:tcW w:w="2518" w:type="dxa"/>
            <w:gridSpan w:val="6"/>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Activity/Project</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xml:space="preserve"> Value (G$) </w:t>
            </w:r>
          </w:p>
        </w:tc>
        <w:tc>
          <w:tcPr>
            <w:tcW w:w="171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Beneficiaries</w:t>
            </w:r>
            <w:r w:rsidRPr="0071357B">
              <w:rPr>
                <w:rFonts w:eastAsia="Times New Roman" w:cstheme="minorHAnsi"/>
                <w:b/>
                <w:bCs/>
                <w:color w:val="000000"/>
              </w:rPr>
              <w:br/>
            </w:r>
            <w:r w:rsidRPr="0071357B">
              <w:rPr>
                <w:rFonts w:eastAsia="Times New Roman" w:cstheme="minorHAnsi"/>
                <w:b/>
                <w:bCs/>
                <w:color w:val="156082"/>
              </w:rPr>
              <w:t>(# of persons benefiting)</w:t>
            </w:r>
          </w:p>
        </w:tc>
      </w:tr>
      <w:tr w:rsidR="009348AF" w:rsidRPr="0071357B" w:rsidTr="001A5C98">
        <w:trPr>
          <w:trHeight w:val="288"/>
        </w:trPr>
        <w:tc>
          <w:tcPr>
            <w:tcW w:w="4280" w:type="dxa"/>
            <w:gridSpan w:val="8"/>
            <w:tcBorders>
              <w:top w:val="single" w:sz="4" w:space="0" w:color="auto"/>
              <w:left w:val="single" w:sz="4" w:space="0" w:color="auto"/>
              <w:bottom w:val="single" w:sz="4" w:space="0" w:color="auto"/>
              <w:right w:val="single" w:sz="4" w:space="0" w:color="000000"/>
            </w:tcBorders>
            <w:noWrap/>
            <w:vAlign w:val="bottom"/>
            <w:hideMark/>
          </w:tcPr>
          <w:p w:rsidR="009348AF" w:rsidRPr="0071357B" w:rsidRDefault="00254BB8" w:rsidP="001A5C98">
            <w:pPr>
              <w:spacing w:after="0" w:line="240" w:lineRule="auto"/>
              <w:rPr>
                <w:rFonts w:eastAsia="Times New Roman" w:cstheme="minorHAnsi"/>
                <w:b/>
                <w:bCs/>
                <w:color w:val="000000"/>
              </w:rPr>
            </w:pPr>
            <w:proofErr w:type="spellStart"/>
            <w:r w:rsidRPr="0071357B">
              <w:rPr>
                <w:rFonts w:eastAsia="Times New Roman" w:cstheme="minorHAnsi"/>
                <w:b/>
                <w:bCs/>
                <w:color w:val="000000"/>
              </w:rPr>
              <w:t>Mabaruma</w:t>
            </w:r>
            <w:proofErr w:type="spellEnd"/>
            <w:r w:rsidRPr="0071357B">
              <w:rPr>
                <w:rFonts w:eastAsia="Times New Roman" w:cstheme="minorHAnsi"/>
                <w:b/>
                <w:bCs/>
                <w:color w:val="000000"/>
              </w:rPr>
              <w:t xml:space="preserve"> Township</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w:t>
            </w:r>
          </w:p>
        </w:tc>
        <w:tc>
          <w:tcPr>
            <w:tcW w:w="1711" w:type="dxa"/>
            <w:tcBorders>
              <w:top w:val="nil"/>
              <w:left w:val="nil"/>
              <w:bottom w:val="nil"/>
              <w:right w:val="single" w:sz="4" w:space="0" w:color="auto"/>
            </w:tcBorders>
            <w:vAlign w:val="center"/>
            <w:hideMark/>
          </w:tcPr>
          <w:p w:rsidR="009348AF" w:rsidRPr="0071357B" w:rsidRDefault="00254BB8" w:rsidP="001A5C98">
            <w:pPr>
              <w:spacing w:after="0" w:line="240" w:lineRule="auto"/>
              <w:jc w:val="center"/>
              <w:rPr>
                <w:rFonts w:eastAsia="Times New Roman" w:cstheme="minorHAnsi"/>
                <w:b/>
                <w:bCs/>
                <w:color w:val="000000"/>
              </w:rPr>
            </w:pPr>
          </w:p>
        </w:tc>
      </w:tr>
      <w:tr w:rsidR="009348AF" w:rsidRPr="0071357B" w:rsidTr="001A5C98">
        <w:trPr>
          <w:trHeight w:val="576"/>
        </w:trPr>
        <w:tc>
          <w:tcPr>
            <w:tcW w:w="2460" w:type="dxa"/>
            <w:gridSpan w:val="4"/>
            <w:tcBorders>
              <w:top w:val="nil"/>
              <w:left w:val="single" w:sz="4" w:space="0" w:color="auto"/>
              <w:bottom w:val="single" w:sz="4" w:space="0" w:color="auto"/>
              <w:right w:val="single" w:sz="4" w:space="0" w:color="auto"/>
            </w:tcBorders>
            <w:noWrap/>
            <w:vAlign w:val="bottom"/>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Mabaruma</w:t>
            </w:r>
            <w:proofErr w:type="spellEnd"/>
            <w:r w:rsidRPr="0071357B">
              <w:rPr>
                <w:rFonts w:eastAsia="Times New Roman" w:cstheme="minorHAnsi"/>
                <w:color w:val="000000"/>
              </w:rPr>
              <w:t xml:space="preserve"> Township</w:t>
            </w:r>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2024</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Cleaning and desilting of drains, trenches, outlets of the </w:t>
            </w:r>
            <w:proofErr w:type="spellStart"/>
            <w:r w:rsidRPr="0071357B">
              <w:rPr>
                <w:rFonts w:eastAsia="Times New Roman" w:cstheme="minorHAnsi"/>
                <w:color w:val="000000"/>
              </w:rPr>
              <w:t>kumaka</w:t>
            </w:r>
            <w:proofErr w:type="spellEnd"/>
            <w:r w:rsidRPr="0071357B">
              <w:rPr>
                <w:rFonts w:eastAsia="Times New Roman" w:cstheme="minorHAnsi"/>
                <w:color w:val="000000"/>
              </w:rPr>
              <w:t xml:space="preserve"> and </w:t>
            </w:r>
            <w:proofErr w:type="spellStart"/>
            <w:r w:rsidRPr="0071357B">
              <w:rPr>
                <w:rFonts w:eastAsia="Times New Roman" w:cstheme="minorHAnsi"/>
                <w:color w:val="000000"/>
              </w:rPr>
              <w:t>Hosororo</w:t>
            </w:r>
            <w:proofErr w:type="spellEnd"/>
            <w:r w:rsidRPr="0071357B">
              <w:rPr>
                <w:rFonts w:eastAsia="Times New Roman" w:cstheme="minorHAnsi"/>
                <w:color w:val="000000"/>
              </w:rPr>
              <w:t xml:space="preserve"> Stretch</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7,000,000 </w:t>
            </w:r>
          </w:p>
        </w:tc>
        <w:tc>
          <w:tcPr>
            <w:tcW w:w="1711" w:type="dxa"/>
            <w:tcBorders>
              <w:top w:val="single" w:sz="4" w:space="0" w:color="auto"/>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1,500 residents</w:t>
            </w:r>
          </w:p>
        </w:tc>
      </w:tr>
      <w:tr w:rsidR="009348AF" w:rsidRPr="0071357B" w:rsidTr="001A5C98">
        <w:trPr>
          <w:trHeight w:val="576"/>
        </w:trPr>
        <w:tc>
          <w:tcPr>
            <w:tcW w:w="2460" w:type="dxa"/>
            <w:gridSpan w:val="4"/>
            <w:tcBorders>
              <w:top w:val="nil"/>
              <w:left w:val="single" w:sz="4" w:space="0" w:color="auto"/>
              <w:bottom w:val="single" w:sz="4" w:space="0" w:color="auto"/>
              <w:right w:val="single" w:sz="4" w:space="0" w:color="auto"/>
            </w:tcBorders>
            <w:noWrap/>
            <w:vAlign w:val="bottom"/>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Morwhana</w:t>
            </w:r>
            <w:proofErr w:type="spellEnd"/>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2024/2025</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Drainage of farmlands to riverain communities. </w:t>
            </w:r>
            <w:proofErr w:type="spellStart"/>
            <w:r w:rsidRPr="0071357B">
              <w:rPr>
                <w:rFonts w:eastAsia="Times New Roman" w:cstheme="minorHAnsi"/>
                <w:color w:val="000000"/>
              </w:rPr>
              <w:t>Empldering</w:t>
            </w:r>
            <w:proofErr w:type="spellEnd"/>
            <w:r w:rsidRPr="0071357B">
              <w:rPr>
                <w:rFonts w:eastAsia="Times New Roman" w:cstheme="minorHAnsi"/>
                <w:color w:val="000000"/>
              </w:rPr>
              <w:t xml:space="preserve"> of 60 acres of farmlands</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7,500,000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500 person</w:t>
            </w:r>
          </w:p>
        </w:tc>
      </w:tr>
      <w:tr w:rsidR="009348AF" w:rsidRPr="0071357B" w:rsidTr="001A5C98">
        <w:trPr>
          <w:trHeight w:val="288"/>
        </w:trPr>
        <w:tc>
          <w:tcPr>
            <w:tcW w:w="4280" w:type="dxa"/>
            <w:gridSpan w:val="8"/>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xml:space="preserve">Port </w:t>
            </w:r>
            <w:proofErr w:type="spellStart"/>
            <w:r w:rsidRPr="0071357B">
              <w:rPr>
                <w:rFonts w:eastAsia="Times New Roman" w:cstheme="minorHAnsi"/>
                <w:b/>
                <w:bCs/>
                <w:color w:val="000000"/>
              </w:rPr>
              <w:t>Kaituma</w:t>
            </w:r>
            <w:proofErr w:type="spellEnd"/>
            <w:r w:rsidRPr="0071357B">
              <w:rPr>
                <w:rFonts w:eastAsia="Times New Roman" w:cstheme="minorHAnsi"/>
                <w:b/>
                <w:bCs/>
                <w:color w:val="000000"/>
              </w:rPr>
              <w:t xml:space="preserve"> Sub- District</w:t>
            </w:r>
          </w:p>
        </w:tc>
        <w:tc>
          <w:tcPr>
            <w:tcW w:w="2518" w:type="dxa"/>
            <w:gridSpan w:val="6"/>
            <w:tcBorders>
              <w:top w:val="nil"/>
              <w:left w:val="nil"/>
              <w:bottom w:val="single" w:sz="4" w:space="0" w:color="auto"/>
              <w:right w:val="single" w:sz="4" w:space="0" w:color="auto"/>
            </w:tcBorders>
            <w:shd w:val="clear" w:color="000000" w:fill="FFFFFF"/>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w:t>
            </w:r>
          </w:p>
        </w:tc>
        <w:tc>
          <w:tcPr>
            <w:tcW w:w="1872" w:type="dxa"/>
            <w:gridSpan w:val="3"/>
            <w:tcBorders>
              <w:top w:val="nil"/>
              <w:left w:val="nil"/>
              <w:bottom w:val="single" w:sz="4" w:space="0" w:color="auto"/>
              <w:right w:val="single" w:sz="4" w:space="0" w:color="auto"/>
            </w:tcBorders>
            <w:shd w:val="clear" w:color="000000" w:fill="FFFFFF"/>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w:t>
            </w:r>
          </w:p>
        </w:tc>
        <w:tc>
          <w:tcPr>
            <w:tcW w:w="1711" w:type="dxa"/>
            <w:tcBorders>
              <w:top w:val="nil"/>
              <w:left w:val="nil"/>
              <w:bottom w:val="single" w:sz="4" w:space="0" w:color="auto"/>
              <w:right w:val="single" w:sz="4" w:space="0" w:color="auto"/>
            </w:tcBorders>
            <w:shd w:val="clear" w:color="000000" w:fill="FFFFFF"/>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w:t>
            </w:r>
          </w:p>
        </w:tc>
      </w:tr>
      <w:tr w:rsidR="009348AF" w:rsidRPr="0071357B" w:rsidTr="001A5C98">
        <w:trPr>
          <w:trHeight w:val="576"/>
        </w:trPr>
        <w:tc>
          <w:tcPr>
            <w:tcW w:w="2460" w:type="dxa"/>
            <w:gridSpan w:val="4"/>
            <w:tcBorders>
              <w:top w:val="nil"/>
              <w:left w:val="single" w:sz="4" w:space="0" w:color="auto"/>
              <w:bottom w:val="single" w:sz="4" w:space="0" w:color="auto"/>
              <w:right w:val="single" w:sz="4" w:space="0" w:color="auto"/>
            </w:tcBorders>
            <w:noWrap/>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Canal Bank</w:t>
            </w:r>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2024/2025</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Empoldering</w:t>
            </w:r>
            <w:proofErr w:type="spellEnd"/>
            <w:r w:rsidRPr="0071357B">
              <w:rPr>
                <w:rFonts w:eastAsia="Times New Roman" w:cstheme="minorHAnsi"/>
                <w:color w:val="000000"/>
              </w:rPr>
              <w:t xml:space="preserve"> of 50 acres of farmlands- 100 rods completed</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3,000,000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150 farmers</w:t>
            </w: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noWrap/>
            <w:vAlign w:val="bottom"/>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Anabisi</w:t>
            </w:r>
            <w:proofErr w:type="spellEnd"/>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2025</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Emplodering</w:t>
            </w:r>
            <w:proofErr w:type="spellEnd"/>
            <w:r w:rsidRPr="0071357B">
              <w:rPr>
                <w:rFonts w:eastAsia="Times New Roman" w:cstheme="minorHAnsi"/>
                <w:color w:val="000000"/>
              </w:rPr>
              <w:t xml:space="preserve"> of 20 acres of farmlands for the Warrau</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7,000,000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50 farmers</w:t>
            </w:r>
          </w:p>
        </w:tc>
      </w:tr>
      <w:tr w:rsidR="009348AF" w:rsidRPr="0071357B" w:rsidTr="001A5C98">
        <w:trPr>
          <w:trHeight w:val="288"/>
        </w:trPr>
        <w:tc>
          <w:tcPr>
            <w:tcW w:w="4280" w:type="dxa"/>
            <w:gridSpan w:val="8"/>
            <w:tcBorders>
              <w:top w:val="single" w:sz="4" w:space="0" w:color="auto"/>
              <w:left w:val="single" w:sz="4" w:space="0" w:color="auto"/>
              <w:bottom w:val="single" w:sz="4" w:space="0" w:color="auto"/>
              <w:right w:val="single" w:sz="4" w:space="0" w:color="000000"/>
            </w:tcBorders>
            <w:noWrap/>
            <w:vAlign w:val="bottom"/>
            <w:hideMark/>
          </w:tcPr>
          <w:p w:rsidR="009348AF" w:rsidRPr="0071357B" w:rsidRDefault="00254BB8" w:rsidP="001A5C98">
            <w:pPr>
              <w:spacing w:after="0" w:line="240" w:lineRule="auto"/>
              <w:rPr>
                <w:rFonts w:eastAsia="Times New Roman" w:cstheme="minorHAnsi"/>
                <w:b/>
                <w:bCs/>
                <w:color w:val="000000"/>
              </w:rPr>
            </w:pPr>
            <w:proofErr w:type="spellStart"/>
            <w:r w:rsidRPr="0071357B">
              <w:rPr>
                <w:rFonts w:eastAsia="Times New Roman" w:cstheme="minorHAnsi"/>
                <w:b/>
                <w:bCs/>
                <w:color w:val="000000"/>
              </w:rPr>
              <w:lastRenderedPageBreak/>
              <w:t>Moruca</w:t>
            </w:r>
            <w:proofErr w:type="spellEnd"/>
            <w:r w:rsidRPr="0071357B">
              <w:rPr>
                <w:rFonts w:eastAsia="Times New Roman" w:cstheme="minorHAnsi"/>
                <w:b/>
                <w:bCs/>
                <w:color w:val="000000"/>
              </w:rPr>
              <w:t xml:space="preserve"> Sub- District</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w:t>
            </w: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noWrap/>
            <w:vAlign w:val="bottom"/>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Waramuri</w:t>
            </w:r>
            <w:proofErr w:type="spellEnd"/>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2024</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Construction of Timber at </w:t>
            </w:r>
            <w:proofErr w:type="spellStart"/>
            <w:r w:rsidRPr="0071357B">
              <w:rPr>
                <w:rFonts w:eastAsia="Times New Roman" w:cstheme="minorHAnsi"/>
                <w:color w:val="000000"/>
              </w:rPr>
              <w:t>Waramuri</w:t>
            </w:r>
            <w:proofErr w:type="spellEnd"/>
            <w:r w:rsidRPr="0071357B">
              <w:rPr>
                <w:rFonts w:eastAsia="Times New Roman" w:cstheme="minorHAnsi"/>
                <w:color w:val="000000"/>
              </w:rPr>
              <w:t>- Para Dam</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3,000,000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450 Farmers</w:t>
            </w: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noWrap/>
            <w:vAlign w:val="bottom"/>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Moruca</w:t>
            </w:r>
            <w:proofErr w:type="spellEnd"/>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2024</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Manual </w:t>
            </w:r>
            <w:proofErr w:type="spellStart"/>
            <w:r w:rsidRPr="0071357B">
              <w:rPr>
                <w:rFonts w:eastAsia="Times New Roman" w:cstheme="minorHAnsi"/>
                <w:color w:val="000000"/>
              </w:rPr>
              <w:t>Cleanining</w:t>
            </w:r>
            <w:proofErr w:type="spellEnd"/>
            <w:r w:rsidRPr="0071357B">
              <w:rPr>
                <w:rFonts w:eastAsia="Times New Roman" w:cstheme="minorHAnsi"/>
                <w:color w:val="000000"/>
              </w:rPr>
              <w:t xml:space="preserve"> of the </w:t>
            </w:r>
            <w:proofErr w:type="spellStart"/>
            <w:r w:rsidRPr="0071357B">
              <w:rPr>
                <w:rFonts w:eastAsia="Times New Roman" w:cstheme="minorHAnsi"/>
                <w:color w:val="000000"/>
              </w:rPr>
              <w:t>Moruca</w:t>
            </w:r>
            <w:proofErr w:type="spellEnd"/>
            <w:r w:rsidRPr="0071357B">
              <w:rPr>
                <w:rFonts w:eastAsia="Times New Roman" w:cstheme="minorHAnsi"/>
                <w:color w:val="000000"/>
              </w:rPr>
              <w:t xml:space="preserve"> River</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20,000,000 </w:t>
            </w:r>
          </w:p>
        </w:tc>
        <w:tc>
          <w:tcPr>
            <w:tcW w:w="1711" w:type="dxa"/>
            <w:tcBorders>
              <w:top w:val="nil"/>
              <w:left w:val="nil"/>
              <w:bottom w:val="nil"/>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1200 Residents</w:t>
            </w: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noWrap/>
            <w:vAlign w:val="bottom"/>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Moruca</w:t>
            </w:r>
            <w:proofErr w:type="spellEnd"/>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2024</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Mechanical land Clearing of  Farmlands at </w:t>
            </w:r>
            <w:proofErr w:type="spellStart"/>
            <w:r w:rsidRPr="0071357B">
              <w:rPr>
                <w:rFonts w:eastAsia="Times New Roman" w:cstheme="minorHAnsi"/>
                <w:color w:val="000000"/>
              </w:rPr>
              <w:t>Moruca</w:t>
            </w:r>
            <w:proofErr w:type="spellEnd"/>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12,600,000 </w:t>
            </w:r>
          </w:p>
        </w:tc>
        <w:tc>
          <w:tcPr>
            <w:tcW w:w="1711" w:type="dxa"/>
            <w:tcBorders>
              <w:top w:val="nil"/>
              <w:left w:val="nil"/>
              <w:bottom w:val="nil"/>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w:t>
            </w: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noWrap/>
            <w:vAlign w:val="bottom"/>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Moruca</w:t>
            </w:r>
            <w:proofErr w:type="spellEnd"/>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2024</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Mechanical Cleaning and Desilting of the </w:t>
            </w:r>
            <w:proofErr w:type="spellStart"/>
            <w:r w:rsidRPr="0071357B">
              <w:rPr>
                <w:rFonts w:eastAsia="Times New Roman" w:cstheme="minorHAnsi"/>
                <w:color w:val="000000"/>
              </w:rPr>
              <w:t>Moruca</w:t>
            </w:r>
            <w:proofErr w:type="spellEnd"/>
            <w:r w:rsidRPr="0071357B">
              <w:rPr>
                <w:rFonts w:eastAsia="Times New Roman" w:cstheme="minorHAnsi"/>
                <w:color w:val="000000"/>
              </w:rPr>
              <w:t xml:space="preserve"> River</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250,000,000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w:t>
            </w:r>
          </w:p>
        </w:tc>
      </w:tr>
      <w:tr w:rsidR="009348AF" w:rsidRPr="0071357B" w:rsidTr="001A5C98">
        <w:trPr>
          <w:gridAfter w:val="2"/>
          <w:wAfter w:w="2238" w:type="dxa"/>
          <w:trHeight w:val="288"/>
        </w:trPr>
        <w:tc>
          <w:tcPr>
            <w:tcW w:w="1820" w:type="dxa"/>
            <w:gridSpan w:val="2"/>
            <w:tcBorders>
              <w:top w:val="nil"/>
              <w:left w:val="single" w:sz="4" w:space="0" w:color="auto"/>
              <w:bottom w:val="single" w:sz="4" w:space="0" w:color="auto"/>
              <w:right w:val="nil"/>
            </w:tcBorders>
            <w:noWrap/>
            <w:vAlign w:val="bottom"/>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2518" w:type="dxa"/>
            <w:gridSpan w:val="7"/>
            <w:tcBorders>
              <w:top w:val="nil"/>
              <w:left w:val="nil"/>
              <w:bottom w:val="single" w:sz="4" w:space="0" w:color="auto"/>
              <w:right w:val="nil"/>
            </w:tcBorders>
            <w:vAlign w:val="bottom"/>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1872" w:type="dxa"/>
            <w:gridSpan w:val="3"/>
            <w:tcBorders>
              <w:top w:val="nil"/>
              <w:left w:val="nil"/>
              <w:bottom w:val="single" w:sz="4" w:space="0" w:color="auto"/>
              <w:right w:val="nil"/>
            </w:tcBorders>
            <w:noWrap/>
            <w:vAlign w:val="bottom"/>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1711" w:type="dxa"/>
            <w:gridSpan w:val="3"/>
            <w:tcBorders>
              <w:top w:val="nil"/>
              <w:left w:val="nil"/>
              <w:bottom w:val="single" w:sz="4" w:space="0" w:color="auto"/>
              <w:right w:val="nil"/>
            </w:tcBorders>
            <w:noWrap/>
            <w:vAlign w:val="bottom"/>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222" w:type="dxa"/>
            <w:tcBorders>
              <w:right w:val="single" w:sz="4" w:space="0" w:color="auto"/>
            </w:tcBorders>
            <w:vAlign w:val="center"/>
            <w:hideMark/>
          </w:tcPr>
          <w:p w:rsidR="009348AF" w:rsidRPr="0071357B" w:rsidRDefault="00254BB8" w:rsidP="001A5C98">
            <w:pPr>
              <w:spacing w:after="0" w:line="240" w:lineRule="auto"/>
              <w:rPr>
                <w:rFonts w:eastAsia="Times New Roman" w:cstheme="minorHAnsi"/>
              </w:rPr>
            </w:pPr>
          </w:p>
        </w:tc>
      </w:tr>
      <w:tr w:rsidR="009348AF" w:rsidRPr="0071357B" w:rsidTr="001A5C98">
        <w:trPr>
          <w:trHeight w:val="864"/>
        </w:trPr>
        <w:tc>
          <w:tcPr>
            <w:tcW w:w="2460" w:type="dxa"/>
            <w:gridSpan w:val="4"/>
            <w:tcBorders>
              <w:top w:val="nil"/>
              <w:left w:val="single" w:sz="4" w:space="0" w:color="auto"/>
              <w:bottom w:val="single" w:sz="4" w:space="0" w:color="auto"/>
              <w:right w:val="single" w:sz="4" w:space="0" w:color="auto"/>
            </w:tcBorders>
            <w:noWrap/>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Santa Cruz</w:t>
            </w:r>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2025</w:t>
            </w:r>
          </w:p>
        </w:tc>
        <w:tc>
          <w:tcPr>
            <w:tcW w:w="2518" w:type="dxa"/>
            <w:gridSpan w:val="6"/>
            <w:tcBorders>
              <w:top w:val="nil"/>
              <w:left w:val="nil"/>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Mechanical Excavation of Drainage and Irrigation Channels in </w:t>
            </w:r>
            <w:proofErr w:type="spellStart"/>
            <w:r w:rsidRPr="0071357B">
              <w:rPr>
                <w:rFonts w:eastAsia="Times New Roman" w:cstheme="minorHAnsi"/>
                <w:color w:val="000000"/>
              </w:rPr>
              <w:t>kanaballi</w:t>
            </w:r>
            <w:proofErr w:type="spellEnd"/>
            <w:r w:rsidRPr="0071357B">
              <w:rPr>
                <w:rFonts w:eastAsia="Times New Roman" w:cstheme="minorHAnsi"/>
                <w:color w:val="000000"/>
              </w:rPr>
              <w:t xml:space="preserve">, Santa Cruz, Region No.1 </w:t>
            </w:r>
            <w:r w:rsidRPr="0071357B">
              <w:rPr>
                <w:rFonts w:eastAsia="Times New Roman" w:cstheme="minorHAnsi"/>
                <w:color w:val="000000"/>
              </w:rPr>
              <w:t xml:space="preserve">(  </w:t>
            </w:r>
            <w:proofErr w:type="spellStart"/>
            <w:r w:rsidRPr="0071357B">
              <w:rPr>
                <w:rFonts w:eastAsia="Times New Roman" w:cstheme="minorHAnsi"/>
                <w:color w:val="000000"/>
              </w:rPr>
              <w:t>Awating</w:t>
            </w:r>
            <w:proofErr w:type="spellEnd"/>
            <w:r w:rsidRPr="0071357B">
              <w:rPr>
                <w:rFonts w:eastAsia="Times New Roman" w:cstheme="minorHAnsi"/>
                <w:color w:val="000000"/>
              </w:rPr>
              <w:t xml:space="preserve"> Awards at NDIA DTC)</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81,000,000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15 Farmers</w:t>
            </w:r>
          </w:p>
        </w:tc>
      </w:tr>
      <w:tr w:rsidR="009348AF" w:rsidRPr="0071357B" w:rsidTr="001A5C98">
        <w:trPr>
          <w:gridAfter w:val="5"/>
          <w:wAfter w:w="4058" w:type="dxa"/>
          <w:trHeight w:val="288"/>
        </w:trPr>
        <w:tc>
          <w:tcPr>
            <w:tcW w:w="2518" w:type="dxa"/>
            <w:gridSpan w:val="5"/>
            <w:tcBorders>
              <w:top w:val="nil"/>
              <w:left w:val="single" w:sz="4" w:space="0" w:color="auto"/>
              <w:bottom w:val="single" w:sz="4" w:space="0" w:color="auto"/>
              <w:right w:val="single" w:sz="4" w:space="0" w:color="auto"/>
            </w:tcBorders>
            <w:vAlign w:val="bottom"/>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1872" w:type="dxa"/>
            <w:gridSpan w:val="5"/>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222" w:type="dxa"/>
            <w:gridSpan w:val="2"/>
            <w:tcBorders>
              <w:right w:val="single" w:sz="4" w:space="0" w:color="auto"/>
            </w:tcBorders>
            <w:vAlign w:val="center"/>
            <w:hideMark/>
          </w:tcPr>
          <w:p w:rsidR="009348AF" w:rsidRPr="0071357B" w:rsidRDefault="00254BB8" w:rsidP="001A5C98">
            <w:pPr>
              <w:spacing w:after="0" w:line="240" w:lineRule="auto"/>
              <w:rPr>
                <w:rFonts w:eastAsia="Times New Roman" w:cstheme="minorHAnsi"/>
              </w:rPr>
            </w:pP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Equipment Type</w:t>
            </w:r>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NDIA No.</w:t>
            </w:r>
          </w:p>
        </w:tc>
        <w:tc>
          <w:tcPr>
            <w:tcW w:w="2518" w:type="dxa"/>
            <w:gridSpan w:val="6"/>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Location</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w:t>
            </w: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Excavator</w:t>
            </w:r>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164</w:t>
            </w:r>
          </w:p>
        </w:tc>
        <w:tc>
          <w:tcPr>
            <w:tcW w:w="2518" w:type="dxa"/>
            <w:gridSpan w:val="6"/>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color w:val="000000"/>
              </w:rPr>
            </w:pPr>
            <w:proofErr w:type="spellStart"/>
            <w:r w:rsidRPr="0071357B">
              <w:rPr>
                <w:rFonts w:eastAsia="Times New Roman" w:cstheme="minorHAnsi"/>
                <w:color w:val="000000"/>
              </w:rPr>
              <w:t>Mabaruma</w:t>
            </w:r>
            <w:proofErr w:type="spellEnd"/>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w:t>
            </w: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Excavator</w:t>
            </w:r>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169</w:t>
            </w:r>
          </w:p>
        </w:tc>
        <w:tc>
          <w:tcPr>
            <w:tcW w:w="2518" w:type="dxa"/>
            <w:gridSpan w:val="6"/>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color w:val="000000"/>
              </w:rPr>
            </w:pPr>
            <w:proofErr w:type="spellStart"/>
            <w:r w:rsidRPr="0071357B">
              <w:rPr>
                <w:rFonts w:eastAsia="Times New Roman" w:cstheme="minorHAnsi"/>
                <w:color w:val="000000"/>
              </w:rPr>
              <w:t>Marowana</w:t>
            </w:r>
            <w:proofErr w:type="spellEnd"/>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w:t>
            </w:r>
          </w:p>
        </w:tc>
      </w:tr>
      <w:tr w:rsidR="009348AF" w:rsidRPr="0071357B" w:rsidTr="001A5C98">
        <w:trPr>
          <w:trHeight w:val="864"/>
        </w:trPr>
        <w:tc>
          <w:tcPr>
            <w:tcW w:w="2460" w:type="dxa"/>
            <w:gridSpan w:val="4"/>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Excavator</w:t>
            </w:r>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194</w:t>
            </w:r>
          </w:p>
        </w:tc>
        <w:tc>
          <w:tcPr>
            <w:tcW w:w="2518" w:type="dxa"/>
            <w:gridSpan w:val="6"/>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Port </w:t>
            </w:r>
            <w:proofErr w:type="spellStart"/>
            <w:r w:rsidRPr="0071357B">
              <w:rPr>
                <w:rFonts w:eastAsia="Times New Roman" w:cstheme="minorHAnsi"/>
                <w:color w:val="000000"/>
              </w:rPr>
              <w:t>Kaituma</w:t>
            </w:r>
            <w:proofErr w:type="spellEnd"/>
            <w:r w:rsidRPr="0071357B">
              <w:rPr>
                <w:rFonts w:eastAsia="Times New Roman" w:cstheme="minorHAnsi"/>
                <w:color w:val="000000"/>
              </w:rPr>
              <w:t xml:space="preserve"> (Canal 1)</w:t>
            </w:r>
          </w:p>
        </w:tc>
        <w:tc>
          <w:tcPr>
            <w:tcW w:w="1872" w:type="dxa"/>
            <w:gridSpan w:val="3"/>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w:t>
            </w:r>
          </w:p>
        </w:tc>
        <w:tc>
          <w:tcPr>
            <w:tcW w:w="171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Beneficiaries</w:t>
            </w:r>
            <w:r w:rsidRPr="0071357B">
              <w:rPr>
                <w:rFonts w:eastAsia="Times New Roman" w:cstheme="minorHAnsi"/>
                <w:b/>
                <w:bCs/>
                <w:color w:val="000000"/>
              </w:rPr>
              <w:br/>
              <w:t>(# of persons benefiting)</w:t>
            </w:r>
          </w:p>
        </w:tc>
      </w:tr>
      <w:tr w:rsidR="009348AF" w:rsidRPr="0071357B" w:rsidTr="001A5C98">
        <w:trPr>
          <w:trHeight w:val="576"/>
        </w:trPr>
        <w:tc>
          <w:tcPr>
            <w:tcW w:w="2460" w:type="dxa"/>
            <w:gridSpan w:val="4"/>
            <w:tcBorders>
              <w:top w:val="nil"/>
              <w:left w:val="single" w:sz="4" w:space="0" w:color="auto"/>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Village</w:t>
            </w:r>
          </w:p>
        </w:tc>
        <w:tc>
          <w:tcPr>
            <w:tcW w:w="1820" w:type="dxa"/>
            <w:gridSpan w:val="4"/>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Equipment</w:t>
            </w:r>
          </w:p>
        </w:tc>
        <w:tc>
          <w:tcPr>
            <w:tcW w:w="2518" w:type="dxa"/>
            <w:gridSpan w:val="6"/>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Activity/Project</w:t>
            </w:r>
          </w:p>
        </w:tc>
        <w:tc>
          <w:tcPr>
            <w:tcW w:w="1872" w:type="dxa"/>
            <w:gridSpan w:val="3"/>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xml:space="preserve"> Proposed Works/ Duration </w:t>
            </w:r>
          </w:p>
        </w:tc>
        <w:tc>
          <w:tcPr>
            <w:tcW w:w="171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75 farmers</w:t>
            </w: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St. Dominics</w:t>
            </w:r>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no. 164</w:t>
            </w:r>
          </w:p>
        </w:tc>
        <w:tc>
          <w:tcPr>
            <w:tcW w:w="2518" w:type="dxa"/>
            <w:gridSpan w:val="6"/>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Empoldeering</w:t>
            </w:r>
            <w:proofErr w:type="spellEnd"/>
            <w:r w:rsidRPr="0071357B">
              <w:rPr>
                <w:rFonts w:eastAsia="Times New Roman" w:cstheme="minorHAnsi"/>
                <w:color w:val="000000"/>
              </w:rPr>
              <w:t xml:space="preserve"> of farmlands at St. Dominics</w:t>
            </w:r>
          </w:p>
        </w:tc>
        <w:tc>
          <w:tcPr>
            <w:tcW w:w="1872" w:type="dxa"/>
            <w:gridSpan w:val="3"/>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w:t>
            </w:r>
          </w:p>
        </w:tc>
        <w:tc>
          <w:tcPr>
            <w:tcW w:w="171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150 farmers</w:t>
            </w:r>
          </w:p>
        </w:tc>
      </w:tr>
      <w:tr w:rsidR="009348AF" w:rsidRPr="0071357B" w:rsidTr="001A5C98">
        <w:trPr>
          <w:trHeight w:val="576"/>
        </w:trPr>
        <w:tc>
          <w:tcPr>
            <w:tcW w:w="2460" w:type="dxa"/>
            <w:gridSpan w:val="4"/>
            <w:tcBorders>
              <w:top w:val="nil"/>
              <w:left w:val="single" w:sz="4" w:space="0" w:color="auto"/>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Sebai</w:t>
            </w:r>
            <w:proofErr w:type="spellEnd"/>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no. 192</w:t>
            </w:r>
          </w:p>
        </w:tc>
        <w:tc>
          <w:tcPr>
            <w:tcW w:w="2518" w:type="dxa"/>
            <w:gridSpan w:val="6"/>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Land Clearing of  50 acres community farm plot </w:t>
            </w:r>
          </w:p>
        </w:tc>
        <w:tc>
          <w:tcPr>
            <w:tcW w:w="1872" w:type="dxa"/>
            <w:gridSpan w:val="3"/>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w:t>
            </w:r>
          </w:p>
        </w:tc>
        <w:tc>
          <w:tcPr>
            <w:tcW w:w="171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1,500 Residents</w:t>
            </w:r>
          </w:p>
        </w:tc>
      </w:tr>
      <w:tr w:rsidR="009348AF" w:rsidRPr="0071357B" w:rsidTr="001A5C98">
        <w:trPr>
          <w:trHeight w:val="288"/>
        </w:trPr>
        <w:tc>
          <w:tcPr>
            <w:tcW w:w="2460" w:type="dxa"/>
            <w:gridSpan w:val="4"/>
            <w:tcBorders>
              <w:top w:val="nil"/>
              <w:left w:val="single" w:sz="4" w:space="0" w:color="auto"/>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Kumaka</w:t>
            </w:r>
            <w:proofErr w:type="spellEnd"/>
          </w:p>
        </w:tc>
        <w:tc>
          <w:tcPr>
            <w:tcW w:w="1820" w:type="dxa"/>
            <w:gridSpan w:val="4"/>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no. 169</w:t>
            </w:r>
          </w:p>
        </w:tc>
        <w:tc>
          <w:tcPr>
            <w:tcW w:w="2518" w:type="dxa"/>
            <w:gridSpan w:val="6"/>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Mechanically clean and desilt drains  </w:t>
            </w:r>
          </w:p>
        </w:tc>
        <w:tc>
          <w:tcPr>
            <w:tcW w:w="1872" w:type="dxa"/>
            <w:gridSpan w:val="3"/>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w:t>
            </w:r>
          </w:p>
        </w:tc>
        <w:tc>
          <w:tcPr>
            <w:tcW w:w="1711"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w:t>
            </w:r>
          </w:p>
        </w:tc>
      </w:tr>
      <w:tr w:rsidR="009348AF" w:rsidRPr="0071357B" w:rsidTr="001A5C98">
        <w:trPr>
          <w:gridAfter w:val="11"/>
          <w:wAfter w:w="6576" w:type="dxa"/>
          <w:trHeight w:val="288"/>
        </w:trPr>
        <w:tc>
          <w:tcPr>
            <w:tcW w:w="1872" w:type="dxa"/>
            <w:gridSpan w:val="3"/>
            <w:tcBorders>
              <w:top w:val="nil"/>
              <w:left w:val="single" w:sz="4" w:space="0" w:color="auto"/>
              <w:bottom w:val="single" w:sz="4" w:space="0" w:color="auto"/>
              <w:right w:val="nil"/>
            </w:tcBorders>
            <w:shd w:val="clear" w:color="000000" w:fill="00B0F0"/>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391,100,000</w:t>
            </w:r>
          </w:p>
        </w:tc>
        <w:tc>
          <w:tcPr>
            <w:tcW w:w="1711" w:type="dxa"/>
            <w:gridSpan w:val="3"/>
            <w:tcBorders>
              <w:top w:val="nil"/>
              <w:left w:val="single" w:sz="4" w:space="0" w:color="auto"/>
              <w:bottom w:val="single" w:sz="4" w:space="0" w:color="auto"/>
              <w:right w:val="nil"/>
            </w:tcBorders>
            <w:shd w:val="clear" w:color="000000" w:fill="00B0F0"/>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w:t>
            </w:r>
          </w:p>
        </w:tc>
        <w:tc>
          <w:tcPr>
            <w:tcW w:w="222" w:type="dxa"/>
            <w:tcBorders>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rPr>
            </w:pPr>
          </w:p>
        </w:tc>
      </w:tr>
    </w:tbl>
    <w:p w:rsidR="009348AF" w:rsidRPr="0071357B" w:rsidRDefault="00254BB8" w:rsidP="009348AF">
      <w:pPr>
        <w:pStyle w:val="ListParagraph"/>
        <w:ind w:left="0" w:right="-846"/>
        <w:rPr>
          <w:rFonts w:cstheme="minorHAnsi"/>
        </w:rPr>
      </w:pPr>
    </w:p>
    <w:p w:rsidR="009348AF" w:rsidRPr="0071357B" w:rsidRDefault="00254BB8" w:rsidP="009348AF">
      <w:pPr>
        <w:pStyle w:val="ListParagraph"/>
        <w:numPr>
          <w:ilvl w:val="0"/>
          <w:numId w:val="1"/>
        </w:numPr>
        <w:spacing w:before="240" w:after="240"/>
        <w:rPr>
          <w:rFonts w:cstheme="minorHAnsi"/>
          <w:b/>
        </w:rPr>
      </w:pPr>
      <w:proofErr w:type="spellStart"/>
      <w:r w:rsidRPr="0071357B">
        <w:rPr>
          <w:rFonts w:cstheme="minorHAnsi"/>
          <w:b/>
          <w:bCs/>
        </w:rPr>
        <w:t>Hydromet</w:t>
      </w:r>
      <w:proofErr w:type="spellEnd"/>
      <w:r w:rsidRPr="0071357B">
        <w:rPr>
          <w:rFonts w:cstheme="minorHAnsi"/>
          <w:b/>
          <w:bCs/>
        </w:rPr>
        <w:t xml:space="preserve"> | $16,305,920</w:t>
      </w:r>
      <w:r w:rsidRPr="0071357B">
        <w:rPr>
          <w:rFonts w:cstheme="minorHAnsi"/>
          <w:b/>
          <w:bCs/>
          <w:color w:val="202124"/>
        </w:rPr>
        <w:t>|</w:t>
      </w:r>
    </w:p>
    <w:p w:rsidR="009348AF" w:rsidRPr="0071357B" w:rsidRDefault="00254BB8" w:rsidP="009348AF">
      <w:pPr>
        <w:pStyle w:val="ListParagraph"/>
        <w:ind w:left="0" w:right="-846"/>
        <w:rPr>
          <w:rFonts w:cstheme="minorHAnsi"/>
        </w:rPr>
      </w:pPr>
      <w:r w:rsidRPr="0071357B">
        <w:rPr>
          <w:rFonts w:cstheme="minorHAnsi"/>
        </w:rPr>
        <w:t>-----------------------------------------------------------------------------------------------</w:t>
      </w:r>
    </w:p>
    <w:tbl>
      <w:tblPr>
        <w:tblW w:w="10384" w:type="dxa"/>
        <w:tblInd w:w="-5" w:type="dxa"/>
        <w:tblLook w:val="04A0" w:firstRow="1" w:lastRow="0" w:firstColumn="1" w:lastColumn="0" w:noHBand="0" w:noVBand="1"/>
      </w:tblPr>
      <w:tblGrid>
        <w:gridCol w:w="483"/>
        <w:gridCol w:w="2051"/>
        <w:gridCol w:w="1325"/>
        <w:gridCol w:w="2483"/>
        <w:gridCol w:w="2403"/>
        <w:gridCol w:w="1639"/>
      </w:tblGrid>
      <w:tr w:rsidR="009348AF" w:rsidRPr="0071357B" w:rsidTr="009348AF">
        <w:trPr>
          <w:trHeight w:val="274"/>
        </w:trPr>
        <w:tc>
          <w:tcPr>
            <w:tcW w:w="10384" w:type="dxa"/>
            <w:gridSpan w:val="6"/>
            <w:tcBorders>
              <w:top w:val="single" w:sz="4" w:space="0" w:color="auto"/>
              <w:left w:val="single" w:sz="4" w:space="0" w:color="auto"/>
              <w:bottom w:val="single" w:sz="4" w:space="0" w:color="auto"/>
              <w:right w:val="single" w:sz="4" w:space="0" w:color="auto"/>
            </w:tcBorders>
            <w:shd w:val="clear" w:color="000000" w:fill="D86DCD"/>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xml:space="preserve">Hydrometeorological Services </w:t>
            </w:r>
          </w:p>
        </w:tc>
      </w:tr>
      <w:tr w:rsidR="009348AF" w:rsidRPr="0071357B" w:rsidTr="009348AF">
        <w:trPr>
          <w:trHeight w:val="536"/>
        </w:trPr>
        <w:tc>
          <w:tcPr>
            <w:tcW w:w="10384" w:type="dxa"/>
            <w:gridSpan w:val="6"/>
            <w:tcBorders>
              <w:top w:val="single" w:sz="4" w:space="0" w:color="auto"/>
              <w:left w:val="single" w:sz="4" w:space="0" w:color="auto"/>
              <w:bottom w:val="single" w:sz="4" w:space="0" w:color="auto"/>
              <w:right w:val="single" w:sz="4" w:space="0" w:color="auto"/>
            </w:tcBorders>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xml:space="preserve">TRAINING - PARTICIPATORY INTEGRATED CLIMATE </w:t>
            </w:r>
            <w:r w:rsidRPr="0071357B">
              <w:rPr>
                <w:rFonts w:eastAsia="Times New Roman" w:cstheme="minorHAnsi"/>
                <w:b/>
                <w:bCs/>
                <w:color w:val="000000"/>
              </w:rPr>
              <w:t>SERVICES FOR AGRICULTURE (PICSA): USING CLIMATE INFORMATION FOR IMPROVED FARMING PRACTICES</w:t>
            </w: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1</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Mabaruma</w:t>
            </w:r>
            <w:proofErr w:type="spellEnd"/>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2022-2023'</w:t>
            </w:r>
          </w:p>
        </w:tc>
        <w:tc>
          <w:tcPr>
            <w:tcW w:w="2483" w:type="dxa"/>
            <w:vMerge w:val="restart"/>
            <w:tcBorders>
              <w:top w:val="nil"/>
              <w:left w:val="single" w:sz="4" w:space="0" w:color="auto"/>
              <w:bottom w:val="nil"/>
              <w:right w:val="single" w:sz="4" w:space="0" w:color="auto"/>
            </w:tcBorders>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Training of farmers to utilize location specific climate information to </w:t>
            </w:r>
            <w:r w:rsidRPr="0071357B">
              <w:rPr>
                <w:rFonts w:eastAsia="Times New Roman" w:cstheme="minorHAnsi"/>
                <w:color w:val="000000"/>
              </w:rPr>
              <w:lastRenderedPageBreak/>
              <w:t>make improved decisions at the farm level.</w:t>
            </w:r>
          </w:p>
        </w:tc>
        <w:tc>
          <w:tcPr>
            <w:tcW w:w="2403"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lastRenderedPageBreak/>
              <w:t xml:space="preserve">                       1,63</w:t>
            </w:r>
            <w:r w:rsidRPr="0071357B">
              <w:rPr>
                <w:rFonts w:eastAsia="Times New Roman" w:cstheme="minorHAnsi"/>
                <w:color w:val="000000"/>
              </w:rPr>
              <w:t xml:space="preserve">7,600 </w:t>
            </w:r>
          </w:p>
        </w:tc>
        <w:tc>
          <w:tcPr>
            <w:tcW w:w="1639"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28 Farmers</w:t>
            </w: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Kamwatta</w:t>
            </w:r>
            <w:proofErr w:type="spellEnd"/>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2022-2023'</w:t>
            </w:r>
          </w:p>
        </w:tc>
        <w:tc>
          <w:tcPr>
            <w:tcW w:w="2483" w:type="dxa"/>
            <w:vMerge/>
            <w:tcBorders>
              <w:top w:val="nil"/>
              <w:left w:val="single" w:sz="4" w:space="0" w:color="auto"/>
              <w:bottom w:val="nil"/>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2403" w:type="dxa"/>
            <w:vMerge w:val="restart"/>
            <w:tcBorders>
              <w:top w:val="nil"/>
              <w:left w:val="single" w:sz="4" w:space="0" w:color="auto"/>
              <w:bottom w:val="single" w:sz="4" w:space="0" w:color="000000"/>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2,384,424 </w:t>
            </w:r>
          </w:p>
        </w:tc>
        <w:tc>
          <w:tcPr>
            <w:tcW w:w="1639" w:type="dxa"/>
            <w:vMerge w:val="restart"/>
            <w:tcBorders>
              <w:top w:val="nil"/>
              <w:left w:val="single" w:sz="4" w:space="0" w:color="auto"/>
              <w:bottom w:val="single" w:sz="4" w:space="0" w:color="000000"/>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207 Farmers</w:t>
            </w: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3</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Yarakita</w:t>
            </w:r>
            <w:proofErr w:type="spellEnd"/>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2022-2023'</w:t>
            </w:r>
          </w:p>
        </w:tc>
        <w:tc>
          <w:tcPr>
            <w:tcW w:w="2483" w:type="dxa"/>
            <w:vMerge/>
            <w:tcBorders>
              <w:top w:val="nil"/>
              <w:left w:val="single" w:sz="4" w:space="0" w:color="auto"/>
              <w:bottom w:val="nil"/>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2403"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1639"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lastRenderedPageBreak/>
              <w:t>4</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White Water</w:t>
            </w:r>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2022-2023'</w:t>
            </w:r>
          </w:p>
        </w:tc>
        <w:tc>
          <w:tcPr>
            <w:tcW w:w="2483" w:type="dxa"/>
            <w:vMerge/>
            <w:tcBorders>
              <w:top w:val="nil"/>
              <w:left w:val="single" w:sz="4" w:space="0" w:color="auto"/>
              <w:bottom w:val="nil"/>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2403"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1639"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lastRenderedPageBreak/>
              <w:t>5</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Wauna</w:t>
            </w:r>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2022-2023'</w:t>
            </w:r>
          </w:p>
        </w:tc>
        <w:tc>
          <w:tcPr>
            <w:tcW w:w="2483" w:type="dxa"/>
            <w:vMerge/>
            <w:tcBorders>
              <w:top w:val="nil"/>
              <w:left w:val="single" w:sz="4" w:space="0" w:color="auto"/>
              <w:bottom w:val="nil"/>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2403"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1639"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6</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St. Dominic</w:t>
            </w:r>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2022-2023'</w:t>
            </w:r>
          </w:p>
        </w:tc>
        <w:tc>
          <w:tcPr>
            <w:tcW w:w="2483" w:type="dxa"/>
            <w:vMerge/>
            <w:tcBorders>
              <w:top w:val="nil"/>
              <w:left w:val="single" w:sz="4" w:space="0" w:color="auto"/>
              <w:bottom w:val="nil"/>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2403" w:type="dxa"/>
            <w:vMerge w:val="restart"/>
            <w:tcBorders>
              <w:top w:val="nil"/>
              <w:left w:val="single" w:sz="4" w:space="0" w:color="auto"/>
              <w:bottom w:val="single" w:sz="4" w:space="0" w:color="000000"/>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2,283,896 </w:t>
            </w:r>
          </w:p>
        </w:tc>
        <w:tc>
          <w:tcPr>
            <w:tcW w:w="1639" w:type="dxa"/>
            <w:vMerge w:val="restart"/>
            <w:tcBorders>
              <w:top w:val="nil"/>
              <w:left w:val="single" w:sz="4" w:space="0" w:color="auto"/>
              <w:bottom w:val="single" w:sz="4" w:space="0" w:color="000000"/>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368 Farmers</w:t>
            </w: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7</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Arukamai</w:t>
            </w:r>
            <w:proofErr w:type="spellEnd"/>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2022-2023'</w:t>
            </w:r>
          </w:p>
        </w:tc>
        <w:tc>
          <w:tcPr>
            <w:tcW w:w="2483" w:type="dxa"/>
            <w:vMerge/>
            <w:tcBorders>
              <w:top w:val="nil"/>
              <w:left w:val="single" w:sz="4" w:space="0" w:color="auto"/>
              <w:bottom w:val="nil"/>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2403"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1639"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8</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roofErr w:type="spellStart"/>
            <w:r w:rsidRPr="0071357B">
              <w:rPr>
                <w:rFonts w:eastAsia="Times New Roman" w:cstheme="minorHAnsi"/>
                <w:color w:val="000000"/>
              </w:rPr>
              <w:t>Imbotero</w:t>
            </w:r>
            <w:proofErr w:type="spellEnd"/>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2022-2023'</w:t>
            </w:r>
          </w:p>
        </w:tc>
        <w:tc>
          <w:tcPr>
            <w:tcW w:w="2483" w:type="dxa"/>
            <w:vMerge/>
            <w:tcBorders>
              <w:top w:val="nil"/>
              <w:left w:val="single" w:sz="4" w:space="0" w:color="auto"/>
              <w:bottom w:val="nil"/>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2403"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1639"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9</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Smith's Creek</w:t>
            </w:r>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2022-2023'</w:t>
            </w:r>
          </w:p>
        </w:tc>
        <w:tc>
          <w:tcPr>
            <w:tcW w:w="2483" w:type="dxa"/>
            <w:vMerge/>
            <w:tcBorders>
              <w:top w:val="nil"/>
              <w:left w:val="single" w:sz="4" w:space="0" w:color="auto"/>
              <w:bottom w:val="nil"/>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2403"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c>
          <w:tcPr>
            <w:tcW w:w="1639" w:type="dxa"/>
            <w:vMerge/>
            <w:tcBorders>
              <w:top w:val="nil"/>
              <w:left w:val="single" w:sz="4" w:space="0" w:color="auto"/>
              <w:bottom w:val="single" w:sz="4" w:space="0" w:color="000000"/>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p>
        </w:tc>
      </w:tr>
      <w:tr w:rsidR="009348AF" w:rsidRPr="0071357B" w:rsidTr="009348AF">
        <w:trPr>
          <w:trHeight w:val="445"/>
        </w:trPr>
        <w:tc>
          <w:tcPr>
            <w:tcW w:w="2534" w:type="dxa"/>
            <w:gridSpan w:val="2"/>
            <w:tcBorders>
              <w:top w:val="single" w:sz="4" w:space="0" w:color="auto"/>
              <w:left w:val="single" w:sz="4" w:space="0" w:color="auto"/>
              <w:bottom w:val="single" w:sz="4" w:space="0" w:color="auto"/>
              <w:right w:val="nil"/>
            </w:tcBorders>
            <w:noWrap/>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PLANNED FOR 2025</w:t>
            </w:r>
          </w:p>
        </w:tc>
        <w:tc>
          <w:tcPr>
            <w:tcW w:w="1325" w:type="dxa"/>
            <w:tcBorders>
              <w:top w:val="nil"/>
              <w:left w:val="nil"/>
              <w:bottom w:val="single" w:sz="4" w:space="0" w:color="auto"/>
              <w:right w:val="nil"/>
            </w:tcBorders>
            <w:noWrap/>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2483" w:type="dxa"/>
            <w:tcBorders>
              <w:top w:val="single" w:sz="4" w:space="0" w:color="auto"/>
              <w:left w:val="nil"/>
              <w:bottom w:val="single" w:sz="4" w:space="0" w:color="auto"/>
              <w:right w:val="nil"/>
            </w:tcBorders>
            <w:noWrap/>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2403" w:type="dxa"/>
            <w:tcBorders>
              <w:top w:val="nil"/>
              <w:left w:val="nil"/>
              <w:bottom w:val="single" w:sz="4" w:space="0" w:color="auto"/>
              <w:right w:val="nil"/>
            </w:tcBorders>
            <w:noWrap/>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c>
          <w:tcPr>
            <w:tcW w:w="1639"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rPr>
                <w:rFonts w:eastAsia="Times New Roman" w:cstheme="minorHAnsi"/>
                <w:b/>
                <w:bCs/>
                <w:color w:val="000000"/>
              </w:rPr>
            </w:pPr>
            <w:r w:rsidRPr="0071357B">
              <w:rPr>
                <w:rFonts w:eastAsia="Times New Roman" w:cstheme="minorHAnsi"/>
                <w:b/>
                <w:bCs/>
                <w:color w:val="000000"/>
              </w:rPr>
              <w:t> </w:t>
            </w:r>
          </w:p>
        </w:tc>
      </w:tr>
      <w:tr w:rsidR="009348AF" w:rsidRPr="0071357B" w:rsidTr="009348AF">
        <w:trPr>
          <w:trHeight w:val="274"/>
        </w:trPr>
        <w:tc>
          <w:tcPr>
            <w:tcW w:w="483" w:type="dxa"/>
            <w:tcBorders>
              <w:top w:val="nil"/>
              <w:left w:val="single" w:sz="4" w:space="0" w:color="auto"/>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10</w:t>
            </w:r>
          </w:p>
        </w:tc>
        <w:tc>
          <w:tcPr>
            <w:tcW w:w="2051"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Port </w:t>
            </w:r>
            <w:proofErr w:type="spellStart"/>
            <w:r w:rsidRPr="0071357B">
              <w:rPr>
                <w:rFonts w:eastAsia="Times New Roman" w:cstheme="minorHAnsi"/>
                <w:color w:val="000000"/>
              </w:rPr>
              <w:t>Kaituma</w:t>
            </w:r>
            <w:proofErr w:type="spellEnd"/>
            <w:r w:rsidRPr="0071357B">
              <w:rPr>
                <w:rFonts w:eastAsia="Times New Roman" w:cstheme="minorHAnsi"/>
                <w:color w:val="000000"/>
              </w:rPr>
              <w:t xml:space="preserve"> Airstrip</w:t>
            </w:r>
          </w:p>
        </w:tc>
        <w:tc>
          <w:tcPr>
            <w:tcW w:w="1325"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2025'</w:t>
            </w:r>
          </w:p>
        </w:tc>
        <w:tc>
          <w:tcPr>
            <w:tcW w:w="2483"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Installation of Micro Automatic Weather Station (GoG funding)</w:t>
            </w:r>
          </w:p>
        </w:tc>
        <w:tc>
          <w:tcPr>
            <w:tcW w:w="2403"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color w:val="000000"/>
              </w:rPr>
            </w:pPr>
            <w:r w:rsidRPr="0071357B">
              <w:rPr>
                <w:rFonts w:eastAsia="Times New Roman" w:cstheme="minorHAnsi"/>
                <w:color w:val="000000"/>
              </w:rPr>
              <w:t xml:space="preserve">                    10,000,000 </w:t>
            </w:r>
          </w:p>
        </w:tc>
        <w:tc>
          <w:tcPr>
            <w:tcW w:w="1639" w:type="dxa"/>
            <w:tcBorders>
              <w:top w:val="nil"/>
              <w:left w:val="nil"/>
              <w:bottom w:val="single" w:sz="4" w:space="0" w:color="auto"/>
              <w:right w:val="single" w:sz="4" w:space="0" w:color="auto"/>
            </w:tcBorders>
            <w:vAlign w:val="center"/>
            <w:hideMark/>
          </w:tcPr>
          <w:p w:rsidR="009348AF" w:rsidRPr="0071357B" w:rsidRDefault="00254BB8" w:rsidP="001A5C98">
            <w:pPr>
              <w:spacing w:after="0" w:line="240" w:lineRule="auto"/>
              <w:rPr>
                <w:rFonts w:eastAsia="Times New Roman" w:cstheme="minorHAnsi"/>
                <w:color w:val="000000"/>
              </w:rPr>
            </w:pPr>
            <w:r w:rsidRPr="0071357B">
              <w:rPr>
                <w:rFonts w:eastAsia="Times New Roman" w:cstheme="minorHAnsi"/>
                <w:color w:val="000000"/>
              </w:rPr>
              <w:t xml:space="preserve">Direct:        Village Population Indirect:    All of </w:t>
            </w:r>
            <w:r w:rsidRPr="0071357B">
              <w:rPr>
                <w:rFonts w:eastAsia="Times New Roman" w:cstheme="minorHAnsi"/>
                <w:color w:val="000000"/>
              </w:rPr>
              <w:t>Guyana</w:t>
            </w:r>
          </w:p>
        </w:tc>
      </w:tr>
      <w:tr w:rsidR="009348AF" w:rsidRPr="0071357B" w:rsidTr="009348AF">
        <w:trPr>
          <w:trHeight w:val="274"/>
        </w:trPr>
        <w:tc>
          <w:tcPr>
            <w:tcW w:w="6342" w:type="dxa"/>
            <w:gridSpan w:val="4"/>
            <w:tcBorders>
              <w:top w:val="single" w:sz="4" w:space="0" w:color="auto"/>
              <w:left w:val="single" w:sz="4" w:space="0" w:color="auto"/>
              <w:bottom w:val="single" w:sz="4" w:space="0" w:color="auto"/>
              <w:right w:val="single" w:sz="4" w:space="0" w:color="000000"/>
            </w:tcBorders>
            <w:shd w:val="clear" w:color="000000" w:fill="D86DCD"/>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xml:space="preserve">Hydrometeorological Services TOTAL </w:t>
            </w:r>
          </w:p>
        </w:tc>
        <w:tc>
          <w:tcPr>
            <w:tcW w:w="2403" w:type="dxa"/>
            <w:tcBorders>
              <w:top w:val="nil"/>
              <w:left w:val="nil"/>
              <w:bottom w:val="single" w:sz="4" w:space="0" w:color="auto"/>
              <w:right w:val="nil"/>
            </w:tcBorders>
            <w:shd w:val="clear" w:color="000000" w:fill="D86DCD"/>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$16,305,920</w:t>
            </w:r>
          </w:p>
        </w:tc>
        <w:tc>
          <w:tcPr>
            <w:tcW w:w="1639" w:type="dxa"/>
            <w:tcBorders>
              <w:top w:val="nil"/>
              <w:left w:val="nil"/>
              <w:bottom w:val="single" w:sz="4" w:space="0" w:color="auto"/>
              <w:right w:val="single" w:sz="4" w:space="0" w:color="auto"/>
            </w:tcBorders>
            <w:noWrap/>
            <w:vAlign w:val="center"/>
            <w:hideMark/>
          </w:tcPr>
          <w:p w:rsidR="009348AF" w:rsidRPr="0071357B" w:rsidRDefault="00254BB8" w:rsidP="001A5C98">
            <w:pPr>
              <w:spacing w:after="0" w:line="240" w:lineRule="auto"/>
              <w:jc w:val="center"/>
              <w:rPr>
                <w:rFonts w:eastAsia="Times New Roman" w:cstheme="minorHAnsi"/>
                <w:b/>
                <w:bCs/>
                <w:color w:val="000000"/>
              </w:rPr>
            </w:pPr>
            <w:r w:rsidRPr="0071357B">
              <w:rPr>
                <w:rFonts w:eastAsia="Times New Roman" w:cstheme="minorHAnsi"/>
                <w:b/>
                <w:bCs/>
                <w:color w:val="000000"/>
              </w:rPr>
              <w:t> </w:t>
            </w:r>
          </w:p>
        </w:tc>
      </w:tr>
    </w:tbl>
    <w:p w:rsidR="009348AF" w:rsidRPr="0071357B" w:rsidRDefault="00254BB8" w:rsidP="009348AF">
      <w:pPr>
        <w:rPr>
          <w:rFonts w:cstheme="minorHAnsi"/>
          <w:b/>
          <w:bCs/>
          <w:lang w:val="en"/>
        </w:rPr>
      </w:pPr>
    </w:p>
    <w:p w:rsidR="009348AF" w:rsidRPr="0071357B" w:rsidRDefault="00254BB8" w:rsidP="009348AF">
      <w:pPr>
        <w:widowControl w:val="0"/>
        <w:spacing w:line="240" w:lineRule="auto"/>
        <w:rPr>
          <w:rFonts w:cstheme="minorHAnsi"/>
        </w:rPr>
      </w:pPr>
    </w:p>
    <w:p w:rsidR="009348AF" w:rsidRPr="0071357B" w:rsidRDefault="00254BB8" w:rsidP="009348AF">
      <w:pPr>
        <w:widowControl w:val="0"/>
        <w:spacing w:line="240" w:lineRule="auto"/>
        <w:rPr>
          <w:rFonts w:cstheme="minorHAnsi"/>
        </w:rPr>
      </w:pPr>
    </w:p>
    <w:p w:rsidR="009348AF" w:rsidRPr="0071357B" w:rsidRDefault="00254BB8" w:rsidP="009348AF">
      <w:pPr>
        <w:widowControl w:val="0"/>
        <w:spacing w:line="240" w:lineRule="auto"/>
        <w:rPr>
          <w:rFonts w:cstheme="minorHAnsi"/>
        </w:rPr>
      </w:pPr>
    </w:p>
    <w:p w:rsidR="009348AF" w:rsidRPr="0071357B" w:rsidRDefault="00254BB8" w:rsidP="009348AF">
      <w:pPr>
        <w:widowControl w:val="0"/>
        <w:spacing w:line="240" w:lineRule="auto"/>
        <w:rPr>
          <w:rFonts w:cstheme="minorHAnsi"/>
        </w:rPr>
      </w:pPr>
    </w:p>
    <w:p w:rsidR="009348AF"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Default="00254BB8" w:rsidP="009348AF">
      <w:pPr>
        <w:widowControl w:val="0"/>
        <w:spacing w:line="240" w:lineRule="auto"/>
        <w:rPr>
          <w:rFonts w:cstheme="minorHAnsi"/>
        </w:rPr>
      </w:pPr>
    </w:p>
    <w:p w:rsidR="00254BB8" w:rsidRPr="0071357B" w:rsidRDefault="00254BB8" w:rsidP="009348AF">
      <w:pPr>
        <w:widowControl w:val="0"/>
        <w:spacing w:line="240" w:lineRule="auto"/>
        <w:rPr>
          <w:rFonts w:cstheme="minorHAnsi"/>
        </w:rPr>
      </w:pPr>
    </w:p>
    <w:p w:rsidR="00C44949" w:rsidRPr="0071357B" w:rsidRDefault="00254BB8">
      <w:pPr>
        <w:rPr>
          <w:rFonts w:cstheme="minorHAnsi"/>
        </w:rPr>
      </w:pPr>
    </w:p>
    <w:p w:rsidR="0020211C" w:rsidRPr="0029323D" w:rsidRDefault="00254BB8" w:rsidP="00606791">
      <w:pPr>
        <w:spacing w:line="240" w:lineRule="auto"/>
        <w:jc w:val="center"/>
        <w:rPr>
          <w:rFonts w:asciiTheme="majorHAnsi" w:hAnsiTheme="majorHAnsi" w:cstheme="majorHAnsi"/>
          <w:b/>
          <w:color w:val="FF0000"/>
          <w:sz w:val="24"/>
          <w:szCs w:val="24"/>
        </w:rPr>
      </w:pPr>
      <w:r w:rsidRPr="0029323D">
        <w:rPr>
          <w:rFonts w:asciiTheme="majorHAnsi" w:hAnsiTheme="majorHAnsi" w:cstheme="majorHAnsi"/>
          <w:b/>
          <w:color w:val="FF0000"/>
          <w:sz w:val="24"/>
          <w:szCs w:val="24"/>
        </w:rPr>
        <w:t xml:space="preserve">Ministry of </w:t>
      </w:r>
      <w:proofErr w:type="gramStart"/>
      <w:r w:rsidRPr="0029323D">
        <w:rPr>
          <w:rFonts w:asciiTheme="majorHAnsi" w:hAnsiTheme="majorHAnsi" w:cstheme="majorHAnsi"/>
          <w:b/>
          <w:color w:val="FF0000"/>
          <w:sz w:val="24"/>
          <w:szCs w:val="24"/>
        </w:rPr>
        <w:t>Agriculture  |</w:t>
      </w:r>
      <w:proofErr w:type="gramEnd"/>
      <w:r w:rsidRPr="0029323D">
        <w:rPr>
          <w:rFonts w:asciiTheme="majorHAnsi" w:hAnsiTheme="majorHAnsi" w:cstheme="majorHAnsi"/>
          <w:b/>
          <w:color w:val="FF0000"/>
          <w:sz w:val="24"/>
          <w:szCs w:val="24"/>
        </w:rPr>
        <w:t xml:space="preserve"> 2020-202</w:t>
      </w:r>
      <w:r w:rsidRPr="0029323D">
        <w:rPr>
          <w:rFonts w:asciiTheme="majorHAnsi" w:hAnsiTheme="majorHAnsi" w:cstheme="majorHAnsi"/>
          <w:b/>
          <w:color w:val="FF0000"/>
          <w:sz w:val="24"/>
          <w:szCs w:val="24"/>
        </w:rPr>
        <w:t>6</w:t>
      </w:r>
      <w:r w:rsidRPr="0029323D">
        <w:rPr>
          <w:rFonts w:asciiTheme="majorHAnsi" w:hAnsiTheme="majorHAnsi" w:cstheme="majorHAnsi"/>
          <w:b/>
          <w:color w:val="FF0000"/>
          <w:sz w:val="24"/>
          <w:szCs w:val="24"/>
        </w:rPr>
        <w:t xml:space="preserve"> | $</w:t>
      </w:r>
      <w:r w:rsidRPr="00FD7234">
        <w:rPr>
          <w:rFonts w:asciiTheme="majorHAnsi" w:hAnsiTheme="majorHAnsi" w:cstheme="majorHAnsi"/>
          <w:b/>
          <w:color w:val="FF0000"/>
          <w:sz w:val="24"/>
          <w:szCs w:val="24"/>
        </w:rPr>
        <w:t>13,099,238,459</w:t>
      </w:r>
    </w:p>
    <w:p w:rsidR="003F2946" w:rsidRPr="0029323D" w:rsidRDefault="00254BB8" w:rsidP="004A3F34">
      <w:pPr>
        <w:ind w:firstLine="720"/>
        <w:jc w:val="center"/>
        <w:rPr>
          <w:rFonts w:asciiTheme="majorHAnsi" w:hAnsiTheme="majorHAnsi" w:cstheme="majorHAnsi"/>
          <w:b/>
          <w:sz w:val="24"/>
          <w:szCs w:val="24"/>
        </w:rPr>
      </w:pPr>
      <w:r w:rsidRPr="0029323D">
        <w:rPr>
          <w:rFonts w:asciiTheme="majorHAnsi" w:hAnsiTheme="majorHAnsi" w:cstheme="majorHAnsi"/>
          <w:b/>
          <w:sz w:val="24"/>
          <w:szCs w:val="24"/>
        </w:rPr>
        <w:t xml:space="preserve">Total Investments in Region </w:t>
      </w:r>
      <w:r w:rsidRPr="0029323D">
        <w:rPr>
          <w:rFonts w:asciiTheme="majorHAnsi" w:hAnsiTheme="majorHAnsi" w:cstheme="majorHAnsi"/>
          <w:b/>
          <w:color w:val="FF0000"/>
          <w:sz w:val="24"/>
          <w:szCs w:val="24"/>
        </w:rPr>
        <w:t>Two</w:t>
      </w:r>
      <w:r w:rsidRPr="0029323D">
        <w:rPr>
          <w:rFonts w:asciiTheme="majorHAnsi" w:hAnsiTheme="majorHAnsi" w:cstheme="majorHAnsi"/>
          <w:b/>
          <w:sz w:val="24"/>
          <w:szCs w:val="24"/>
        </w:rPr>
        <w:t xml:space="preserve"> (2) from 2020-202</w:t>
      </w:r>
      <w:r w:rsidRPr="0029323D">
        <w:rPr>
          <w:rFonts w:asciiTheme="majorHAnsi" w:hAnsiTheme="majorHAnsi" w:cstheme="majorHAnsi"/>
          <w:b/>
          <w:sz w:val="24"/>
          <w:szCs w:val="24"/>
        </w:rPr>
        <w:t>6</w:t>
      </w:r>
    </w:p>
    <w:p w:rsidR="003F2946" w:rsidRPr="0029323D" w:rsidRDefault="00254BB8" w:rsidP="00606791">
      <w:pPr>
        <w:rPr>
          <w:rFonts w:asciiTheme="majorHAnsi" w:hAnsiTheme="majorHAnsi" w:cstheme="majorHAnsi"/>
          <w:sz w:val="24"/>
          <w:szCs w:val="24"/>
        </w:rPr>
      </w:pPr>
    </w:p>
    <w:tbl>
      <w:tblPr>
        <w:tblW w:w="6485" w:type="dxa"/>
        <w:jc w:val="center"/>
        <w:tblBorders>
          <w:top w:val="nil"/>
          <w:left w:val="nil"/>
          <w:bottom w:val="nil"/>
          <w:right w:val="nil"/>
          <w:insideH w:val="nil"/>
          <w:insideV w:val="nil"/>
        </w:tblBorders>
        <w:tblLayout w:type="fixed"/>
        <w:tblLook w:val="0600" w:firstRow="0" w:lastRow="0" w:firstColumn="0" w:lastColumn="0" w:noHBand="1" w:noVBand="1"/>
      </w:tblPr>
      <w:tblGrid>
        <w:gridCol w:w="3108"/>
        <w:gridCol w:w="3377"/>
      </w:tblGrid>
      <w:tr w:rsidR="00B61039" w:rsidRPr="0029323D" w:rsidTr="00B61039">
        <w:trPr>
          <w:trHeight w:val="1031"/>
          <w:jc w:val="center"/>
        </w:trPr>
        <w:tc>
          <w:tcPr>
            <w:tcW w:w="3108" w:type="dxa"/>
            <w:tcBorders>
              <w:top w:val="single" w:sz="4" w:space="0" w:color="000000"/>
              <w:left w:val="single" w:sz="4" w:space="0" w:color="000000"/>
              <w:bottom w:val="single" w:sz="4" w:space="0" w:color="000000"/>
              <w:right w:val="single" w:sz="4" w:space="0" w:color="000000"/>
            </w:tcBorders>
            <w:shd w:val="clear" w:color="auto" w:fill="FBE2D5"/>
            <w:tcMar>
              <w:top w:w="20" w:type="dxa"/>
              <w:left w:w="20" w:type="dxa"/>
              <w:bottom w:w="100" w:type="dxa"/>
              <w:right w:w="20" w:type="dxa"/>
            </w:tcMar>
            <w:vAlign w:val="center"/>
          </w:tcPr>
          <w:p w:rsidR="00B61039" w:rsidRPr="0029323D" w:rsidRDefault="00254BB8" w:rsidP="00606791">
            <w:pPr>
              <w:spacing w:line="240" w:lineRule="auto"/>
              <w:jc w:val="center"/>
              <w:rPr>
                <w:rFonts w:asciiTheme="majorHAnsi" w:hAnsiTheme="majorHAnsi" w:cstheme="majorHAnsi"/>
                <w:b/>
                <w:sz w:val="24"/>
                <w:szCs w:val="24"/>
              </w:rPr>
            </w:pPr>
            <w:r w:rsidRPr="0029323D">
              <w:rPr>
                <w:rFonts w:asciiTheme="majorHAnsi" w:hAnsiTheme="majorHAnsi" w:cstheme="majorHAnsi"/>
                <w:b/>
                <w:sz w:val="24"/>
                <w:szCs w:val="24"/>
              </w:rPr>
              <w:t>Sector</w:t>
            </w:r>
          </w:p>
        </w:tc>
        <w:tc>
          <w:tcPr>
            <w:tcW w:w="3377" w:type="dxa"/>
            <w:tcBorders>
              <w:top w:val="single" w:sz="4" w:space="0" w:color="000000"/>
              <w:bottom w:val="single" w:sz="4" w:space="0" w:color="000000"/>
              <w:right w:val="single" w:sz="4" w:space="0" w:color="000000"/>
            </w:tcBorders>
            <w:shd w:val="clear" w:color="auto" w:fill="FBE2D5"/>
            <w:tcMar>
              <w:top w:w="20" w:type="dxa"/>
              <w:left w:w="20" w:type="dxa"/>
              <w:bottom w:w="100" w:type="dxa"/>
              <w:right w:w="20" w:type="dxa"/>
            </w:tcMar>
            <w:vAlign w:val="center"/>
          </w:tcPr>
          <w:p w:rsidR="00B61039" w:rsidRPr="0029323D" w:rsidRDefault="00254BB8" w:rsidP="00606791">
            <w:pPr>
              <w:spacing w:line="240" w:lineRule="auto"/>
              <w:jc w:val="center"/>
              <w:rPr>
                <w:rFonts w:asciiTheme="majorHAnsi" w:hAnsiTheme="majorHAnsi" w:cstheme="majorHAnsi"/>
                <w:b/>
                <w:sz w:val="24"/>
                <w:szCs w:val="24"/>
              </w:rPr>
            </w:pPr>
            <w:r w:rsidRPr="0029323D">
              <w:rPr>
                <w:rFonts w:asciiTheme="majorHAnsi" w:hAnsiTheme="majorHAnsi" w:cstheme="majorHAnsi"/>
                <w:b/>
                <w:sz w:val="24"/>
                <w:szCs w:val="24"/>
              </w:rPr>
              <w:t>Agriculture</w:t>
            </w:r>
          </w:p>
        </w:tc>
      </w:tr>
      <w:tr w:rsidR="00B61039" w:rsidRPr="0029323D" w:rsidTr="00B61039">
        <w:trPr>
          <w:trHeight w:val="544"/>
          <w:jc w:val="center"/>
        </w:trPr>
        <w:tc>
          <w:tcPr>
            <w:tcW w:w="3108" w:type="dxa"/>
            <w:tcBorders>
              <w:left w:val="single" w:sz="4" w:space="0" w:color="000000"/>
              <w:bottom w:val="single" w:sz="4" w:space="0" w:color="auto"/>
              <w:right w:val="single" w:sz="4" w:space="0" w:color="000000"/>
            </w:tcBorders>
            <w:tcMar>
              <w:top w:w="20" w:type="dxa"/>
              <w:left w:w="20" w:type="dxa"/>
              <w:bottom w:w="100" w:type="dxa"/>
              <w:right w:w="20" w:type="dxa"/>
            </w:tcMar>
            <w:vAlign w:val="bottom"/>
          </w:tcPr>
          <w:p w:rsidR="00B61039" w:rsidRPr="0029323D" w:rsidRDefault="00254BB8" w:rsidP="00606791">
            <w:pPr>
              <w:spacing w:line="240" w:lineRule="auto"/>
              <w:jc w:val="center"/>
              <w:rPr>
                <w:rFonts w:asciiTheme="majorHAnsi" w:hAnsiTheme="majorHAnsi" w:cstheme="majorHAnsi"/>
                <w:b/>
                <w:sz w:val="24"/>
                <w:szCs w:val="24"/>
              </w:rPr>
            </w:pPr>
            <w:r w:rsidRPr="0029323D">
              <w:rPr>
                <w:rFonts w:asciiTheme="majorHAnsi" w:hAnsiTheme="majorHAnsi" w:cstheme="majorHAnsi"/>
                <w:b/>
                <w:sz w:val="24"/>
                <w:szCs w:val="24"/>
              </w:rPr>
              <w:t>2020-202</w:t>
            </w:r>
            <w:r w:rsidRPr="0029323D">
              <w:rPr>
                <w:rFonts w:asciiTheme="majorHAnsi" w:hAnsiTheme="majorHAnsi" w:cstheme="majorHAnsi"/>
                <w:b/>
                <w:sz w:val="24"/>
                <w:szCs w:val="24"/>
              </w:rPr>
              <w:t>6</w:t>
            </w:r>
          </w:p>
        </w:tc>
        <w:tc>
          <w:tcPr>
            <w:tcW w:w="3377" w:type="dxa"/>
            <w:tcBorders>
              <w:bottom w:val="single" w:sz="4" w:space="0" w:color="auto"/>
              <w:right w:val="single" w:sz="4" w:space="0" w:color="000000"/>
            </w:tcBorders>
            <w:tcMar>
              <w:top w:w="20" w:type="dxa"/>
              <w:left w:w="20" w:type="dxa"/>
              <w:bottom w:w="100" w:type="dxa"/>
              <w:right w:w="20" w:type="dxa"/>
            </w:tcMar>
            <w:vAlign w:val="center"/>
          </w:tcPr>
          <w:p w:rsidR="00B61039" w:rsidRPr="0029323D" w:rsidRDefault="00254BB8" w:rsidP="00606791">
            <w:pPr>
              <w:spacing w:line="240" w:lineRule="auto"/>
              <w:jc w:val="right"/>
              <w:rPr>
                <w:rFonts w:asciiTheme="majorHAnsi" w:hAnsiTheme="majorHAnsi" w:cstheme="majorHAnsi"/>
                <w:sz w:val="24"/>
                <w:szCs w:val="24"/>
              </w:rPr>
            </w:pPr>
            <w:r w:rsidRPr="0029323D">
              <w:rPr>
                <w:rFonts w:asciiTheme="majorHAnsi" w:hAnsiTheme="majorHAnsi" w:cstheme="majorHAnsi"/>
                <w:sz w:val="24"/>
                <w:szCs w:val="24"/>
              </w:rPr>
              <w:t>$</w:t>
            </w:r>
            <w:r w:rsidRPr="00FD7234">
              <w:rPr>
                <w:rFonts w:asciiTheme="majorHAnsi" w:hAnsiTheme="majorHAnsi" w:cstheme="majorHAnsi"/>
                <w:sz w:val="24"/>
                <w:szCs w:val="24"/>
              </w:rPr>
              <w:t>13,099,238,459</w:t>
            </w:r>
          </w:p>
        </w:tc>
      </w:tr>
      <w:tr w:rsidR="00B61039" w:rsidRPr="0029323D" w:rsidTr="00B61039">
        <w:trPr>
          <w:trHeight w:val="544"/>
          <w:jc w:val="center"/>
        </w:trPr>
        <w:tc>
          <w:tcPr>
            <w:tcW w:w="3108" w:type="dxa"/>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rsidR="00B61039" w:rsidRPr="0029323D" w:rsidRDefault="00254BB8" w:rsidP="00606791">
            <w:pPr>
              <w:spacing w:line="240" w:lineRule="auto"/>
              <w:jc w:val="center"/>
              <w:rPr>
                <w:rFonts w:asciiTheme="majorHAnsi" w:hAnsiTheme="majorHAnsi" w:cstheme="majorHAnsi"/>
                <w:b/>
                <w:sz w:val="24"/>
                <w:szCs w:val="24"/>
              </w:rPr>
            </w:pPr>
            <w:r w:rsidRPr="0029323D">
              <w:rPr>
                <w:rFonts w:asciiTheme="majorHAnsi" w:hAnsiTheme="majorHAnsi" w:cstheme="majorHAnsi"/>
                <w:b/>
                <w:sz w:val="24"/>
                <w:szCs w:val="24"/>
              </w:rPr>
              <w:t>2015-2020</w:t>
            </w:r>
          </w:p>
        </w:tc>
        <w:tc>
          <w:tcPr>
            <w:tcW w:w="3377" w:type="dxa"/>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center"/>
          </w:tcPr>
          <w:p w:rsidR="00B61039" w:rsidRPr="0029323D" w:rsidRDefault="00254BB8" w:rsidP="00606791">
            <w:pPr>
              <w:spacing w:line="240" w:lineRule="auto"/>
              <w:jc w:val="right"/>
              <w:rPr>
                <w:rFonts w:asciiTheme="majorHAnsi" w:hAnsiTheme="majorHAnsi" w:cstheme="majorHAnsi"/>
                <w:sz w:val="24"/>
                <w:szCs w:val="24"/>
              </w:rPr>
            </w:pPr>
            <w:r w:rsidRPr="0029323D">
              <w:rPr>
                <w:rFonts w:asciiTheme="majorHAnsi" w:hAnsiTheme="majorHAnsi" w:cstheme="majorHAnsi"/>
                <w:sz w:val="24"/>
                <w:szCs w:val="24"/>
              </w:rPr>
              <w:t>$1,014,948,901</w:t>
            </w:r>
          </w:p>
        </w:tc>
      </w:tr>
      <w:tr w:rsidR="00B61039" w:rsidRPr="002A3858" w:rsidTr="00B61039">
        <w:trPr>
          <w:trHeight w:val="544"/>
          <w:jc w:val="center"/>
        </w:trPr>
        <w:tc>
          <w:tcPr>
            <w:tcW w:w="3108" w:type="dxa"/>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rsidR="00B61039" w:rsidRPr="0029323D" w:rsidRDefault="00254BB8" w:rsidP="00606791">
            <w:pPr>
              <w:spacing w:line="240" w:lineRule="auto"/>
              <w:jc w:val="center"/>
              <w:rPr>
                <w:rFonts w:asciiTheme="majorHAnsi" w:hAnsiTheme="majorHAnsi" w:cstheme="majorHAnsi"/>
                <w:b/>
                <w:sz w:val="24"/>
                <w:szCs w:val="24"/>
              </w:rPr>
            </w:pPr>
            <w:r w:rsidRPr="0029323D">
              <w:rPr>
                <w:rFonts w:asciiTheme="majorHAnsi" w:hAnsiTheme="majorHAnsi" w:cstheme="majorHAnsi"/>
                <w:b/>
                <w:sz w:val="24"/>
                <w:szCs w:val="24"/>
              </w:rPr>
              <w:t xml:space="preserve">PPPC vs </w:t>
            </w:r>
            <w:r w:rsidRPr="0029323D">
              <w:rPr>
                <w:rFonts w:asciiTheme="majorHAnsi" w:hAnsiTheme="majorHAnsi" w:cstheme="majorHAnsi"/>
                <w:b/>
                <w:sz w:val="24"/>
                <w:szCs w:val="24"/>
              </w:rPr>
              <w:t>APNU</w:t>
            </w:r>
          </w:p>
        </w:tc>
        <w:tc>
          <w:tcPr>
            <w:tcW w:w="3377" w:type="dxa"/>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center"/>
          </w:tcPr>
          <w:p w:rsidR="00B61039" w:rsidRPr="0029323D" w:rsidRDefault="00254BB8" w:rsidP="00606791">
            <w:pPr>
              <w:spacing w:line="240" w:lineRule="auto"/>
              <w:jc w:val="right"/>
              <w:rPr>
                <w:rFonts w:asciiTheme="majorHAnsi" w:hAnsiTheme="majorHAnsi" w:cstheme="majorHAnsi"/>
                <w:sz w:val="24"/>
                <w:szCs w:val="24"/>
              </w:rPr>
            </w:pPr>
            <w:r w:rsidRPr="0029323D">
              <w:rPr>
                <w:rFonts w:asciiTheme="majorHAnsi" w:hAnsiTheme="majorHAnsi" w:cstheme="majorHAnsi"/>
                <w:sz w:val="24"/>
                <w:szCs w:val="24"/>
              </w:rPr>
              <w:t>11</w:t>
            </w:r>
            <w:r>
              <w:rPr>
                <w:rFonts w:asciiTheme="majorHAnsi" w:hAnsiTheme="majorHAnsi" w:cstheme="majorHAnsi"/>
                <w:sz w:val="24"/>
                <w:szCs w:val="24"/>
              </w:rPr>
              <w:t>9</w:t>
            </w:r>
            <w:r w:rsidRPr="0029323D">
              <w:rPr>
                <w:rFonts w:asciiTheme="majorHAnsi" w:hAnsiTheme="majorHAnsi" w:cstheme="majorHAnsi"/>
                <w:sz w:val="24"/>
                <w:szCs w:val="24"/>
              </w:rPr>
              <w:t>1</w:t>
            </w:r>
            <w:r w:rsidRPr="0029323D">
              <w:rPr>
                <w:rFonts w:asciiTheme="majorHAnsi" w:hAnsiTheme="majorHAnsi" w:cstheme="majorHAnsi"/>
                <w:sz w:val="24"/>
                <w:szCs w:val="24"/>
              </w:rPr>
              <w:t>%</w:t>
            </w:r>
          </w:p>
        </w:tc>
      </w:tr>
    </w:tbl>
    <w:p w:rsidR="003F2946" w:rsidRPr="002A3858" w:rsidRDefault="00254BB8" w:rsidP="00606791">
      <w:pPr>
        <w:rPr>
          <w:rFonts w:asciiTheme="majorHAnsi" w:eastAsia="Georgia" w:hAnsiTheme="majorHAnsi" w:cstheme="majorHAnsi"/>
          <w:b/>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DB5390" w:rsidRPr="002A3858" w:rsidRDefault="00254BB8" w:rsidP="00606791">
      <w:pPr>
        <w:rPr>
          <w:rFonts w:asciiTheme="majorHAnsi" w:hAnsiTheme="majorHAnsi" w:cstheme="majorHAnsi"/>
          <w:b/>
          <w:color w:val="FF0000"/>
          <w:sz w:val="24"/>
          <w:szCs w:val="24"/>
          <w:highlight w:val="yellow"/>
        </w:rPr>
      </w:pPr>
    </w:p>
    <w:p w:rsidR="00C327A9" w:rsidRPr="002A3858" w:rsidRDefault="00254BB8" w:rsidP="005A7041">
      <w:pPr>
        <w:pStyle w:val="ListParagraph"/>
        <w:numPr>
          <w:ilvl w:val="0"/>
          <w:numId w:val="10"/>
        </w:numPr>
        <w:rPr>
          <w:rFonts w:asciiTheme="majorHAnsi" w:hAnsiTheme="majorHAnsi" w:cstheme="majorHAnsi"/>
          <w:b/>
          <w:color w:val="FF0000"/>
          <w:sz w:val="24"/>
          <w:szCs w:val="24"/>
        </w:rPr>
      </w:pPr>
      <w:r w:rsidRPr="002A3858">
        <w:rPr>
          <w:rFonts w:asciiTheme="majorHAnsi" w:hAnsiTheme="majorHAnsi" w:cstheme="majorHAnsi"/>
          <w:b/>
          <w:color w:val="FF0000"/>
          <w:sz w:val="24"/>
          <w:szCs w:val="24"/>
        </w:rPr>
        <w:lastRenderedPageBreak/>
        <w:t>Fisheries Department | $2</w:t>
      </w:r>
      <w:r w:rsidRPr="002A3858">
        <w:rPr>
          <w:rFonts w:asciiTheme="majorHAnsi" w:hAnsiTheme="majorHAnsi" w:cstheme="majorHAnsi"/>
          <w:b/>
          <w:color w:val="FF0000"/>
          <w:sz w:val="24"/>
          <w:szCs w:val="24"/>
        </w:rPr>
        <w:t>63</w:t>
      </w:r>
      <w:r w:rsidRPr="002A3858">
        <w:rPr>
          <w:rFonts w:asciiTheme="majorHAnsi" w:hAnsiTheme="majorHAnsi" w:cstheme="majorHAnsi"/>
          <w:b/>
          <w:color w:val="FF0000"/>
          <w:sz w:val="24"/>
          <w:szCs w:val="24"/>
        </w:rPr>
        <w:t>,</w:t>
      </w:r>
      <w:r w:rsidRPr="002A3858">
        <w:rPr>
          <w:rFonts w:asciiTheme="majorHAnsi" w:hAnsiTheme="majorHAnsi" w:cstheme="majorHAnsi"/>
          <w:b/>
          <w:color w:val="FF0000"/>
          <w:sz w:val="24"/>
          <w:szCs w:val="24"/>
        </w:rPr>
        <w:t>0</w:t>
      </w:r>
      <w:r w:rsidRPr="002A3858">
        <w:rPr>
          <w:rFonts w:asciiTheme="majorHAnsi" w:hAnsiTheme="majorHAnsi" w:cstheme="majorHAnsi"/>
          <w:b/>
          <w:color w:val="FF0000"/>
          <w:sz w:val="24"/>
          <w:szCs w:val="24"/>
        </w:rPr>
        <w:t>50,290 | 2020-202</w:t>
      </w:r>
      <w:r>
        <w:rPr>
          <w:rFonts w:asciiTheme="majorHAnsi" w:hAnsiTheme="majorHAnsi" w:cstheme="majorHAnsi"/>
          <w:b/>
          <w:color w:val="FF0000"/>
          <w:sz w:val="24"/>
          <w:szCs w:val="24"/>
        </w:rPr>
        <w:t>6</w:t>
      </w:r>
    </w:p>
    <w:p w:rsidR="00C327A9" w:rsidRPr="002A3858" w:rsidRDefault="00254BB8" w:rsidP="00C327A9">
      <w:pPr>
        <w:rPr>
          <w:rFonts w:asciiTheme="majorHAnsi" w:hAnsiTheme="majorHAnsi" w:cstheme="majorHAnsi"/>
          <w:b/>
          <w:bCs/>
          <w:sz w:val="24"/>
          <w:szCs w:val="24"/>
        </w:rPr>
      </w:pPr>
    </w:p>
    <w:p w:rsidR="003F2946" w:rsidRPr="002A3858" w:rsidRDefault="00254BB8" w:rsidP="00C327A9">
      <w:pPr>
        <w:rPr>
          <w:rFonts w:asciiTheme="majorHAnsi" w:hAnsiTheme="majorHAnsi" w:cstheme="majorHAnsi"/>
          <w:b/>
          <w:color w:val="FF0000"/>
          <w:sz w:val="24"/>
          <w:szCs w:val="24"/>
        </w:rPr>
      </w:pPr>
      <w:r w:rsidRPr="002A3858">
        <w:rPr>
          <w:rFonts w:asciiTheme="majorHAnsi" w:hAnsiTheme="majorHAnsi" w:cstheme="majorHAnsi"/>
          <w:b/>
          <w:bCs/>
          <w:sz w:val="24"/>
          <w:szCs w:val="24"/>
        </w:rPr>
        <w:t>One-off Fishermen Cash Grant</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Impacted:705| 2022| $105,750,000</w:t>
      </w:r>
    </w:p>
    <w:p w:rsidR="00C327A9" w:rsidRPr="002A3858" w:rsidRDefault="00254BB8" w:rsidP="00606791">
      <w:pPr>
        <w:rPr>
          <w:rFonts w:asciiTheme="majorHAnsi" w:hAnsiTheme="majorHAnsi" w:cstheme="majorHAnsi"/>
          <w:b/>
          <w:bCs/>
          <w:sz w:val="24"/>
          <w:szCs w:val="24"/>
        </w:rPr>
      </w:pPr>
    </w:p>
    <w:p w:rsidR="00FC4461"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Landing Enhancement Project</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Impacted:800| 2023| $45,600,290</w:t>
      </w:r>
      <w:r w:rsidRPr="002A3858">
        <w:rPr>
          <w:rFonts w:asciiTheme="majorHAnsi" w:hAnsiTheme="majorHAnsi" w:cstheme="majorHAnsi"/>
          <w:sz w:val="24"/>
          <w:szCs w:val="24"/>
        </w:rPr>
        <w:br/>
        <w:t xml:space="preserve">Location: Anna </w:t>
      </w:r>
      <w:r w:rsidRPr="002A3858">
        <w:rPr>
          <w:rFonts w:asciiTheme="majorHAnsi" w:hAnsiTheme="majorHAnsi" w:cstheme="majorHAnsi"/>
          <w:sz w:val="24"/>
          <w:szCs w:val="24"/>
        </w:rPr>
        <w:t>Regina, Paradise, Charity, Perth, Cullen, Hampton Court, Better Success, Lima</w:t>
      </w:r>
    </w:p>
    <w:p w:rsidR="00C327A9" w:rsidRPr="002A3858" w:rsidRDefault="00254BB8" w:rsidP="00606791">
      <w:pPr>
        <w:rPr>
          <w:rFonts w:asciiTheme="majorHAnsi" w:hAnsiTheme="majorHAnsi" w:cstheme="majorHAnsi"/>
          <w:sz w:val="24"/>
          <w:szCs w:val="24"/>
        </w:rPr>
      </w:pPr>
    </w:p>
    <w:p w:rsidR="00C327A9" w:rsidRPr="002A3858" w:rsidRDefault="00254BB8" w:rsidP="00C327A9">
      <w:pPr>
        <w:pStyle w:val="NoSpacing"/>
        <w:rPr>
          <w:rFonts w:asciiTheme="majorHAnsi" w:hAnsiTheme="majorHAnsi" w:cstheme="majorHAnsi"/>
          <w:b/>
          <w:bCs/>
          <w:color w:val="000000" w:themeColor="text1"/>
          <w:sz w:val="24"/>
          <w:szCs w:val="24"/>
        </w:rPr>
      </w:pPr>
      <w:r w:rsidRPr="002A3858">
        <w:rPr>
          <w:rFonts w:asciiTheme="majorHAnsi" w:hAnsiTheme="majorHAnsi" w:cstheme="majorHAnsi"/>
          <w:b/>
          <w:bCs/>
          <w:color w:val="000000" w:themeColor="text1"/>
          <w:sz w:val="24"/>
          <w:szCs w:val="24"/>
        </w:rPr>
        <w:t>Cage Aquaculture Project</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sz w:val="24"/>
          <w:szCs w:val="24"/>
        </w:rPr>
        <w:t>Number of Persons Impacted: 2,267| NA|$72,200,000</w:t>
      </w:r>
      <w:r w:rsidRPr="002A3858">
        <w:rPr>
          <w:rFonts w:asciiTheme="majorHAnsi" w:hAnsiTheme="majorHAnsi" w:cstheme="majorHAnsi"/>
          <w:sz w:val="24"/>
          <w:szCs w:val="24"/>
        </w:rPr>
        <w:t xml:space="preserve"> (</w:t>
      </w:r>
      <w:r w:rsidRPr="002A3858">
        <w:rPr>
          <w:rFonts w:asciiTheme="majorHAnsi" w:hAnsiTheme="majorHAnsi" w:cstheme="majorHAnsi"/>
          <w:sz w:val="24"/>
          <w:szCs w:val="24"/>
        </w:rPr>
        <w:t>See b</w:t>
      </w:r>
      <w:r w:rsidRPr="002A3858">
        <w:rPr>
          <w:rFonts w:asciiTheme="majorHAnsi" w:hAnsiTheme="majorHAnsi" w:cstheme="majorHAnsi"/>
          <w:sz w:val="24"/>
          <w:szCs w:val="24"/>
        </w:rPr>
        <w:t>reakdown below)</w:t>
      </w:r>
      <w:r w:rsidRPr="002A3858">
        <w:rPr>
          <w:rFonts w:asciiTheme="majorHAnsi" w:hAnsiTheme="majorHAnsi" w:cstheme="majorHAnsi"/>
          <w:sz w:val="24"/>
          <w:szCs w:val="24"/>
        </w:rPr>
        <w:br/>
      </w:r>
    </w:p>
    <w:p w:rsidR="00C327A9" w:rsidRPr="002A3858" w:rsidRDefault="00254BB8" w:rsidP="00C327A9">
      <w:pPr>
        <w:pStyle w:val="NoSpacing"/>
        <w:rPr>
          <w:rFonts w:asciiTheme="majorHAnsi" w:hAnsiTheme="majorHAnsi" w:cstheme="majorHAnsi"/>
          <w:b/>
          <w:bCs/>
          <w:color w:val="000000" w:themeColor="text1"/>
          <w:sz w:val="24"/>
          <w:szCs w:val="24"/>
        </w:rPr>
      </w:pPr>
      <w:r w:rsidRPr="002A3858">
        <w:rPr>
          <w:rFonts w:asciiTheme="majorHAnsi" w:hAnsiTheme="majorHAnsi" w:cstheme="majorHAnsi"/>
          <w:b/>
          <w:bCs/>
          <w:color w:val="000000" w:themeColor="text1"/>
          <w:sz w:val="24"/>
          <w:szCs w:val="24"/>
        </w:rPr>
        <w:t>Lake Mainstay Community</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Cages: </w:t>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$10,500,000</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Feed &amp; Fingerlings: </w:t>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$3,000,000</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Beneficiaries: </w:t>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 xml:space="preserve">576 Community Members </w:t>
      </w:r>
    </w:p>
    <w:p w:rsidR="00C327A9" w:rsidRPr="002A3858" w:rsidRDefault="00254BB8" w:rsidP="00C327A9">
      <w:pPr>
        <w:pStyle w:val="NoSpacing"/>
        <w:ind w:left="720"/>
        <w:rPr>
          <w:rFonts w:asciiTheme="majorHAnsi" w:hAnsiTheme="majorHAnsi" w:cstheme="majorHAnsi"/>
          <w:color w:val="000000" w:themeColor="text1"/>
          <w:sz w:val="24"/>
          <w:szCs w:val="24"/>
        </w:rPr>
      </w:pPr>
    </w:p>
    <w:p w:rsidR="00C327A9" w:rsidRPr="002A3858" w:rsidRDefault="00254BB8" w:rsidP="00C327A9">
      <w:pPr>
        <w:pStyle w:val="NoSpacing"/>
        <w:rPr>
          <w:rFonts w:asciiTheme="majorHAnsi" w:hAnsiTheme="majorHAnsi" w:cstheme="majorHAnsi"/>
          <w:b/>
          <w:bCs/>
          <w:color w:val="000000" w:themeColor="text1"/>
          <w:sz w:val="24"/>
          <w:szCs w:val="24"/>
        </w:rPr>
      </w:pPr>
      <w:proofErr w:type="spellStart"/>
      <w:r w:rsidRPr="002A3858">
        <w:rPr>
          <w:rFonts w:asciiTheme="majorHAnsi" w:hAnsiTheme="majorHAnsi" w:cstheme="majorHAnsi"/>
          <w:b/>
          <w:bCs/>
          <w:color w:val="000000" w:themeColor="text1"/>
          <w:sz w:val="24"/>
          <w:szCs w:val="24"/>
        </w:rPr>
        <w:t>Capoey</w:t>
      </w:r>
      <w:proofErr w:type="spellEnd"/>
      <w:r w:rsidRPr="002A3858">
        <w:rPr>
          <w:rFonts w:asciiTheme="majorHAnsi" w:hAnsiTheme="majorHAnsi" w:cstheme="majorHAnsi"/>
          <w:b/>
          <w:bCs/>
          <w:color w:val="000000" w:themeColor="text1"/>
          <w:sz w:val="24"/>
          <w:szCs w:val="24"/>
        </w:rPr>
        <w:t xml:space="preserve"> Lake Community</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Cages: </w:t>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t>$14,000,000</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Feed and Fingerlings: </w:t>
      </w:r>
      <w:r w:rsidRPr="002A3858">
        <w:rPr>
          <w:rFonts w:asciiTheme="majorHAnsi" w:hAnsiTheme="majorHAnsi" w:cstheme="majorHAnsi"/>
          <w:color w:val="000000" w:themeColor="text1"/>
          <w:sz w:val="24"/>
          <w:szCs w:val="24"/>
        </w:rPr>
        <w:tab/>
        <w:t xml:space="preserve">$17,000,000 </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Beneficiaries: </w:t>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t xml:space="preserve">630 Community Members </w:t>
      </w:r>
    </w:p>
    <w:p w:rsidR="00C327A9" w:rsidRPr="002A3858" w:rsidRDefault="00254BB8" w:rsidP="00C327A9">
      <w:pPr>
        <w:pStyle w:val="NoSpacing"/>
        <w:rPr>
          <w:rFonts w:asciiTheme="majorHAnsi" w:hAnsiTheme="majorHAnsi" w:cstheme="majorHAnsi"/>
          <w:color w:val="000000" w:themeColor="text1"/>
          <w:sz w:val="24"/>
          <w:szCs w:val="24"/>
        </w:rPr>
      </w:pPr>
    </w:p>
    <w:p w:rsidR="00C327A9" w:rsidRPr="002A3858" w:rsidRDefault="00254BB8" w:rsidP="00C327A9">
      <w:pPr>
        <w:pStyle w:val="NoSpacing"/>
        <w:rPr>
          <w:rFonts w:asciiTheme="majorHAnsi" w:hAnsiTheme="majorHAnsi" w:cstheme="majorHAnsi"/>
          <w:color w:val="000000" w:themeColor="text1"/>
          <w:sz w:val="24"/>
          <w:szCs w:val="24"/>
        </w:rPr>
      </w:pPr>
    </w:p>
    <w:p w:rsidR="00C327A9" w:rsidRPr="002A3858" w:rsidRDefault="00254BB8" w:rsidP="00C327A9">
      <w:pPr>
        <w:pStyle w:val="NoSpacing"/>
        <w:rPr>
          <w:rFonts w:asciiTheme="majorHAnsi" w:hAnsiTheme="majorHAnsi" w:cstheme="majorHAnsi"/>
          <w:b/>
          <w:bCs/>
          <w:color w:val="000000" w:themeColor="text1"/>
          <w:sz w:val="24"/>
          <w:szCs w:val="24"/>
        </w:rPr>
      </w:pPr>
      <w:proofErr w:type="spellStart"/>
      <w:r w:rsidRPr="002A3858">
        <w:rPr>
          <w:rFonts w:asciiTheme="majorHAnsi" w:hAnsiTheme="majorHAnsi" w:cstheme="majorHAnsi"/>
          <w:b/>
          <w:bCs/>
          <w:color w:val="000000" w:themeColor="text1"/>
          <w:sz w:val="24"/>
          <w:szCs w:val="24"/>
        </w:rPr>
        <w:t>Mashabo</w:t>
      </w:r>
      <w:proofErr w:type="spellEnd"/>
      <w:r w:rsidRPr="002A3858">
        <w:rPr>
          <w:rFonts w:asciiTheme="majorHAnsi" w:hAnsiTheme="majorHAnsi" w:cstheme="majorHAnsi"/>
          <w:b/>
          <w:bCs/>
          <w:color w:val="000000" w:themeColor="text1"/>
          <w:sz w:val="24"/>
          <w:szCs w:val="24"/>
        </w:rPr>
        <w:t xml:space="preserve"> Community</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Cages: </w:t>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t>$14,000,000</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Feed and Fingerlings: </w:t>
      </w:r>
      <w:r w:rsidRPr="002A3858">
        <w:rPr>
          <w:rFonts w:asciiTheme="majorHAnsi" w:hAnsiTheme="majorHAnsi" w:cstheme="majorHAnsi"/>
          <w:color w:val="000000" w:themeColor="text1"/>
          <w:sz w:val="24"/>
          <w:szCs w:val="24"/>
        </w:rPr>
        <w:tab/>
        <w:t>$6,000,000</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Beneficiaries: </w:t>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 xml:space="preserve">516 Community Members </w:t>
      </w:r>
    </w:p>
    <w:p w:rsidR="00C327A9" w:rsidRPr="002A3858" w:rsidRDefault="00254BB8" w:rsidP="00C327A9">
      <w:pPr>
        <w:pStyle w:val="NoSpacing"/>
        <w:rPr>
          <w:rFonts w:asciiTheme="majorHAnsi" w:hAnsiTheme="majorHAnsi" w:cstheme="majorHAnsi"/>
          <w:color w:val="000000" w:themeColor="text1"/>
          <w:sz w:val="24"/>
          <w:szCs w:val="24"/>
        </w:rPr>
      </w:pPr>
    </w:p>
    <w:p w:rsidR="00C327A9" w:rsidRPr="002A3858" w:rsidRDefault="00254BB8" w:rsidP="00C327A9">
      <w:pPr>
        <w:pStyle w:val="NoSpacing"/>
        <w:rPr>
          <w:rFonts w:asciiTheme="majorHAnsi" w:hAnsiTheme="majorHAnsi" w:cstheme="majorHAnsi"/>
          <w:color w:val="000000" w:themeColor="text1"/>
          <w:sz w:val="24"/>
          <w:szCs w:val="24"/>
        </w:rPr>
      </w:pPr>
    </w:p>
    <w:p w:rsidR="00C327A9" w:rsidRPr="002A3858" w:rsidRDefault="00254BB8" w:rsidP="00C327A9">
      <w:pPr>
        <w:pStyle w:val="NoSpacing"/>
        <w:rPr>
          <w:rFonts w:asciiTheme="majorHAnsi" w:hAnsiTheme="majorHAnsi" w:cstheme="majorHAnsi"/>
          <w:b/>
          <w:bCs/>
          <w:color w:val="000000" w:themeColor="text1"/>
          <w:sz w:val="24"/>
          <w:szCs w:val="24"/>
        </w:rPr>
      </w:pPr>
      <w:r w:rsidRPr="002A3858">
        <w:rPr>
          <w:rFonts w:asciiTheme="majorHAnsi" w:hAnsiTheme="majorHAnsi" w:cstheme="majorHAnsi"/>
          <w:b/>
          <w:bCs/>
          <w:color w:val="000000" w:themeColor="text1"/>
          <w:sz w:val="24"/>
          <w:szCs w:val="24"/>
        </w:rPr>
        <w:t>Bethany Community</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Cages: </w:t>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t>$7,000,000</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Feed and Fingerlings: </w:t>
      </w:r>
      <w:r w:rsidRPr="002A3858">
        <w:rPr>
          <w:rFonts w:asciiTheme="majorHAnsi" w:hAnsiTheme="majorHAnsi" w:cstheme="majorHAnsi"/>
          <w:color w:val="000000" w:themeColor="text1"/>
          <w:sz w:val="24"/>
          <w:szCs w:val="24"/>
        </w:rPr>
        <w:tab/>
        <w:t>$700,000</w:t>
      </w:r>
    </w:p>
    <w:p w:rsidR="00C327A9" w:rsidRPr="002A3858" w:rsidRDefault="00254BB8" w:rsidP="00C327A9">
      <w:pPr>
        <w:pStyle w:val="NoSpacing"/>
        <w:rPr>
          <w:rFonts w:asciiTheme="majorHAnsi" w:hAnsiTheme="majorHAnsi" w:cstheme="majorHAnsi"/>
          <w:color w:val="000000" w:themeColor="text1"/>
          <w:sz w:val="24"/>
          <w:szCs w:val="24"/>
        </w:rPr>
      </w:pPr>
      <w:r w:rsidRPr="002A3858">
        <w:rPr>
          <w:rFonts w:asciiTheme="majorHAnsi" w:hAnsiTheme="majorHAnsi" w:cstheme="majorHAnsi"/>
          <w:color w:val="000000" w:themeColor="text1"/>
          <w:sz w:val="24"/>
          <w:szCs w:val="24"/>
        </w:rPr>
        <w:t xml:space="preserve">Beneficiaries: </w:t>
      </w:r>
      <w:r w:rsidRPr="002A3858">
        <w:rPr>
          <w:rFonts w:asciiTheme="majorHAnsi" w:hAnsiTheme="majorHAnsi" w:cstheme="majorHAnsi"/>
          <w:color w:val="000000" w:themeColor="text1"/>
          <w:sz w:val="24"/>
          <w:szCs w:val="24"/>
        </w:rPr>
        <w:tab/>
      </w:r>
      <w:r w:rsidRPr="002A3858">
        <w:rPr>
          <w:rFonts w:asciiTheme="majorHAnsi" w:hAnsiTheme="majorHAnsi" w:cstheme="majorHAnsi"/>
          <w:color w:val="000000" w:themeColor="text1"/>
          <w:sz w:val="24"/>
          <w:szCs w:val="24"/>
        </w:rPr>
        <w:tab/>
        <w:t xml:space="preserve">545 Community Members </w:t>
      </w:r>
    </w:p>
    <w:p w:rsidR="00C327A9" w:rsidRPr="002A3858" w:rsidRDefault="00254BB8" w:rsidP="00C327A9">
      <w:pPr>
        <w:pStyle w:val="NoSpacing"/>
        <w:rPr>
          <w:rFonts w:asciiTheme="majorHAnsi" w:hAnsiTheme="majorHAnsi" w:cstheme="majorHAnsi"/>
          <w:color w:val="000000" w:themeColor="text1"/>
          <w:sz w:val="24"/>
          <w:szCs w:val="24"/>
        </w:rPr>
      </w:pPr>
    </w:p>
    <w:p w:rsidR="00C327A9" w:rsidRPr="002A3858" w:rsidRDefault="00254BB8" w:rsidP="00C327A9">
      <w:pPr>
        <w:pStyle w:val="NoSpacing"/>
        <w:rPr>
          <w:sz w:val="24"/>
          <w:szCs w:val="24"/>
        </w:rPr>
      </w:pPr>
    </w:p>
    <w:p w:rsidR="003F2946"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Upgrading of the Anna Regina Fish Culture Station</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 20 | 2023| $ 13,000,000</w:t>
      </w:r>
      <w:r w:rsidRPr="002A3858">
        <w:rPr>
          <w:rFonts w:asciiTheme="majorHAnsi" w:hAnsiTheme="majorHAnsi" w:cstheme="majorHAnsi"/>
          <w:sz w:val="24"/>
          <w:szCs w:val="24"/>
        </w:rPr>
        <w:br/>
      </w:r>
      <w:r w:rsidRPr="002A3858">
        <w:rPr>
          <w:rFonts w:asciiTheme="majorHAnsi" w:hAnsiTheme="majorHAnsi" w:cstheme="majorHAnsi"/>
          <w:sz w:val="24"/>
          <w:szCs w:val="24"/>
        </w:rPr>
        <w:lastRenderedPageBreak/>
        <w:t>Number of Person</w:t>
      </w:r>
      <w:r w:rsidRPr="002A3858">
        <w:rPr>
          <w:rFonts w:asciiTheme="majorHAnsi" w:hAnsiTheme="majorHAnsi" w:cstheme="majorHAnsi"/>
          <w:sz w:val="24"/>
          <w:szCs w:val="24"/>
        </w:rPr>
        <w:t>s Impacted:20 | 2024| $ 8,000,000</w:t>
      </w:r>
      <w:r w:rsidRPr="002A3858">
        <w:rPr>
          <w:rFonts w:asciiTheme="majorHAnsi" w:hAnsiTheme="majorHAnsi" w:cstheme="majorHAnsi"/>
          <w:sz w:val="24"/>
          <w:szCs w:val="24"/>
        </w:rPr>
        <w:br/>
      </w:r>
      <w:r w:rsidRPr="002A3858">
        <w:rPr>
          <w:rFonts w:asciiTheme="majorHAnsi" w:hAnsiTheme="majorHAnsi" w:cstheme="majorHAnsi"/>
          <w:sz w:val="24"/>
          <w:szCs w:val="24"/>
        </w:rPr>
        <w:t>Number of Persons Impacted:20 | 2025| $ 6,500,000</w:t>
      </w:r>
    </w:p>
    <w:p w:rsidR="00E2280C" w:rsidRPr="002A3858" w:rsidRDefault="00254BB8">
      <w:pPr>
        <w:rPr>
          <w:rFonts w:asciiTheme="majorHAnsi" w:hAnsiTheme="majorHAnsi" w:cstheme="majorHAnsi"/>
          <w:b/>
          <w:color w:val="202124"/>
          <w:sz w:val="24"/>
          <w:szCs w:val="24"/>
          <w:highlight w:val="yellow"/>
        </w:rPr>
      </w:pPr>
      <w:r w:rsidRPr="002A3858">
        <w:rPr>
          <w:rFonts w:asciiTheme="majorHAnsi" w:hAnsiTheme="majorHAnsi" w:cstheme="majorHAnsi"/>
          <w:sz w:val="24"/>
          <w:szCs w:val="24"/>
        </w:rPr>
        <w:t>Number of Persons Impacted:20 | 2026| $ 12,000,000</w:t>
      </w:r>
      <w:r w:rsidRPr="002A3858">
        <w:rPr>
          <w:rFonts w:asciiTheme="majorHAnsi" w:hAnsiTheme="majorHAnsi" w:cstheme="majorHAnsi"/>
          <w:b/>
          <w:color w:val="202124"/>
          <w:sz w:val="24"/>
          <w:szCs w:val="24"/>
          <w:highlight w:val="yellow"/>
        </w:rPr>
        <w:br w:type="page"/>
      </w:r>
    </w:p>
    <w:p w:rsidR="00007BBD" w:rsidRPr="002A3858" w:rsidRDefault="00254BB8" w:rsidP="00606791">
      <w:pPr>
        <w:jc w:val="both"/>
        <w:rPr>
          <w:rFonts w:asciiTheme="majorHAnsi" w:hAnsiTheme="majorHAnsi" w:cstheme="majorHAnsi"/>
          <w:b/>
          <w:color w:val="202124"/>
          <w:sz w:val="24"/>
          <w:szCs w:val="24"/>
        </w:rPr>
      </w:pPr>
      <w:r w:rsidRPr="002A3858">
        <w:rPr>
          <w:rFonts w:asciiTheme="majorHAnsi" w:hAnsiTheme="majorHAnsi" w:cstheme="majorHAnsi"/>
          <w:b/>
          <w:color w:val="202124"/>
          <w:sz w:val="24"/>
          <w:szCs w:val="24"/>
        </w:rPr>
        <w:lastRenderedPageBreak/>
        <w:t>Number</w:t>
      </w:r>
      <w:r w:rsidRPr="002A3858">
        <w:rPr>
          <w:rFonts w:asciiTheme="majorHAnsi" w:hAnsiTheme="majorHAnsi" w:cstheme="majorHAnsi"/>
          <w:b/>
          <w:color w:val="202124"/>
          <w:sz w:val="24"/>
          <w:szCs w:val="24"/>
        </w:rPr>
        <w:t xml:space="preserve"> of Boats and Fisherfolks by village</w:t>
      </w:r>
    </w:p>
    <w:tbl>
      <w:tblPr>
        <w:tblW w:w="8338" w:type="dxa"/>
        <w:tblLook w:val="04A0" w:firstRow="1" w:lastRow="0" w:firstColumn="1" w:lastColumn="0" w:noHBand="0" w:noVBand="1"/>
      </w:tblPr>
      <w:tblGrid>
        <w:gridCol w:w="3290"/>
        <w:gridCol w:w="2382"/>
        <w:gridCol w:w="2666"/>
      </w:tblGrid>
      <w:tr w:rsidR="0028167B" w:rsidRPr="002A3858" w:rsidTr="0028167B">
        <w:trPr>
          <w:trHeight w:val="284"/>
        </w:trPr>
        <w:tc>
          <w:tcPr>
            <w:tcW w:w="3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 xml:space="preserve">Landing Sites </w:t>
            </w:r>
          </w:p>
        </w:tc>
        <w:tc>
          <w:tcPr>
            <w:tcW w:w="2382" w:type="dxa"/>
            <w:tcBorders>
              <w:top w:val="single" w:sz="4" w:space="0" w:color="auto"/>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 xml:space="preserve">No. of Boats </w:t>
            </w:r>
          </w:p>
        </w:tc>
        <w:tc>
          <w:tcPr>
            <w:tcW w:w="2666" w:type="dxa"/>
            <w:tcBorders>
              <w:top w:val="single" w:sz="4" w:space="0" w:color="auto"/>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No. of Fisherfolks</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Charity (Birdy Wharf)</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50</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270</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Charity (</w:t>
            </w:r>
            <w:proofErr w:type="spellStart"/>
            <w:r w:rsidRPr="002A3858">
              <w:rPr>
                <w:rFonts w:asciiTheme="majorHAnsi" w:eastAsia="Times New Roman" w:hAnsiTheme="majorHAnsi" w:cstheme="majorHAnsi"/>
                <w:color w:val="000000"/>
                <w:sz w:val="24"/>
                <w:szCs w:val="24"/>
              </w:rPr>
              <w:t>Riverdam</w:t>
            </w:r>
            <w:proofErr w:type="spellEnd"/>
            <w:r w:rsidRPr="002A3858">
              <w:rPr>
                <w:rFonts w:asciiTheme="majorHAnsi" w:eastAsia="Times New Roman" w:hAnsiTheme="majorHAnsi" w:cstheme="majorHAnsi"/>
                <w:color w:val="000000"/>
                <w:sz w:val="24"/>
                <w:szCs w:val="24"/>
              </w:rPr>
              <w:t>)</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35</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210</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Hampton Court</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30</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130</w:t>
            </w:r>
          </w:p>
        </w:tc>
      </w:tr>
      <w:tr w:rsidR="0028167B" w:rsidRPr="002A3858" w:rsidTr="0028167B">
        <w:trPr>
          <w:trHeight w:val="308"/>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Better Success</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25</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105</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Charity (Miley Wharf)</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15</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90</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Paradise</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15</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45</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Charity (</w:t>
            </w:r>
            <w:proofErr w:type="spellStart"/>
            <w:r w:rsidRPr="002A3858">
              <w:rPr>
                <w:rFonts w:asciiTheme="majorHAnsi" w:eastAsia="Times New Roman" w:hAnsiTheme="majorHAnsi" w:cstheme="majorHAnsi"/>
                <w:color w:val="000000"/>
                <w:sz w:val="24"/>
                <w:szCs w:val="24"/>
              </w:rPr>
              <w:t>Yo</w:t>
            </w:r>
            <w:proofErr w:type="spellEnd"/>
            <w:r w:rsidRPr="002A3858">
              <w:rPr>
                <w:rFonts w:asciiTheme="majorHAnsi" w:eastAsia="Times New Roman" w:hAnsiTheme="majorHAnsi" w:cstheme="majorHAnsi"/>
                <w:color w:val="000000"/>
                <w:sz w:val="24"/>
                <w:szCs w:val="24"/>
              </w:rPr>
              <w:t xml:space="preserve"> </w:t>
            </w:r>
            <w:proofErr w:type="spellStart"/>
            <w:r w:rsidRPr="002A3858">
              <w:rPr>
                <w:rFonts w:asciiTheme="majorHAnsi" w:eastAsia="Times New Roman" w:hAnsiTheme="majorHAnsi" w:cstheme="majorHAnsi"/>
                <w:color w:val="000000"/>
                <w:sz w:val="24"/>
                <w:szCs w:val="24"/>
              </w:rPr>
              <w:t>Yo</w:t>
            </w:r>
            <w:proofErr w:type="spellEnd"/>
            <w:r w:rsidRPr="002A3858">
              <w:rPr>
                <w:rFonts w:asciiTheme="majorHAnsi" w:eastAsia="Times New Roman" w:hAnsiTheme="majorHAnsi" w:cstheme="majorHAnsi"/>
                <w:color w:val="000000"/>
                <w:sz w:val="24"/>
                <w:szCs w:val="24"/>
              </w:rPr>
              <w:t xml:space="preserve"> Wharf)</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6</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36</w:t>
            </w:r>
          </w:p>
        </w:tc>
      </w:tr>
      <w:tr w:rsidR="0028167B" w:rsidRPr="002A3858" w:rsidTr="0028167B">
        <w:trPr>
          <w:trHeight w:val="308"/>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Cullen</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15</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30</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 xml:space="preserve">West Bury </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10</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28</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Lima</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9</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23</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Anna Regina</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8</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20</w:t>
            </w:r>
          </w:p>
        </w:tc>
      </w:tr>
      <w:tr w:rsidR="0028167B" w:rsidRPr="002A3858" w:rsidTr="0028167B">
        <w:trPr>
          <w:trHeight w:val="308"/>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proofErr w:type="spellStart"/>
            <w:r w:rsidRPr="002A3858">
              <w:rPr>
                <w:rFonts w:asciiTheme="majorHAnsi" w:eastAsia="Times New Roman" w:hAnsiTheme="majorHAnsi" w:cstheme="majorHAnsi"/>
                <w:color w:val="000000"/>
                <w:sz w:val="24"/>
                <w:szCs w:val="24"/>
              </w:rPr>
              <w:t>Supenaam</w:t>
            </w:r>
            <w:proofErr w:type="spellEnd"/>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7</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13</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Dry Shore</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12</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Perth</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4</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8</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proofErr w:type="spellStart"/>
            <w:r w:rsidRPr="002A3858">
              <w:rPr>
                <w:rFonts w:asciiTheme="majorHAnsi" w:eastAsia="Times New Roman" w:hAnsiTheme="majorHAnsi" w:cstheme="majorHAnsi"/>
                <w:color w:val="000000"/>
                <w:sz w:val="24"/>
                <w:szCs w:val="24"/>
              </w:rPr>
              <w:t>Capoey</w:t>
            </w:r>
            <w:proofErr w:type="spellEnd"/>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4</w:t>
            </w:r>
          </w:p>
        </w:tc>
      </w:tr>
      <w:tr w:rsidR="0028167B" w:rsidRPr="002A3858" w:rsidTr="0028167B">
        <w:trPr>
          <w:trHeight w:val="308"/>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proofErr w:type="spellStart"/>
            <w:r w:rsidRPr="002A3858">
              <w:rPr>
                <w:rFonts w:asciiTheme="majorHAnsi" w:eastAsia="Times New Roman" w:hAnsiTheme="majorHAnsi" w:cstheme="majorHAnsi"/>
                <w:color w:val="000000"/>
                <w:sz w:val="24"/>
                <w:szCs w:val="24"/>
              </w:rPr>
              <w:t>Riverstown</w:t>
            </w:r>
            <w:proofErr w:type="spellEnd"/>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4</w:t>
            </w:r>
          </w:p>
        </w:tc>
      </w:tr>
      <w:tr w:rsidR="0028167B" w:rsidRPr="002A3858" w:rsidTr="0028167B">
        <w:trPr>
          <w:trHeight w:val="308"/>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Three Friends</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4</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Fairfield</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4</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Spring Garden</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4</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Golden Fleece</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Aurora</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proofErr w:type="spellStart"/>
            <w:r w:rsidRPr="002A3858">
              <w:rPr>
                <w:rFonts w:asciiTheme="majorHAnsi" w:eastAsia="Times New Roman" w:hAnsiTheme="majorHAnsi" w:cstheme="majorHAnsi"/>
                <w:color w:val="000000"/>
                <w:sz w:val="24"/>
                <w:szCs w:val="24"/>
              </w:rPr>
              <w:t>Adventurte</w:t>
            </w:r>
            <w:proofErr w:type="spellEnd"/>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Good Hope</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lastRenderedPageBreak/>
              <w:t>Pomona</w:t>
            </w:r>
          </w:p>
        </w:tc>
        <w:tc>
          <w:tcPr>
            <w:tcW w:w="2382"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1</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color w:val="000000"/>
                <w:sz w:val="24"/>
                <w:szCs w:val="24"/>
              </w:rPr>
            </w:pPr>
            <w:r w:rsidRPr="002A3858">
              <w:rPr>
                <w:rFonts w:asciiTheme="majorHAnsi" w:eastAsia="Times New Roman" w:hAnsiTheme="majorHAnsi" w:cstheme="majorHAnsi"/>
                <w:color w:val="000000"/>
                <w:sz w:val="24"/>
                <w:szCs w:val="24"/>
              </w:rPr>
              <w:t>2</w:t>
            </w:r>
          </w:p>
        </w:tc>
      </w:tr>
      <w:tr w:rsidR="0028167B" w:rsidRPr="002A3858" w:rsidTr="0028167B">
        <w:trPr>
          <w:trHeight w:val="284"/>
        </w:trPr>
        <w:tc>
          <w:tcPr>
            <w:tcW w:w="3290" w:type="dxa"/>
            <w:tcBorders>
              <w:top w:val="nil"/>
              <w:left w:val="single" w:sz="4" w:space="0" w:color="auto"/>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Total</w:t>
            </w:r>
          </w:p>
        </w:tc>
        <w:tc>
          <w:tcPr>
            <w:tcW w:w="2382" w:type="dxa"/>
            <w:tcBorders>
              <w:top w:val="nil"/>
              <w:left w:val="nil"/>
              <w:bottom w:val="single" w:sz="4" w:space="0" w:color="auto"/>
              <w:right w:val="single" w:sz="4" w:space="0" w:color="auto"/>
            </w:tcBorders>
            <w:shd w:val="clear" w:color="auto" w:fill="auto"/>
            <w:noWrap/>
            <w:vAlign w:val="bottom"/>
            <w:hideMark/>
          </w:tcPr>
          <w:p w:rsidR="0028167B" w:rsidRPr="002A3858" w:rsidRDefault="00254BB8" w:rsidP="00606791">
            <w:pPr>
              <w:spacing w:line="240" w:lineRule="auto"/>
              <w:jc w:val="center"/>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246</w:t>
            </w:r>
          </w:p>
        </w:tc>
        <w:tc>
          <w:tcPr>
            <w:tcW w:w="2666" w:type="dxa"/>
            <w:tcBorders>
              <w:top w:val="nil"/>
              <w:left w:val="nil"/>
              <w:bottom w:val="single" w:sz="4" w:space="0" w:color="auto"/>
              <w:right w:val="single" w:sz="4" w:space="0" w:color="auto"/>
            </w:tcBorders>
            <w:shd w:val="clear" w:color="auto" w:fill="auto"/>
            <w:noWrap/>
            <w:vAlign w:val="center"/>
            <w:hideMark/>
          </w:tcPr>
          <w:p w:rsidR="0028167B" w:rsidRPr="002A3858" w:rsidRDefault="00254BB8" w:rsidP="00606791">
            <w:pPr>
              <w:spacing w:line="240" w:lineRule="auto"/>
              <w:jc w:val="center"/>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1050</w:t>
            </w:r>
          </w:p>
        </w:tc>
      </w:tr>
    </w:tbl>
    <w:p w:rsidR="00383473" w:rsidRPr="002A3858" w:rsidRDefault="00254BB8" w:rsidP="00606791">
      <w:pPr>
        <w:rPr>
          <w:rFonts w:asciiTheme="majorHAnsi" w:hAnsiTheme="majorHAnsi" w:cstheme="majorHAnsi"/>
          <w:b/>
          <w:sz w:val="24"/>
          <w:szCs w:val="24"/>
        </w:rPr>
      </w:pPr>
    </w:p>
    <w:p w:rsidR="00383473" w:rsidRPr="002A3858" w:rsidRDefault="00254BB8">
      <w:pPr>
        <w:rPr>
          <w:rFonts w:asciiTheme="majorHAnsi" w:hAnsiTheme="majorHAnsi" w:cstheme="majorHAnsi"/>
          <w:b/>
          <w:sz w:val="24"/>
          <w:szCs w:val="24"/>
        </w:rPr>
      </w:pPr>
      <w:r w:rsidRPr="002A3858">
        <w:rPr>
          <w:rFonts w:asciiTheme="majorHAnsi" w:hAnsiTheme="majorHAnsi" w:cstheme="majorHAnsi"/>
          <w:b/>
          <w:sz w:val="24"/>
          <w:szCs w:val="24"/>
        </w:rPr>
        <w:br w:type="page"/>
      </w:r>
    </w:p>
    <w:p w:rsidR="00075CA5" w:rsidRPr="002A3858" w:rsidRDefault="00254BB8" w:rsidP="00F72E9F">
      <w:pPr>
        <w:pStyle w:val="ListParagraph"/>
        <w:numPr>
          <w:ilvl w:val="0"/>
          <w:numId w:val="10"/>
        </w:numPr>
        <w:rPr>
          <w:rFonts w:asciiTheme="majorHAnsi" w:hAnsiTheme="majorHAnsi" w:cstheme="majorHAnsi"/>
          <w:b/>
          <w:color w:val="FF0000"/>
          <w:sz w:val="24"/>
          <w:szCs w:val="24"/>
        </w:rPr>
      </w:pPr>
      <w:r w:rsidRPr="002A3858">
        <w:rPr>
          <w:rFonts w:asciiTheme="majorHAnsi" w:hAnsiTheme="majorHAnsi" w:cstheme="majorHAnsi"/>
          <w:b/>
          <w:color w:val="FF0000"/>
          <w:sz w:val="24"/>
          <w:szCs w:val="24"/>
        </w:rPr>
        <w:lastRenderedPageBreak/>
        <w:t>GRDB | $</w:t>
      </w:r>
      <w:r w:rsidRPr="00FD7234">
        <w:rPr>
          <w:rFonts w:asciiTheme="majorHAnsi" w:hAnsiTheme="majorHAnsi" w:cstheme="majorHAnsi"/>
          <w:b/>
          <w:color w:val="FF0000"/>
          <w:sz w:val="24"/>
          <w:szCs w:val="24"/>
        </w:rPr>
        <w:t>1,918,840,288</w:t>
      </w:r>
      <w:r w:rsidRPr="002A3858">
        <w:rPr>
          <w:rFonts w:asciiTheme="majorHAnsi" w:hAnsiTheme="majorHAnsi" w:cstheme="majorHAnsi"/>
          <w:b/>
          <w:color w:val="FF0000"/>
          <w:sz w:val="24"/>
          <w:szCs w:val="24"/>
        </w:rPr>
        <w:t>| 2020-202</w:t>
      </w:r>
      <w:r>
        <w:rPr>
          <w:rFonts w:asciiTheme="majorHAnsi" w:hAnsiTheme="majorHAnsi" w:cstheme="majorHAnsi"/>
          <w:b/>
          <w:color w:val="FF0000"/>
          <w:sz w:val="24"/>
          <w:szCs w:val="24"/>
        </w:rPr>
        <w:t>6</w:t>
      </w:r>
    </w:p>
    <w:p w:rsidR="005A7041" w:rsidRPr="002A3858" w:rsidRDefault="00254BB8" w:rsidP="00606791">
      <w:pPr>
        <w:rPr>
          <w:rFonts w:asciiTheme="majorHAnsi" w:hAnsiTheme="majorHAnsi" w:cstheme="majorHAnsi"/>
          <w:b/>
          <w:sz w:val="24"/>
          <w:szCs w:val="24"/>
        </w:rPr>
      </w:pPr>
    </w:p>
    <w:p w:rsidR="00075CA5"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Construction of (1) drying floor -</w:t>
      </w:r>
      <w:proofErr w:type="spellStart"/>
      <w:r w:rsidRPr="002A3858">
        <w:rPr>
          <w:rFonts w:asciiTheme="majorHAnsi" w:hAnsiTheme="majorHAnsi" w:cstheme="majorHAnsi"/>
          <w:b/>
          <w:bCs/>
          <w:sz w:val="24"/>
          <w:szCs w:val="24"/>
        </w:rPr>
        <w:t>Riverstown</w:t>
      </w:r>
      <w:proofErr w:type="spellEnd"/>
      <w:r w:rsidRPr="002A3858">
        <w:rPr>
          <w:rFonts w:asciiTheme="majorHAnsi" w:hAnsiTheme="majorHAnsi" w:cstheme="majorHAnsi"/>
          <w:sz w:val="24"/>
          <w:szCs w:val="24"/>
        </w:rPr>
        <w:br/>
      </w:r>
      <w:r w:rsidRPr="002A3858">
        <w:rPr>
          <w:rFonts w:asciiTheme="majorHAnsi" w:hAnsiTheme="majorHAnsi" w:cstheme="majorHAnsi"/>
          <w:sz w:val="24"/>
          <w:szCs w:val="24"/>
        </w:rPr>
        <w:t>Number of persons impacted: 200 | 2021 | $10,000,000</w:t>
      </w:r>
    </w:p>
    <w:p w:rsidR="00075CA5" w:rsidRPr="002A3858" w:rsidRDefault="00254BB8" w:rsidP="00606791">
      <w:pPr>
        <w:rPr>
          <w:rFonts w:asciiTheme="majorHAnsi" w:hAnsiTheme="majorHAnsi" w:cstheme="majorHAnsi"/>
          <w:b/>
          <w:bCs/>
          <w:sz w:val="24"/>
          <w:szCs w:val="24"/>
        </w:rPr>
      </w:pPr>
    </w:p>
    <w:p w:rsidR="00075CA5"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Construction of (1) drying floor -Somerset</w:t>
      </w:r>
      <w:r w:rsidRPr="002A3858">
        <w:rPr>
          <w:rFonts w:asciiTheme="majorHAnsi" w:hAnsiTheme="majorHAnsi" w:cstheme="majorHAnsi"/>
          <w:sz w:val="24"/>
          <w:szCs w:val="24"/>
        </w:rPr>
        <w:br/>
        <w:t>Number of persons impacted: 120 | 2025 | $17,209,668</w:t>
      </w:r>
    </w:p>
    <w:p w:rsidR="00075CA5" w:rsidRPr="002A3858" w:rsidRDefault="00254BB8" w:rsidP="00606791">
      <w:pPr>
        <w:rPr>
          <w:rFonts w:asciiTheme="majorHAnsi" w:hAnsiTheme="majorHAnsi" w:cstheme="majorHAnsi"/>
          <w:b/>
          <w:bCs/>
          <w:sz w:val="24"/>
          <w:szCs w:val="24"/>
        </w:rPr>
      </w:pPr>
    </w:p>
    <w:p w:rsidR="00075CA5"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 xml:space="preserve">Purchase of 5 Cannon </w:t>
      </w:r>
      <w:proofErr w:type="spellStart"/>
      <w:r w:rsidRPr="002A3858">
        <w:rPr>
          <w:rFonts w:asciiTheme="majorHAnsi" w:hAnsiTheme="majorHAnsi" w:cstheme="majorHAnsi"/>
          <w:b/>
          <w:bCs/>
          <w:sz w:val="24"/>
          <w:szCs w:val="24"/>
        </w:rPr>
        <w:t>Jacto</w:t>
      </w:r>
      <w:proofErr w:type="spellEnd"/>
      <w:r w:rsidRPr="002A3858">
        <w:rPr>
          <w:rFonts w:asciiTheme="majorHAnsi" w:hAnsiTheme="majorHAnsi" w:cstheme="majorHAnsi"/>
          <w:b/>
          <w:bCs/>
          <w:sz w:val="24"/>
          <w:szCs w:val="24"/>
        </w:rPr>
        <w:t xml:space="preserve"> Sprayers for the Rice Industry</w:t>
      </w:r>
      <w:r w:rsidRPr="002A3858">
        <w:rPr>
          <w:rFonts w:asciiTheme="majorHAnsi" w:hAnsiTheme="majorHAnsi" w:cstheme="majorHAnsi"/>
          <w:sz w:val="24"/>
          <w:szCs w:val="24"/>
        </w:rPr>
        <w:br/>
        <w:t>Number of persons impacted: 400 | 2021 | $6,600</w:t>
      </w:r>
      <w:r w:rsidRPr="002A3858">
        <w:rPr>
          <w:rFonts w:asciiTheme="majorHAnsi" w:hAnsiTheme="majorHAnsi" w:cstheme="majorHAnsi"/>
          <w:sz w:val="24"/>
          <w:szCs w:val="24"/>
        </w:rPr>
        <w:t>,000</w:t>
      </w:r>
    </w:p>
    <w:p w:rsidR="00075CA5" w:rsidRPr="002A3858" w:rsidRDefault="00254BB8" w:rsidP="00606791">
      <w:pPr>
        <w:rPr>
          <w:rFonts w:asciiTheme="majorHAnsi" w:hAnsiTheme="majorHAnsi" w:cstheme="majorHAnsi"/>
          <w:b/>
          <w:bCs/>
          <w:sz w:val="24"/>
          <w:szCs w:val="24"/>
        </w:rPr>
      </w:pPr>
    </w:p>
    <w:p w:rsidR="00075CA5"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Flood relief assistance program</w:t>
      </w:r>
      <w:r w:rsidRPr="002A3858">
        <w:rPr>
          <w:rFonts w:asciiTheme="majorHAnsi" w:hAnsiTheme="majorHAnsi" w:cstheme="majorHAnsi"/>
          <w:sz w:val="24"/>
          <w:szCs w:val="24"/>
        </w:rPr>
        <w:br/>
        <w:t>Number of persons impacted: 80 | 2021 | $24,805,000</w:t>
      </w:r>
    </w:p>
    <w:p w:rsidR="00075CA5" w:rsidRPr="002A3858" w:rsidRDefault="00254BB8" w:rsidP="00606791">
      <w:pPr>
        <w:rPr>
          <w:rFonts w:asciiTheme="majorHAnsi" w:hAnsiTheme="majorHAnsi" w:cstheme="majorHAnsi"/>
          <w:b/>
          <w:bCs/>
          <w:sz w:val="24"/>
          <w:szCs w:val="24"/>
        </w:rPr>
      </w:pPr>
    </w:p>
    <w:p w:rsidR="00075CA5" w:rsidRPr="002A3858" w:rsidRDefault="00254BB8" w:rsidP="00606791">
      <w:pPr>
        <w:rPr>
          <w:rFonts w:asciiTheme="majorHAnsi" w:eastAsia="Times New Roman" w:hAnsiTheme="majorHAnsi" w:cstheme="majorHAnsi"/>
          <w:color w:val="000000"/>
          <w:sz w:val="24"/>
          <w:szCs w:val="24"/>
        </w:rPr>
      </w:pPr>
      <w:r w:rsidRPr="002A3858">
        <w:rPr>
          <w:rFonts w:asciiTheme="majorHAnsi" w:hAnsiTheme="majorHAnsi" w:cstheme="majorHAnsi"/>
          <w:b/>
          <w:bCs/>
          <w:sz w:val="24"/>
          <w:szCs w:val="24"/>
        </w:rPr>
        <w:t>Seed Paddy Assistance</w:t>
      </w:r>
      <w:r w:rsidRPr="002A3858">
        <w:rPr>
          <w:rFonts w:asciiTheme="majorHAnsi" w:hAnsiTheme="majorHAnsi" w:cstheme="majorHAnsi"/>
          <w:sz w:val="24"/>
          <w:szCs w:val="24"/>
        </w:rPr>
        <w:br/>
        <w:t xml:space="preserve">Number of persons impacted: </w:t>
      </w:r>
      <w:r>
        <w:rPr>
          <w:rFonts w:asciiTheme="majorHAnsi" w:hAnsiTheme="majorHAnsi" w:cstheme="majorHAnsi"/>
          <w:sz w:val="24"/>
          <w:szCs w:val="24"/>
        </w:rPr>
        <w:t xml:space="preserve"> </w:t>
      </w:r>
      <w:r w:rsidRPr="002A3858">
        <w:rPr>
          <w:rFonts w:asciiTheme="majorHAnsi" w:hAnsiTheme="majorHAnsi" w:cstheme="majorHAnsi"/>
          <w:sz w:val="24"/>
          <w:szCs w:val="24"/>
        </w:rPr>
        <w:t>68 | 2022| $2,990,000</w:t>
      </w:r>
      <w:r w:rsidRPr="002A3858">
        <w:rPr>
          <w:rFonts w:asciiTheme="majorHAnsi" w:hAnsiTheme="majorHAnsi" w:cstheme="majorHAnsi"/>
          <w:sz w:val="24"/>
          <w:szCs w:val="24"/>
        </w:rPr>
        <w:br/>
        <w:t>Number of persons impacted: 363|2023 | $12,855,000</w:t>
      </w:r>
      <w:r w:rsidRPr="002A3858">
        <w:rPr>
          <w:rFonts w:asciiTheme="majorHAnsi" w:hAnsiTheme="majorHAnsi" w:cstheme="majorHAnsi"/>
          <w:sz w:val="24"/>
          <w:szCs w:val="24"/>
        </w:rPr>
        <w:br/>
        <w:t>Number of persons impacted: 172| 2025| $</w:t>
      </w:r>
      <w:r w:rsidRPr="002A3858">
        <w:rPr>
          <w:rFonts w:asciiTheme="majorHAnsi" w:hAnsiTheme="majorHAnsi" w:cstheme="majorHAnsi"/>
          <w:color w:val="000000"/>
          <w:sz w:val="24"/>
          <w:szCs w:val="24"/>
        </w:rPr>
        <w:t xml:space="preserve"> </w:t>
      </w:r>
      <w:r w:rsidRPr="002A3858">
        <w:rPr>
          <w:rFonts w:asciiTheme="majorHAnsi" w:eastAsia="Times New Roman" w:hAnsiTheme="majorHAnsi" w:cstheme="majorHAnsi"/>
          <w:color w:val="000000"/>
          <w:sz w:val="24"/>
          <w:szCs w:val="24"/>
        </w:rPr>
        <w:t>4,010,000</w:t>
      </w:r>
    </w:p>
    <w:p w:rsidR="00075CA5" w:rsidRPr="002A3858" w:rsidRDefault="00254BB8" w:rsidP="00606791">
      <w:pPr>
        <w:rPr>
          <w:rFonts w:asciiTheme="majorHAnsi" w:hAnsiTheme="majorHAnsi" w:cstheme="majorHAnsi"/>
          <w:b/>
          <w:bCs/>
          <w:sz w:val="24"/>
          <w:szCs w:val="24"/>
        </w:rPr>
      </w:pPr>
    </w:p>
    <w:p w:rsidR="00075CA5" w:rsidRPr="002A3858" w:rsidRDefault="00254BB8" w:rsidP="00606791">
      <w:pPr>
        <w:rPr>
          <w:rFonts w:asciiTheme="majorHAnsi" w:eastAsia="Times New Roman" w:hAnsiTheme="majorHAnsi" w:cstheme="majorHAnsi"/>
          <w:color w:val="000000"/>
          <w:sz w:val="24"/>
          <w:szCs w:val="24"/>
        </w:rPr>
      </w:pPr>
      <w:r w:rsidRPr="002A3858">
        <w:rPr>
          <w:rFonts w:asciiTheme="majorHAnsi" w:hAnsiTheme="majorHAnsi" w:cstheme="majorHAnsi"/>
          <w:b/>
          <w:bCs/>
          <w:sz w:val="24"/>
          <w:szCs w:val="24"/>
        </w:rPr>
        <w:t>Fertilizer Assistance</w:t>
      </w:r>
      <w:r w:rsidRPr="002A3858">
        <w:rPr>
          <w:rFonts w:asciiTheme="majorHAnsi" w:hAnsiTheme="majorHAnsi" w:cstheme="majorHAnsi"/>
          <w:sz w:val="24"/>
          <w:szCs w:val="24"/>
        </w:rPr>
        <w:br/>
        <w:t>Number of persons impacted: 1,555 | 2022 | $</w:t>
      </w:r>
      <w:r w:rsidRPr="002A3858">
        <w:rPr>
          <w:rFonts w:asciiTheme="majorHAnsi" w:hAnsiTheme="majorHAnsi" w:cstheme="majorHAnsi"/>
          <w:color w:val="000000"/>
          <w:sz w:val="24"/>
          <w:szCs w:val="24"/>
        </w:rPr>
        <w:t xml:space="preserve"> </w:t>
      </w:r>
      <w:r w:rsidRPr="002A3858">
        <w:rPr>
          <w:rFonts w:asciiTheme="majorHAnsi" w:eastAsia="Times New Roman" w:hAnsiTheme="majorHAnsi" w:cstheme="majorHAnsi"/>
          <w:color w:val="000000"/>
          <w:sz w:val="24"/>
          <w:szCs w:val="24"/>
        </w:rPr>
        <w:t>247,158,000</w:t>
      </w:r>
    </w:p>
    <w:p w:rsidR="00075CA5"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1,543 | 2024 | $105,480,000</w:t>
      </w:r>
    </w:p>
    <w:p w:rsidR="00075CA5" w:rsidRPr="002A3858" w:rsidRDefault="00254BB8" w:rsidP="00606791">
      <w:pPr>
        <w:rPr>
          <w:rFonts w:asciiTheme="majorHAnsi" w:eastAsia="Times New Roman" w:hAnsiTheme="majorHAnsi" w:cstheme="majorHAnsi"/>
          <w:color w:val="000000"/>
          <w:sz w:val="24"/>
          <w:szCs w:val="24"/>
        </w:rPr>
      </w:pPr>
      <w:r w:rsidRPr="002A3858">
        <w:rPr>
          <w:rFonts w:asciiTheme="majorHAnsi" w:hAnsiTheme="majorHAnsi" w:cstheme="majorHAnsi"/>
          <w:sz w:val="24"/>
          <w:szCs w:val="24"/>
        </w:rPr>
        <w:t>Number of persons impacted: 1,548 | 2025 | $</w:t>
      </w:r>
      <w:r w:rsidRPr="002A3858">
        <w:rPr>
          <w:rFonts w:asciiTheme="majorHAnsi" w:hAnsiTheme="majorHAnsi" w:cstheme="majorHAnsi"/>
          <w:color w:val="000000"/>
          <w:sz w:val="24"/>
          <w:szCs w:val="24"/>
        </w:rPr>
        <w:t xml:space="preserve"> </w:t>
      </w:r>
      <w:r w:rsidRPr="002A3858">
        <w:rPr>
          <w:rFonts w:asciiTheme="majorHAnsi" w:eastAsia="Times New Roman" w:hAnsiTheme="majorHAnsi" w:cstheme="majorHAnsi"/>
          <w:color w:val="000000"/>
          <w:sz w:val="24"/>
          <w:szCs w:val="24"/>
        </w:rPr>
        <w:t>254,221,400</w:t>
      </w:r>
    </w:p>
    <w:p w:rsidR="00075CA5" w:rsidRPr="002A3858" w:rsidRDefault="00254BB8" w:rsidP="00606791">
      <w:pPr>
        <w:rPr>
          <w:rFonts w:asciiTheme="majorHAnsi" w:hAnsiTheme="majorHAnsi" w:cstheme="majorHAnsi"/>
          <w:sz w:val="24"/>
          <w:szCs w:val="24"/>
        </w:rPr>
      </w:pPr>
    </w:p>
    <w:p w:rsidR="00075CA5"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Pest and Disease Management</w:t>
      </w:r>
      <w:r w:rsidRPr="002A3858">
        <w:rPr>
          <w:rFonts w:asciiTheme="majorHAnsi" w:hAnsiTheme="majorHAnsi" w:cstheme="majorHAnsi"/>
          <w:sz w:val="24"/>
          <w:szCs w:val="24"/>
        </w:rPr>
        <w:br/>
        <w:t xml:space="preserve">Number of persons </w:t>
      </w:r>
      <w:r w:rsidRPr="002A3858">
        <w:rPr>
          <w:rFonts w:asciiTheme="majorHAnsi" w:hAnsiTheme="majorHAnsi" w:cstheme="majorHAnsi"/>
          <w:sz w:val="24"/>
          <w:szCs w:val="24"/>
        </w:rPr>
        <w:t>impacted: 2024 | $1,000,000</w:t>
      </w:r>
    </w:p>
    <w:p w:rsidR="00075CA5" w:rsidRPr="002A3858" w:rsidRDefault="00254BB8" w:rsidP="00606791">
      <w:pPr>
        <w:rPr>
          <w:rFonts w:asciiTheme="majorHAnsi" w:eastAsia="Times New Roman" w:hAnsiTheme="majorHAnsi" w:cstheme="majorHAnsi"/>
          <w:color w:val="000000"/>
          <w:sz w:val="24"/>
          <w:szCs w:val="24"/>
        </w:rPr>
      </w:pPr>
      <w:r w:rsidRPr="002A3858">
        <w:rPr>
          <w:rFonts w:asciiTheme="majorHAnsi" w:hAnsiTheme="majorHAnsi" w:cstheme="majorHAnsi"/>
          <w:sz w:val="24"/>
          <w:szCs w:val="24"/>
        </w:rPr>
        <w:t xml:space="preserve">Number of persons impacted: 2025 | $   </w:t>
      </w:r>
      <w:r w:rsidRPr="002A3858">
        <w:rPr>
          <w:rFonts w:asciiTheme="majorHAnsi" w:eastAsia="Times New Roman" w:hAnsiTheme="majorHAnsi" w:cstheme="majorHAnsi"/>
          <w:color w:val="000000"/>
          <w:sz w:val="24"/>
          <w:szCs w:val="24"/>
        </w:rPr>
        <w:t>770,000</w:t>
      </w:r>
    </w:p>
    <w:p w:rsidR="00075CA5" w:rsidRPr="002A3858" w:rsidRDefault="00254BB8" w:rsidP="00606791">
      <w:pPr>
        <w:rPr>
          <w:rFonts w:asciiTheme="majorHAnsi" w:eastAsia="Times New Roman" w:hAnsiTheme="majorHAnsi" w:cstheme="majorHAnsi"/>
          <w:color w:val="000000"/>
          <w:sz w:val="24"/>
          <w:szCs w:val="24"/>
        </w:rPr>
      </w:pPr>
    </w:p>
    <w:p w:rsidR="00075CA5" w:rsidRPr="002A3858" w:rsidRDefault="00254BB8" w:rsidP="00606791">
      <w:pPr>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Government Price Support for Farmers</w:t>
      </w:r>
    </w:p>
    <w:p w:rsidR="00A83149" w:rsidRPr="002A3858" w:rsidRDefault="00254BB8" w:rsidP="00A83149">
      <w:pPr>
        <w:spacing w:line="240" w:lineRule="auto"/>
        <w:rPr>
          <w:rFonts w:asciiTheme="majorHAnsi" w:eastAsia="Times New Roman" w:hAnsiTheme="majorHAnsi" w:cstheme="majorHAnsi"/>
          <w:b/>
          <w:bCs/>
          <w:color w:val="000000"/>
          <w:sz w:val="24"/>
          <w:szCs w:val="24"/>
        </w:rPr>
      </w:pPr>
      <w:r>
        <w:rPr>
          <w:rFonts w:asciiTheme="majorHAnsi" w:eastAsia="Times New Roman" w:hAnsiTheme="majorHAnsi" w:cstheme="majorHAnsi"/>
          <w:b/>
          <w:bCs/>
          <w:color w:val="000000"/>
          <w:sz w:val="24"/>
          <w:szCs w:val="24"/>
        </w:rPr>
        <w:t xml:space="preserve">Relief payout to </w:t>
      </w:r>
      <w:r>
        <w:rPr>
          <w:rFonts w:asciiTheme="majorHAnsi" w:eastAsia="Times New Roman" w:hAnsiTheme="majorHAnsi" w:cstheme="majorHAnsi"/>
          <w:b/>
          <w:bCs/>
          <w:color w:val="000000"/>
          <w:sz w:val="24"/>
          <w:szCs w:val="24"/>
        </w:rPr>
        <w:t xml:space="preserve">farmers </w:t>
      </w:r>
      <w:r w:rsidRPr="002A3858">
        <w:rPr>
          <w:rFonts w:asciiTheme="majorHAnsi" w:eastAsia="Times New Roman" w:hAnsiTheme="majorHAnsi" w:cstheme="majorHAnsi"/>
          <w:b/>
          <w:bCs/>
          <w:color w:val="000000"/>
          <w:sz w:val="24"/>
          <w:szCs w:val="24"/>
        </w:rPr>
        <w:t>(by Government)</w:t>
      </w:r>
    </w:p>
    <w:p w:rsidR="00A83149" w:rsidRPr="002A3858" w:rsidRDefault="00254BB8" w:rsidP="00A83149">
      <w:pPr>
        <w:rPr>
          <w:rFonts w:asciiTheme="majorHAnsi" w:eastAsia="Times New Roman" w:hAnsiTheme="majorHAnsi" w:cstheme="majorHAnsi"/>
          <w:color w:val="000000"/>
          <w:sz w:val="24"/>
          <w:szCs w:val="24"/>
        </w:rPr>
      </w:pPr>
      <w:r w:rsidRPr="002A3858">
        <w:rPr>
          <w:rFonts w:asciiTheme="majorHAnsi" w:hAnsiTheme="majorHAnsi" w:cstheme="majorHAnsi"/>
          <w:sz w:val="24"/>
          <w:szCs w:val="24"/>
        </w:rPr>
        <w:t xml:space="preserve">Number of persons impacted: </w:t>
      </w:r>
      <w:r>
        <w:rPr>
          <w:rFonts w:asciiTheme="majorHAnsi" w:hAnsiTheme="majorHAnsi" w:cstheme="majorHAnsi"/>
          <w:sz w:val="24"/>
          <w:szCs w:val="24"/>
        </w:rPr>
        <w:t>1300</w:t>
      </w:r>
      <w:r w:rsidRPr="002A3858">
        <w:rPr>
          <w:rFonts w:asciiTheme="majorHAnsi" w:hAnsiTheme="majorHAnsi" w:cstheme="majorHAnsi"/>
          <w:sz w:val="24"/>
          <w:szCs w:val="24"/>
        </w:rPr>
        <w:t>| 202</w:t>
      </w:r>
      <w:r>
        <w:rPr>
          <w:rFonts w:asciiTheme="majorHAnsi" w:hAnsiTheme="majorHAnsi" w:cstheme="majorHAnsi"/>
          <w:sz w:val="24"/>
          <w:szCs w:val="24"/>
        </w:rPr>
        <w:t>6</w:t>
      </w:r>
      <w:r w:rsidRPr="002A3858">
        <w:rPr>
          <w:rFonts w:asciiTheme="majorHAnsi" w:hAnsiTheme="majorHAnsi" w:cstheme="majorHAnsi"/>
          <w:sz w:val="24"/>
          <w:szCs w:val="24"/>
        </w:rPr>
        <w:t xml:space="preserve"> | $</w:t>
      </w:r>
      <w:r>
        <w:rPr>
          <w:rFonts w:asciiTheme="majorHAnsi" w:eastAsia="Times New Roman" w:hAnsiTheme="majorHAnsi" w:cstheme="majorHAnsi"/>
          <w:color w:val="000000"/>
          <w:sz w:val="24"/>
          <w:szCs w:val="24"/>
        </w:rPr>
        <w:t>403,000,000</w:t>
      </w:r>
    </w:p>
    <w:p w:rsidR="00075CA5" w:rsidRPr="002A3858" w:rsidRDefault="00254BB8" w:rsidP="00606791">
      <w:pPr>
        <w:rPr>
          <w:rFonts w:asciiTheme="majorHAnsi" w:eastAsia="Times New Roman" w:hAnsiTheme="majorHAnsi" w:cstheme="majorHAnsi"/>
          <w:b/>
          <w:bCs/>
          <w:color w:val="000000"/>
          <w:sz w:val="24"/>
          <w:szCs w:val="24"/>
        </w:rPr>
      </w:pPr>
    </w:p>
    <w:p w:rsidR="00075CA5" w:rsidRPr="002A3858" w:rsidRDefault="00254BB8" w:rsidP="00606791">
      <w:pPr>
        <w:spacing w:line="240" w:lineRule="auto"/>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 xml:space="preserve">First Crop 2025 -Paddy Purchase from </w:t>
      </w:r>
      <w:r w:rsidRPr="002A3858">
        <w:rPr>
          <w:rFonts w:asciiTheme="majorHAnsi" w:eastAsia="Times New Roman" w:hAnsiTheme="majorHAnsi" w:cstheme="majorHAnsi"/>
          <w:b/>
          <w:bCs/>
          <w:color w:val="000000"/>
          <w:sz w:val="24"/>
          <w:szCs w:val="24"/>
        </w:rPr>
        <w:t xml:space="preserve">farmers </w:t>
      </w:r>
      <w:r w:rsidRPr="002A3858">
        <w:rPr>
          <w:rFonts w:asciiTheme="majorHAnsi" w:eastAsia="Times New Roman" w:hAnsiTheme="majorHAnsi" w:cstheme="majorHAnsi"/>
          <w:b/>
          <w:bCs/>
          <w:color w:val="000000"/>
          <w:sz w:val="24"/>
          <w:szCs w:val="24"/>
        </w:rPr>
        <w:t>Region</w:t>
      </w:r>
      <w:r w:rsidRPr="002A3858">
        <w:rPr>
          <w:rFonts w:asciiTheme="majorHAnsi" w:eastAsia="Times New Roman" w:hAnsiTheme="majorHAnsi" w:cstheme="majorHAnsi"/>
          <w:b/>
          <w:bCs/>
          <w:color w:val="000000"/>
          <w:sz w:val="24"/>
          <w:szCs w:val="24"/>
        </w:rPr>
        <w:t xml:space="preserve"> 2 (by Government)</w:t>
      </w:r>
    </w:p>
    <w:p w:rsidR="00075CA5" w:rsidRPr="002A3858" w:rsidRDefault="00254BB8" w:rsidP="00606791">
      <w:pPr>
        <w:rPr>
          <w:rFonts w:asciiTheme="majorHAnsi" w:eastAsia="Times New Roman" w:hAnsiTheme="majorHAnsi" w:cstheme="majorHAnsi"/>
          <w:color w:val="000000"/>
          <w:sz w:val="24"/>
          <w:szCs w:val="24"/>
        </w:rPr>
      </w:pPr>
      <w:r w:rsidRPr="002A3858">
        <w:rPr>
          <w:rFonts w:asciiTheme="majorHAnsi" w:hAnsiTheme="majorHAnsi" w:cstheme="majorHAnsi"/>
          <w:sz w:val="24"/>
          <w:szCs w:val="24"/>
        </w:rPr>
        <w:t>Number of persons impacted: 257| 2025 | $</w:t>
      </w:r>
      <w:r w:rsidRPr="002A3858">
        <w:rPr>
          <w:rFonts w:asciiTheme="majorHAnsi" w:hAnsiTheme="majorHAnsi" w:cstheme="majorHAnsi"/>
          <w:color w:val="000000"/>
          <w:sz w:val="24"/>
          <w:szCs w:val="24"/>
        </w:rPr>
        <w:t xml:space="preserve"> </w:t>
      </w:r>
      <w:r w:rsidRPr="002A3858">
        <w:rPr>
          <w:rFonts w:asciiTheme="majorHAnsi" w:eastAsia="Times New Roman" w:hAnsiTheme="majorHAnsi" w:cstheme="majorHAnsi"/>
          <w:color w:val="000000"/>
          <w:sz w:val="24"/>
          <w:szCs w:val="24"/>
        </w:rPr>
        <w:t>244,216,886</w:t>
      </w:r>
    </w:p>
    <w:p w:rsidR="00075CA5" w:rsidRPr="002A3858" w:rsidRDefault="00254BB8" w:rsidP="00606791">
      <w:pPr>
        <w:rPr>
          <w:rFonts w:asciiTheme="majorHAnsi" w:eastAsia="Times New Roman" w:hAnsiTheme="majorHAnsi" w:cstheme="majorHAnsi"/>
          <w:color w:val="000000"/>
          <w:sz w:val="24"/>
          <w:szCs w:val="24"/>
        </w:rPr>
      </w:pPr>
    </w:p>
    <w:p w:rsidR="00075CA5" w:rsidRPr="002A3858" w:rsidRDefault="00254BB8" w:rsidP="00606791">
      <w:pPr>
        <w:spacing w:line="240" w:lineRule="auto"/>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First Crop 2025 $300/bag Paddy assistance paid to mills, to maintain the $4000/bag</w:t>
      </w:r>
    </w:p>
    <w:p w:rsidR="00075CA5" w:rsidRPr="002A3858" w:rsidRDefault="00254BB8" w:rsidP="00606791">
      <w:pPr>
        <w:rPr>
          <w:rFonts w:asciiTheme="majorHAnsi" w:eastAsia="Times New Roman" w:hAnsiTheme="majorHAnsi" w:cstheme="majorHAnsi"/>
          <w:color w:val="000000"/>
          <w:sz w:val="24"/>
          <w:szCs w:val="24"/>
        </w:rPr>
      </w:pPr>
      <w:r w:rsidRPr="002A3858">
        <w:rPr>
          <w:rFonts w:asciiTheme="majorHAnsi" w:hAnsiTheme="majorHAnsi" w:cstheme="majorHAnsi"/>
          <w:sz w:val="24"/>
          <w:szCs w:val="24"/>
        </w:rPr>
        <w:t>Number of persons impacted: | 2025 | $</w:t>
      </w:r>
      <w:r w:rsidRPr="002A3858">
        <w:rPr>
          <w:rFonts w:asciiTheme="majorHAnsi" w:hAnsiTheme="majorHAnsi" w:cstheme="majorHAnsi"/>
          <w:color w:val="000000"/>
          <w:sz w:val="24"/>
          <w:szCs w:val="24"/>
        </w:rPr>
        <w:t xml:space="preserve"> </w:t>
      </w:r>
      <w:r w:rsidRPr="002A3858">
        <w:rPr>
          <w:rFonts w:asciiTheme="majorHAnsi" w:eastAsia="Times New Roman" w:hAnsiTheme="majorHAnsi" w:cstheme="majorHAnsi"/>
          <w:color w:val="000000"/>
          <w:sz w:val="24"/>
          <w:szCs w:val="24"/>
        </w:rPr>
        <w:t>332,917,646</w:t>
      </w:r>
    </w:p>
    <w:p w:rsidR="00075CA5" w:rsidRPr="002A3858" w:rsidRDefault="00254BB8" w:rsidP="00606791">
      <w:pPr>
        <w:spacing w:line="240" w:lineRule="auto"/>
        <w:rPr>
          <w:rFonts w:asciiTheme="majorHAnsi" w:eastAsia="Times New Roman" w:hAnsiTheme="majorHAnsi" w:cstheme="majorHAnsi"/>
          <w:b/>
          <w:bCs/>
          <w:color w:val="000000"/>
          <w:sz w:val="24"/>
          <w:szCs w:val="24"/>
        </w:rPr>
      </w:pPr>
    </w:p>
    <w:p w:rsidR="00075CA5" w:rsidRPr="002A3858" w:rsidRDefault="00254BB8" w:rsidP="00606791">
      <w:pPr>
        <w:spacing w:line="240" w:lineRule="auto"/>
        <w:rPr>
          <w:rFonts w:asciiTheme="majorHAnsi" w:eastAsia="Times New Roman" w:hAnsiTheme="majorHAnsi" w:cstheme="majorHAnsi"/>
          <w:b/>
          <w:bCs/>
          <w:color w:val="000000"/>
          <w:sz w:val="24"/>
          <w:szCs w:val="24"/>
        </w:rPr>
      </w:pPr>
      <w:r w:rsidRPr="002A3858">
        <w:rPr>
          <w:rFonts w:asciiTheme="majorHAnsi" w:eastAsia="Times New Roman" w:hAnsiTheme="majorHAnsi" w:cstheme="majorHAnsi"/>
          <w:b/>
          <w:bCs/>
          <w:color w:val="000000"/>
          <w:sz w:val="24"/>
          <w:szCs w:val="24"/>
        </w:rPr>
        <w:t>Second Crop-Government Support $300/bag -</w:t>
      </w:r>
      <w:r w:rsidRPr="002A3858">
        <w:rPr>
          <w:rFonts w:asciiTheme="majorHAnsi" w:eastAsia="Times New Roman" w:hAnsiTheme="majorHAnsi" w:cstheme="majorHAnsi"/>
          <w:b/>
          <w:bCs/>
          <w:color w:val="000000"/>
          <w:sz w:val="24"/>
          <w:szCs w:val="24"/>
        </w:rPr>
        <w:t xml:space="preserve">Second Crop 2025 paid to the Farmers </w:t>
      </w:r>
    </w:p>
    <w:p w:rsidR="00075CA5" w:rsidRPr="002A3858" w:rsidRDefault="00254BB8" w:rsidP="00606791">
      <w:pPr>
        <w:rPr>
          <w:rFonts w:asciiTheme="majorHAnsi" w:eastAsia="Times New Roman" w:hAnsiTheme="majorHAnsi" w:cstheme="majorHAnsi"/>
          <w:color w:val="000000"/>
          <w:sz w:val="24"/>
          <w:szCs w:val="24"/>
        </w:rPr>
      </w:pPr>
      <w:r w:rsidRPr="002A3858">
        <w:rPr>
          <w:rFonts w:asciiTheme="majorHAnsi" w:hAnsiTheme="majorHAnsi" w:cstheme="majorHAnsi"/>
          <w:sz w:val="24"/>
          <w:szCs w:val="24"/>
        </w:rPr>
        <w:t>Number of persons impacted: 1,326| 2025 | $</w:t>
      </w:r>
      <w:r w:rsidRPr="002A3858">
        <w:rPr>
          <w:rFonts w:asciiTheme="majorHAnsi" w:hAnsiTheme="majorHAnsi" w:cstheme="majorHAnsi"/>
          <w:color w:val="000000"/>
          <w:sz w:val="24"/>
          <w:szCs w:val="24"/>
        </w:rPr>
        <w:t xml:space="preserve"> </w:t>
      </w:r>
      <w:r w:rsidRPr="002A3858">
        <w:rPr>
          <w:rFonts w:asciiTheme="majorHAnsi" w:eastAsia="Times New Roman" w:hAnsiTheme="majorHAnsi" w:cstheme="majorHAnsi"/>
          <w:color w:val="000000"/>
          <w:sz w:val="24"/>
          <w:szCs w:val="24"/>
        </w:rPr>
        <w:t>251,606,688</w:t>
      </w:r>
    </w:p>
    <w:p w:rsidR="00606791" w:rsidRPr="002A3858" w:rsidRDefault="00254BB8">
      <w:pPr>
        <w:rPr>
          <w:rFonts w:asciiTheme="majorHAnsi" w:hAnsiTheme="majorHAnsi" w:cstheme="majorHAnsi"/>
          <w:b/>
          <w:color w:val="FF0000"/>
          <w:sz w:val="24"/>
          <w:szCs w:val="24"/>
          <w:highlight w:val="yellow"/>
        </w:rPr>
      </w:pPr>
      <w:r w:rsidRPr="002A3858">
        <w:rPr>
          <w:rFonts w:asciiTheme="majorHAnsi" w:hAnsiTheme="majorHAnsi" w:cstheme="majorHAnsi"/>
          <w:b/>
          <w:color w:val="FF0000"/>
          <w:sz w:val="24"/>
          <w:szCs w:val="24"/>
          <w:highlight w:val="yellow"/>
        </w:rPr>
        <w:br w:type="page"/>
      </w:r>
    </w:p>
    <w:p w:rsidR="00606791" w:rsidRPr="002A3858" w:rsidRDefault="00254BB8" w:rsidP="00F72E9F">
      <w:pPr>
        <w:pStyle w:val="ListParagraph"/>
        <w:numPr>
          <w:ilvl w:val="0"/>
          <w:numId w:val="10"/>
        </w:numPr>
        <w:rPr>
          <w:rFonts w:asciiTheme="majorHAnsi" w:hAnsiTheme="majorHAnsi" w:cstheme="majorHAnsi"/>
          <w:b/>
          <w:color w:val="FF0000"/>
          <w:sz w:val="24"/>
          <w:szCs w:val="24"/>
        </w:rPr>
      </w:pPr>
      <w:r w:rsidRPr="002A3858">
        <w:rPr>
          <w:rFonts w:asciiTheme="majorHAnsi" w:hAnsiTheme="majorHAnsi" w:cstheme="majorHAnsi"/>
          <w:b/>
          <w:color w:val="FF0000"/>
          <w:sz w:val="24"/>
          <w:szCs w:val="24"/>
        </w:rPr>
        <w:lastRenderedPageBreak/>
        <w:t>NAREI | $1,386,819,250| 2020-2026</w:t>
      </w:r>
    </w:p>
    <w:p w:rsidR="00EE53C7" w:rsidRPr="002A3858" w:rsidRDefault="00254BB8" w:rsidP="00606791">
      <w:pPr>
        <w:rPr>
          <w:rFonts w:asciiTheme="majorHAnsi" w:hAnsiTheme="majorHAnsi" w:cstheme="majorHAnsi"/>
          <w:sz w:val="24"/>
          <w:szCs w:val="24"/>
        </w:rPr>
      </w:pP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b/>
          <w:sz w:val="24"/>
          <w:szCs w:val="24"/>
        </w:rPr>
        <w:t>Input &amp; equipment distribution</w:t>
      </w:r>
      <w:r w:rsidRPr="002A3858">
        <w:rPr>
          <w:rFonts w:asciiTheme="majorHAnsi" w:hAnsiTheme="majorHAnsi" w:cstheme="majorHAnsi"/>
          <w:b/>
          <w:sz w:val="24"/>
          <w:szCs w:val="24"/>
        </w:rPr>
        <w:br/>
      </w:r>
      <w:r w:rsidRPr="002A3858">
        <w:rPr>
          <w:rFonts w:asciiTheme="majorHAnsi" w:hAnsiTheme="majorHAnsi" w:cstheme="majorHAnsi"/>
          <w:sz w:val="24"/>
          <w:szCs w:val="24"/>
        </w:rPr>
        <w:t>Number of persons impacted: 450| 2021 | $1,196,800</w:t>
      </w: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 xml:space="preserve">Number of persons impacted: 760| 2022 | </w:t>
      </w:r>
      <w:r w:rsidRPr="002A3858">
        <w:rPr>
          <w:rFonts w:asciiTheme="majorHAnsi" w:hAnsiTheme="majorHAnsi" w:cstheme="majorHAnsi"/>
          <w:sz w:val="24"/>
          <w:szCs w:val="24"/>
        </w:rPr>
        <w:t>$3,678,500</w:t>
      </w:r>
      <w:r w:rsidRPr="002A3858">
        <w:rPr>
          <w:rFonts w:asciiTheme="majorHAnsi" w:hAnsiTheme="majorHAnsi" w:cstheme="majorHAnsi"/>
          <w:sz w:val="24"/>
          <w:szCs w:val="24"/>
        </w:rPr>
        <w:br/>
        <w:t>Number of persons impacted: 2300| 2023 | $43,104,600</w:t>
      </w:r>
      <w:r w:rsidRPr="002A3858">
        <w:rPr>
          <w:rFonts w:asciiTheme="majorHAnsi" w:hAnsiTheme="majorHAnsi" w:cstheme="majorHAnsi"/>
          <w:sz w:val="24"/>
          <w:szCs w:val="24"/>
        </w:rPr>
        <w:br/>
        <w:t>Number of persons impacted: 2100| 2024 | $35,722,100</w:t>
      </w:r>
      <w:r w:rsidRPr="002A3858">
        <w:rPr>
          <w:rFonts w:asciiTheme="majorHAnsi" w:hAnsiTheme="majorHAnsi" w:cstheme="majorHAnsi"/>
          <w:sz w:val="24"/>
          <w:szCs w:val="24"/>
        </w:rPr>
        <w:br/>
        <w:t>Number of persons impacted: 1100| 2025 | $2,300,000</w:t>
      </w: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1097| 2026 | $30,470,050</w:t>
      </w:r>
    </w:p>
    <w:p w:rsidR="00606791" w:rsidRPr="002A3858" w:rsidRDefault="00254BB8" w:rsidP="00606791">
      <w:pPr>
        <w:rPr>
          <w:rFonts w:asciiTheme="majorHAnsi" w:hAnsiTheme="majorHAnsi" w:cstheme="majorHAnsi"/>
          <w:b/>
          <w:sz w:val="24"/>
          <w:szCs w:val="24"/>
        </w:rPr>
      </w:pP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b/>
          <w:sz w:val="24"/>
          <w:szCs w:val="24"/>
        </w:rPr>
        <w:t>Construction and repairs to boat</w:t>
      </w:r>
      <w:r w:rsidRPr="002A3858">
        <w:rPr>
          <w:rFonts w:asciiTheme="majorHAnsi" w:hAnsiTheme="majorHAnsi" w:cstheme="majorHAnsi"/>
          <w:b/>
          <w:sz w:val="24"/>
          <w:szCs w:val="24"/>
        </w:rPr>
        <w:br/>
      </w:r>
      <w:r w:rsidRPr="002A3858">
        <w:rPr>
          <w:rFonts w:asciiTheme="majorHAnsi" w:hAnsiTheme="majorHAnsi" w:cstheme="majorHAnsi"/>
          <w:sz w:val="24"/>
          <w:szCs w:val="24"/>
        </w:rPr>
        <w:t>Number of persons impacted: 250| 2025 | $1,200,000</w:t>
      </w:r>
    </w:p>
    <w:p w:rsidR="00606791" w:rsidRPr="002A3858" w:rsidRDefault="00254BB8" w:rsidP="00606791">
      <w:pPr>
        <w:rPr>
          <w:rFonts w:asciiTheme="majorHAnsi" w:hAnsiTheme="majorHAnsi" w:cstheme="majorHAnsi"/>
          <w:b/>
          <w:sz w:val="24"/>
          <w:szCs w:val="24"/>
        </w:rPr>
      </w:pP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b/>
          <w:sz w:val="24"/>
          <w:szCs w:val="24"/>
        </w:rPr>
        <w:t>Rehabilitation and maintenance of office building</w:t>
      </w:r>
      <w:r w:rsidRPr="002A3858">
        <w:rPr>
          <w:rFonts w:asciiTheme="majorHAnsi" w:hAnsiTheme="majorHAnsi" w:cstheme="majorHAnsi"/>
          <w:b/>
          <w:sz w:val="24"/>
          <w:szCs w:val="24"/>
        </w:rPr>
        <w:br/>
      </w:r>
      <w:r w:rsidRPr="002A3858">
        <w:rPr>
          <w:rFonts w:asciiTheme="majorHAnsi" w:hAnsiTheme="majorHAnsi" w:cstheme="majorHAnsi"/>
          <w:sz w:val="24"/>
          <w:szCs w:val="24"/>
        </w:rPr>
        <w:t>Number of persons impacted: 600| 2025 | $15,200,000</w:t>
      </w: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600| 2026 | $18,000,000</w:t>
      </w:r>
    </w:p>
    <w:p w:rsidR="00606791" w:rsidRPr="002A3858" w:rsidRDefault="00254BB8" w:rsidP="00606791">
      <w:pPr>
        <w:rPr>
          <w:rFonts w:asciiTheme="majorHAnsi" w:hAnsiTheme="majorHAnsi" w:cstheme="majorHAnsi"/>
          <w:b/>
          <w:sz w:val="24"/>
          <w:szCs w:val="24"/>
        </w:rPr>
      </w:pPr>
    </w:p>
    <w:p w:rsidR="00606791" w:rsidRPr="002A3858" w:rsidRDefault="00254BB8" w:rsidP="00606791">
      <w:pPr>
        <w:rPr>
          <w:rFonts w:asciiTheme="majorHAnsi" w:hAnsiTheme="majorHAnsi" w:cstheme="majorHAnsi"/>
          <w:b/>
          <w:sz w:val="24"/>
          <w:szCs w:val="24"/>
        </w:rPr>
      </w:pPr>
      <w:r w:rsidRPr="002A3858">
        <w:rPr>
          <w:rFonts w:asciiTheme="majorHAnsi" w:hAnsiTheme="majorHAnsi" w:cstheme="majorHAnsi"/>
          <w:b/>
          <w:sz w:val="24"/>
          <w:szCs w:val="24"/>
        </w:rPr>
        <w:t>Flood Relief</w:t>
      </w:r>
      <w:r w:rsidRPr="002A3858">
        <w:rPr>
          <w:rFonts w:asciiTheme="majorHAnsi" w:hAnsiTheme="majorHAnsi" w:cstheme="majorHAnsi"/>
          <w:b/>
          <w:sz w:val="24"/>
          <w:szCs w:val="24"/>
        </w:rPr>
        <w:br/>
      </w:r>
      <w:r w:rsidRPr="002A3858">
        <w:rPr>
          <w:rFonts w:asciiTheme="majorHAnsi" w:hAnsiTheme="majorHAnsi" w:cstheme="majorHAnsi"/>
          <w:sz w:val="24"/>
          <w:szCs w:val="24"/>
        </w:rPr>
        <w:t>Number of persons impacted: over 900</w:t>
      </w:r>
      <w:r w:rsidRPr="002A3858">
        <w:rPr>
          <w:rFonts w:asciiTheme="majorHAnsi" w:hAnsiTheme="majorHAnsi" w:cstheme="majorHAnsi"/>
          <w:sz w:val="24"/>
          <w:szCs w:val="24"/>
        </w:rPr>
        <w:t>| 2021 | $54,400,000</w:t>
      </w:r>
      <w:r w:rsidRPr="002A3858">
        <w:rPr>
          <w:rFonts w:asciiTheme="majorHAnsi" w:hAnsiTheme="majorHAnsi" w:cstheme="majorHAnsi"/>
          <w:sz w:val="24"/>
          <w:szCs w:val="24"/>
        </w:rPr>
        <w:br/>
        <w:t>Number of persons impacted: over 100| 2022 | $7,500,000</w:t>
      </w:r>
    </w:p>
    <w:p w:rsidR="00606791" w:rsidRPr="002A3858" w:rsidRDefault="00254BB8" w:rsidP="00606791">
      <w:pPr>
        <w:rPr>
          <w:rFonts w:asciiTheme="majorHAnsi" w:hAnsiTheme="majorHAnsi" w:cstheme="majorHAnsi"/>
          <w:b/>
          <w:sz w:val="24"/>
          <w:szCs w:val="24"/>
        </w:rPr>
      </w:pP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b/>
          <w:sz w:val="24"/>
          <w:szCs w:val="24"/>
        </w:rPr>
        <w:t>Shade House Construction</w:t>
      </w:r>
      <w:r w:rsidRPr="002A3858">
        <w:rPr>
          <w:rFonts w:asciiTheme="majorHAnsi" w:hAnsiTheme="majorHAnsi" w:cstheme="majorHAnsi"/>
          <w:b/>
          <w:sz w:val="24"/>
          <w:szCs w:val="24"/>
        </w:rPr>
        <w:br/>
      </w:r>
      <w:r w:rsidRPr="002A3858">
        <w:rPr>
          <w:rFonts w:asciiTheme="majorHAnsi" w:hAnsiTheme="majorHAnsi" w:cstheme="majorHAnsi"/>
          <w:sz w:val="24"/>
          <w:szCs w:val="24"/>
        </w:rPr>
        <w:t>Number of persons impacted: | 2023 | $17,050,000</w:t>
      </w:r>
      <w:r w:rsidRPr="002A3858">
        <w:rPr>
          <w:rFonts w:asciiTheme="majorHAnsi" w:hAnsiTheme="majorHAnsi" w:cstheme="majorHAnsi"/>
          <w:sz w:val="24"/>
          <w:szCs w:val="24"/>
        </w:rPr>
        <w:br/>
        <w:t>Number of persons impacted: | 2024 | $1,800,000</w:t>
      </w: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200| 2025 | $4,800,000</w:t>
      </w: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w:t>
      </w:r>
      <w:r w:rsidRPr="002A3858">
        <w:rPr>
          <w:rFonts w:asciiTheme="majorHAnsi" w:hAnsiTheme="majorHAnsi" w:cstheme="majorHAnsi"/>
          <w:sz w:val="24"/>
          <w:szCs w:val="24"/>
        </w:rPr>
        <w:t>r of persons impacted: 300| 2026 | $5,400,000</w:t>
      </w:r>
    </w:p>
    <w:p w:rsidR="00606791" w:rsidRPr="002A3858" w:rsidRDefault="00254BB8" w:rsidP="00606791">
      <w:pPr>
        <w:rPr>
          <w:rFonts w:asciiTheme="majorHAnsi" w:hAnsiTheme="majorHAnsi" w:cstheme="majorHAnsi"/>
          <w:b/>
          <w:sz w:val="24"/>
          <w:szCs w:val="24"/>
        </w:rPr>
      </w:pPr>
    </w:p>
    <w:p w:rsidR="00606791" w:rsidRPr="002A3858" w:rsidRDefault="00254BB8" w:rsidP="00606791">
      <w:pPr>
        <w:rPr>
          <w:rFonts w:asciiTheme="majorHAnsi" w:hAnsiTheme="majorHAnsi" w:cstheme="majorHAnsi"/>
          <w:b/>
          <w:sz w:val="24"/>
          <w:szCs w:val="24"/>
        </w:rPr>
      </w:pPr>
      <w:r w:rsidRPr="002A3858">
        <w:rPr>
          <w:rFonts w:asciiTheme="majorHAnsi" w:hAnsiTheme="majorHAnsi" w:cstheme="majorHAnsi"/>
          <w:b/>
          <w:sz w:val="24"/>
          <w:szCs w:val="24"/>
        </w:rPr>
        <w:t>Mangrove Management</w:t>
      </w: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lastRenderedPageBreak/>
        <w:t>Number of persons impacted: N/A| 2022-2024 | $219,279,100</w:t>
      </w:r>
    </w:p>
    <w:p w:rsidR="00606791" w:rsidRPr="002A3858" w:rsidRDefault="00254BB8" w:rsidP="00606791">
      <w:pPr>
        <w:pStyle w:val="ListParagraph"/>
        <w:numPr>
          <w:ilvl w:val="0"/>
          <w:numId w:val="11"/>
        </w:numPr>
        <w:rPr>
          <w:rFonts w:asciiTheme="majorHAnsi" w:hAnsiTheme="majorHAnsi" w:cstheme="majorHAnsi"/>
          <w:sz w:val="24"/>
          <w:szCs w:val="24"/>
        </w:rPr>
      </w:pPr>
      <w:r w:rsidRPr="002A3858">
        <w:rPr>
          <w:rFonts w:asciiTheme="majorHAnsi" w:hAnsiTheme="majorHAnsi" w:cstheme="majorHAnsi"/>
          <w:sz w:val="24"/>
          <w:szCs w:val="24"/>
        </w:rPr>
        <w:t xml:space="preserve">2022: Perth/Eliza: Rock </w:t>
      </w:r>
      <w:proofErr w:type="spellStart"/>
      <w:r w:rsidRPr="002A3858">
        <w:rPr>
          <w:rFonts w:asciiTheme="majorHAnsi" w:hAnsiTheme="majorHAnsi" w:cstheme="majorHAnsi"/>
          <w:sz w:val="24"/>
          <w:szCs w:val="24"/>
        </w:rPr>
        <w:t>groyne</w:t>
      </w:r>
      <w:proofErr w:type="spellEnd"/>
      <w:r w:rsidRPr="002A3858">
        <w:rPr>
          <w:rFonts w:asciiTheme="majorHAnsi" w:hAnsiTheme="majorHAnsi" w:cstheme="majorHAnsi"/>
          <w:sz w:val="24"/>
          <w:szCs w:val="24"/>
        </w:rPr>
        <w:t xml:space="preserve"> Project: $39,240,000</w:t>
      </w:r>
    </w:p>
    <w:p w:rsidR="00606791" w:rsidRPr="002A3858" w:rsidRDefault="00254BB8" w:rsidP="00606791">
      <w:pPr>
        <w:pStyle w:val="ListParagraph"/>
        <w:numPr>
          <w:ilvl w:val="0"/>
          <w:numId w:val="11"/>
        </w:numPr>
        <w:rPr>
          <w:rFonts w:asciiTheme="majorHAnsi" w:hAnsiTheme="majorHAnsi" w:cstheme="majorHAnsi"/>
          <w:sz w:val="24"/>
          <w:szCs w:val="24"/>
        </w:rPr>
      </w:pPr>
      <w:r w:rsidRPr="002A3858">
        <w:rPr>
          <w:rFonts w:asciiTheme="majorHAnsi" w:hAnsiTheme="majorHAnsi" w:cstheme="majorHAnsi"/>
          <w:sz w:val="24"/>
          <w:szCs w:val="24"/>
        </w:rPr>
        <w:t xml:space="preserve">2023: Paradise/Jib: Geotextile Tube </w:t>
      </w:r>
      <w:proofErr w:type="spellStart"/>
      <w:r w:rsidRPr="002A3858">
        <w:rPr>
          <w:rFonts w:asciiTheme="majorHAnsi" w:hAnsiTheme="majorHAnsi" w:cstheme="majorHAnsi"/>
          <w:sz w:val="24"/>
          <w:szCs w:val="24"/>
        </w:rPr>
        <w:t>Groyne</w:t>
      </w:r>
      <w:proofErr w:type="spellEnd"/>
      <w:r w:rsidRPr="002A3858">
        <w:rPr>
          <w:rFonts w:asciiTheme="majorHAnsi" w:hAnsiTheme="majorHAnsi" w:cstheme="majorHAnsi"/>
          <w:sz w:val="24"/>
          <w:szCs w:val="24"/>
        </w:rPr>
        <w:t xml:space="preserve"> Project: $42,620,000</w:t>
      </w:r>
    </w:p>
    <w:p w:rsidR="00606791" w:rsidRPr="002A3858" w:rsidRDefault="00254BB8" w:rsidP="00606791">
      <w:pPr>
        <w:pStyle w:val="ListParagraph"/>
        <w:numPr>
          <w:ilvl w:val="0"/>
          <w:numId w:val="11"/>
        </w:numPr>
        <w:rPr>
          <w:rFonts w:asciiTheme="majorHAnsi" w:hAnsiTheme="majorHAnsi" w:cstheme="majorHAnsi"/>
          <w:sz w:val="24"/>
          <w:szCs w:val="24"/>
        </w:rPr>
      </w:pPr>
      <w:r w:rsidRPr="002A3858">
        <w:rPr>
          <w:rFonts w:asciiTheme="majorHAnsi" w:hAnsiTheme="majorHAnsi" w:cstheme="majorHAnsi"/>
          <w:sz w:val="24"/>
          <w:szCs w:val="24"/>
        </w:rPr>
        <w:t xml:space="preserve">2024: </w:t>
      </w:r>
      <w:proofErr w:type="spellStart"/>
      <w:r w:rsidRPr="002A3858">
        <w:rPr>
          <w:rFonts w:asciiTheme="majorHAnsi" w:hAnsiTheme="majorHAnsi" w:cstheme="majorHAnsi"/>
          <w:sz w:val="24"/>
          <w:szCs w:val="24"/>
        </w:rPr>
        <w:t>Exmouth</w:t>
      </w:r>
      <w:proofErr w:type="spellEnd"/>
      <w:r w:rsidRPr="002A3858">
        <w:rPr>
          <w:rFonts w:asciiTheme="majorHAnsi" w:hAnsiTheme="majorHAnsi" w:cstheme="majorHAnsi"/>
          <w:sz w:val="24"/>
          <w:szCs w:val="24"/>
        </w:rPr>
        <w:t xml:space="preserve"> a</w:t>
      </w:r>
      <w:r w:rsidRPr="002A3858">
        <w:rPr>
          <w:rFonts w:asciiTheme="majorHAnsi" w:hAnsiTheme="majorHAnsi" w:cstheme="majorHAnsi"/>
          <w:sz w:val="24"/>
          <w:szCs w:val="24"/>
        </w:rPr>
        <w:t>nd Paradise/Jib Project: $137,419,100</w:t>
      </w:r>
    </w:p>
    <w:p w:rsidR="00606791" w:rsidRPr="002A3858" w:rsidRDefault="00254BB8" w:rsidP="00606791">
      <w:pPr>
        <w:rPr>
          <w:rFonts w:asciiTheme="majorHAnsi" w:hAnsiTheme="majorHAnsi" w:cstheme="majorHAnsi"/>
          <w:sz w:val="24"/>
          <w:szCs w:val="24"/>
        </w:rPr>
      </w:pP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15 HP outboard motor</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 N/A| 2023 | $700,000</w:t>
      </w:r>
    </w:p>
    <w:p w:rsidR="00606791" w:rsidRPr="002A3858" w:rsidRDefault="00254BB8" w:rsidP="00606791">
      <w:pPr>
        <w:rPr>
          <w:rFonts w:asciiTheme="majorHAnsi" w:hAnsiTheme="majorHAnsi" w:cstheme="majorHAnsi"/>
          <w:sz w:val="24"/>
          <w:szCs w:val="24"/>
        </w:rPr>
      </w:pP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Aluminum boat 15 ft</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 N/A| 2023 | $800,000</w:t>
      </w: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Establishment of Black Sigatoka demo plot</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 N/A| 20</w:t>
      </w:r>
      <w:r w:rsidRPr="002A3858">
        <w:rPr>
          <w:rFonts w:asciiTheme="majorHAnsi" w:hAnsiTheme="majorHAnsi" w:cstheme="majorHAnsi"/>
          <w:sz w:val="24"/>
          <w:szCs w:val="24"/>
        </w:rPr>
        <w:t>23 |$270,000</w:t>
      </w:r>
    </w:p>
    <w:p w:rsidR="00606791" w:rsidRPr="002A3858" w:rsidRDefault="00254BB8" w:rsidP="00606791">
      <w:pPr>
        <w:rPr>
          <w:rFonts w:asciiTheme="majorHAnsi" w:hAnsiTheme="majorHAnsi" w:cstheme="majorHAnsi"/>
          <w:b/>
          <w:sz w:val="24"/>
          <w:szCs w:val="24"/>
        </w:rPr>
      </w:pPr>
    </w:p>
    <w:p w:rsidR="00606791" w:rsidRPr="002A3858" w:rsidRDefault="00254BB8" w:rsidP="00606791">
      <w:pPr>
        <w:rPr>
          <w:rFonts w:asciiTheme="majorHAnsi" w:hAnsiTheme="majorHAnsi" w:cstheme="majorHAnsi"/>
          <w:sz w:val="24"/>
          <w:szCs w:val="24"/>
        </w:rPr>
      </w:pPr>
      <w:r w:rsidRPr="002A3858">
        <w:rPr>
          <w:rFonts w:asciiTheme="majorHAnsi" w:hAnsiTheme="majorHAnsi" w:cstheme="majorHAnsi"/>
          <w:b/>
          <w:sz w:val="24"/>
          <w:szCs w:val="24"/>
        </w:rPr>
        <w:t>AIEP Project - Hydroponics</w:t>
      </w:r>
      <w:r w:rsidRPr="002A3858">
        <w:rPr>
          <w:rFonts w:asciiTheme="majorHAnsi" w:hAnsiTheme="majorHAnsi" w:cstheme="majorHAnsi"/>
          <w:b/>
          <w:sz w:val="24"/>
          <w:szCs w:val="24"/>
        </w:rPr>
        <w:br/>
      </w:r>
      <w:r w:rsidRPr="002A3858">
        <w:rPr>
          <w:rFonts w:asciiTheme="majorHAnsi" w:hAnsiTheme="majorHAnsi" w:cstheme="majorHAnsi"/>
          <w:sz w:val="24"/>
          <w:szCs w:val="24"/>
        </w:rPr>
        <w:t>Number of persons impacted: |2024 | $250,000,000</w:t>
      </w:r>
      <w:r w:rsidRPr="002A3858">
        <w:rPr>
          <w:rFonts w:asciiTheme="majorHAnsi" w:hAnsiTheme="majorHAnsi" w:cstheme="majorHAnsi"/>
          <w:sz w:val="24"/>
          <w:szCs w:val="24"/>
        </w:rPr>
        <w:br/>
        <w:t>Number of persons impacted: |</w:t>
      </w:r>
      <w:r>
        <w:rPr>
          <w:rFonts w:asciiTheme="majorHAnsi" w:hAnsiTheme="majorHAnsi" w:cstheme="majorHAnsi"/>
          <w:sz w:val="24"/>
          <w:szCs w:val="24"/>
        </w:rPr>
        <w:t>381</w:t>
      </w:r>
      <w:r w:rsidRPr="002A3858">
        <w:rPr>
          <w:rFonts w:asciiTheme="majorHAnsi" w:hAnsiTheme="majorHAnsi" w:cstheme="majorHAnsi"/>
          <w:sz w:val="24"/>
          <w:szCs w:val="24"/>
        </w:rPr>
        <w:t xml:space="preserve"> </w:t>
      </w:r>
      <w:r>
        <w:rPr>
          <w:rFonts w:asciiTheme="majorHAnsi" w:hAnsiTheme="majorHAnsi" w:cstheme="majorHAnsi"/>
          <w:sz w:val="24"/>
          <w:szCs w:val="24"/>
        </w:rPr>
        <w:t>|</w:t>
      </w:r>
      <w:r w:rsidRPr="002A3858">
        <w:rPr>
          <w:rFonts w:asciiTheme="majorHAnsi" w:hAnsiTheme="majorHAnsi" w:cstheme="majorHAnsi"/>
          <w:sz w:val="24"/>
          <w:szCs w:val="24"/>
        </w:rPr>
        <w:t>2025 | $450,000,000</w:t>
      </w:r>
    </w:p>
    <w:p w:rsidR="00606791" w:rsidRPr="002A3858" w:rsidRDefault="00254BB8" w:rsidP="00606791">
      <w:pPr>
        <w:rPr>
          <w:rFonts w:asciiTheme="majorHAnsi" w:hAnsiTheme="majorHAnsi" w:cstheme="majorHAnsi"/>
          <w:b/>
          <w:bCs/>
          <w:sz w:val="24"/>
          <w:szCs w:val="24"/>
        </w:rPr>
      </w:pPr>
    </w:p>
    <w:p w:rsidR="00606791" w:rsidRPr="002A3858" w:rsidRDefault="00254BB8" w:rsidP="00606791">
      <w:pPr>
        <w:rPr>
          <w:rFonts w:asciiTheme="majorHAnsi" w:hAnsiTheme="majorHAnsi" w:cstheme="majorHAnsi"/>
          <w:b/>
          <w:bCs/>
          <w:sz w:val="24"/>
          <w:szCs w:val="24"/>
        </w:rPr>
      </w:pPr>
      <w:r w:rsidRPr="002A3858">
        <w:rPr>
          <w:rFonts w:asciiTheme="majorHAnsi" w:hAnsiTheme="majorHAnsi" w:cstheme="majorHAnsi"/>
          <w:b/>
          <w:bCs/>
          <w:sz w:val="24"/>
          <w:szCs w:val="24"/>
        </w:rPr>
        <w:t>ONION CULTIVATION PROJECT</w:t>
      </w:r>
    </w:p>
    <w:p w:rsidR="003F2946"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40| 2026 | $4,669,000</w:t>
      </w:r>
    </w:p>
    <w:p w:rsidR="00606791" w:rsidRPr="002A3858" w:rsidRDefault="00254BB8" w:rsidP="00606791">
      <w:pPr>
        <w:rPr>
          <w:rFonts w:asciiTheme="majorHAnsi" w:hAnsiTheme="majorHAnsi" w:cstheme="majorHAnsi"/>
          <w:b/>
          <w:color w:val="FF0000"/>
          <w:sz w:val="24"/>
          <w:szCs w:val="24"/>
        </w:rPr>
      </w:pPr>
    </w:p>
    <w:p w:rsidR="000210EC" w:rsidRPr="002A3858" w:rsidRDefault="00254BB8" w:rsidP="00F72E9F">
      <w:pPr>
        <w:pStyle w:val="ListParagraph"/>
        <w:numPr>
          <w:ilvl w:val="0"/>
          <w:numId w:val="10"/>
        </w:numPr>
        <w:rPr>
          <w:rFonts w:asciiTheme="majorHAnsi" w:hAnsiTheme="majorHAnsi" w:cstheme="majorHAnsi"/>
          <w:b/>
          <w:color w:val="FF0000"/>
          <w:sz w:val="24"/>
          <w:szCs w:val="24"/>
        </w:rPr>
      </w:pPr>
      <w:r w:rsidRPr="002A3858">
        <w:rPr>
          <w:rFonts w:asciiTheme="majorHAnsi" w:hAnsiTheme="majorHAnsi" w:cstheme="majorHAnsi"/>
          <w:b/>
          <w:color w:val="FF0000"/>
          <w:sz w:val="24"/>
          <w:szCs w:val="24"/>
        </w:rPr>
        <w:t>GLDA | $46,377,689 | 2020-2026</w:t>
      </w: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Aurora Pasture- Land Clearing of Main Access Dam</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 120 | 2023 | $4,347,000</w:t>
      </w:r>
    </w:p>
    <w:p w:rsidR="00383473" w:rsidRPr="002A3858" w:rsidRDefault="00254BB8" w:rsidP="00606791">
      <w:pPr>
        <w:rPr>
          <w:rFonts w:asciiTheme="majorHAnsi" w:hAnsiTheme="majorHAnsi" w:cstheme="majorHAnsi"/>
          <w:sz w:val="24"/>
          <w:szCs w:val="24"/>
        </w:rPr>
      </w:pP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Construction of Quarantine Holding Facility at Charity</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 700 | 2024 | $7,407,906</w:t>
      </w:r>
    </w:p>
    <w:p w:rsidR="00383473" w:rsidRPr="002A3858" w:rsidRDefault="00254BB8" w:rsidP="00606791">
      <w:pPr>
        <w:rPr>
          <w:rFonts w:asciiTheme="majorHAnsi" w:hAnsiTheme="majorHAnsi" w:cstheme="majorHAnsi"/>
          <w:b/>
          <w:bCs/>
          <w:sz w:val="24"/>
          <w:szCs w:val="24"/>
        </w:rPr>
      </w:pP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lastRenderedPageBreak/>
        <w:t>Apiculture Development in Pomeroon</w:t>
      </w:r>
      <w:r w:rsidRPr="002A3858">
        <w:rPr>
          <w:rFonts w:asciiTheme="majorHAnsi" w:hAnsiTheme="majorHAnsi" w:cstheme="majorHAnsi"/>
          <w:b/>
          <w:bCs/>
          <w:sz w:val="24"/>
          <w:szCs w:val="24"/>
        </w:rPr>
        <w:br/>
      </w:r>
      <w:bookmarkStart w:id="0" w:name="_Hlk233727871"/>
      <w:r w:rsidRPr="002A3858">
        <w:rPr>
          <w:rFonts w:asciiTheme="majorHAnsi" w:hAnsiTheme="majorHAnsi" w:cstheme="majorHAnsi"/>
          <w:sz w:val="24"/>
          <w:szCs w:val="24"/>
        </w:rPr>
        <w:t xml:space="preserve">Number of </w:t>
      </w:r>
      <w:r w:rsidRPr="002A3858">
        <w:rPr>
          <w:rFonts w:asciiTheme="majorHAnsi" w:hAnsiTheme="majorHAnsi" w:cstheme="majorHAnsi"/>
          <w:sz w:val="24"/>
          <w:szCs w:val="24"/>
        </w:rPr>
        <w:t>Persons Impacted: 23 | 2024 | $2,000,000</w:t>
      </w:r>
    </w:p>
    <w:bookmarkEnd w:id="0"/>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50 | 2025 | $3,500,000</w:t>
      </w: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31 | 2026 | $2,700,000</w:t>
      </w:r>
    </w:p>
    <w:p w:rsidR="00383473" w:rsidRPr="002A3858" w:rsidRDefault="00254BB8" w:rsidP="00606791">
      <w:pPr>
        <w:rPr>
          <w:rFonts w:asciiTheme="majorHAnsi" w:hAnsiTheme="majorHAnsi" w:cstheme="majorHAnsi"/>
          <w:sz w:val="24"/>
          <w:szCs w:val="24"/>
        </w:rPr>
      </w:pP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Genetic Improvement Programme</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 242 | 2023 | $2,800,000</w:t>
      </w:r>
      <w:r w:rsidRPr="002A3858">
        <w:rPr>
          <w:rFonts w:asciiTheme="majorHAnsi" w:hAnsiTheme="majorHAnsi" w:cstheme="majorHAnsi"/>
          <w:sz w:val="24"/>
          <w:szCs w:val="24"/>
        </w:rPr>
        <w:br/>
        <w:t>Number of persons impacted: 54</w:t>
      </w:r>
      <w:r w:rsidRPr="002A3858">
        <w:rPr>
          <w:rFonts w:asciiTheme="majorHAnsi" w:hAnsiTheme="majorHAnsi" w:cstheme="majorHAnsi"/>
          <w:sz w:val="24"/>
          <w:szCs w:val="24"/>
        </w:rPr>
        <w:t>6 | 2024 | $15,581,983</w:t>
      </w: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244 | 2025 | $3,374,473</w:t>
      </w: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 2026 | $4,666,327</w:t>
      </w:r>
    </w:p>
    <w:p w:rsidR="00383473" w:rsidRPr="002A3858" w:rsidRDefault="00254BB8" w:rsidP="00606791">
      <w:pPr>
        <w:rPr>
          <w:rFonts w:asciiTheme="majorHAnsi" w:hAnsiTheme="majorHAnsi" w:cstheme="majorHAnsi"/>
          <w:sz w:val="24"/>
          <w:szCs w:val="24"/>
        </w:rPr>
      </w:pPr>
    </w:p>
    <w:p w:rsidR="000210EC" w:rsidRPr="002A3858" w:rsidRDefault="00254BB8" w:rsidP="00F72E9F">
      <w:pPr>
        <w:pStyle w:val="ListParagraph"/>
        <w:numPr>
          <w:ilvl w:val="0"/>
          <w:numId w:val="10"/>
        </w:numPr>
        <w:rPr>
          <w:rFonts w:asciiTheme="majorHAnsi" w:hAnsiTheme="majorHAnsi" w:cstheme="majorHAnsi"/>
          <w:b/>
          <w:color w:val="FF0000"/>
          <w:sz w:val="24"/>
          <w:szCs w:val="24"/>
        </w:rPr>
      </w:pPr>
      <w:r w:rsidRPr="002A3858">
        <w:rPr>
          <w:rFonts w:asciiTheme="majorHAnsi" w:hAnsiTheme="majorHAnsi" w:cstheme="majorHAnsi"/>
          <w:b/>
          <w:color w:val="FF0000"/>
          <w:sz w:val="24"/>
          <w:szCs w:val="24"/>
        </w:rPr>
        <w:t>Guyana Marketing Corporation | $41,780,930 | 2020-June 2026</w:t>
      </w: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Retrofitting &amp; Equipping of Agro-Processing Facility at Charity</w:t>
      </w:r>
      <w:r w:rsidRPr="002A3858">
        <w:rPr>
          <w:rFonts w:asciiTheme="majorHAnsi" w:hAnsiTheme="majorHAnsi" w:cstheme="majorHAnsi"/>
          <w:b/>
          <w:bCs/>
          <w:sz w:val="24"/>
          <w:szCs w:val="24"/>
        </w:rPr>
        <w:br/>
      </w:r>
      <w:r w:rsidRPr="002A3858">
        <w:rPr>
          <w:rFonts w:asciiTheme="majorHAnsi" w:hAnsiTheme="majorHAnsi" w:cstheme="majorHAnsi"/>
          <w:sz w:val="24"/>
          <w:szCs w:val="24"/>
        </w:rPr>
        <w:t xml:space="preserve">Number </w:t>
      </w:r>
      <w:r w:rsidRPr="002A3858">
        <w:rPr>
          <w:rFonts w:asciiTheme="majorHAnsi" w:hAnsiTheme="majorHAnsi" w:cstheme="majorHAnsi"/>
          <w:sz w:val="24"/>
          <w:szCs w:val="24"/>
        </w:rPr>
        <w:t>of persons impacted: 100-150 |2022 | $28,106,603</w:t>
      </w:r>
    </w:p>
    <w:p w:rsidR="0087303F" w:rsidRPr="002A3858" w:rsidRDefault="00254BB8" w:rsidP="00606791">
      <w:pPr>
        <w:rPr>
          <w:rFonts w:asciiTheme="majorHAnsi" w:hAnsiTheme="majorHAnsi" w:cstheme="majorHAnsi"/>
          <w:sz w:val="24"/>
          <w:szCs w:val="24"/>
        </w:rPr>
      </w:pP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Construction of Solar Dryer at Cozier Canal</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 N/A| 2023 | $9,794,085</w:t>
      </w:r>
    </w:p>
    <w:p w:rsidR="0087303F" w:rsidRPr="002A3858" w:rsidRDefault="00254BB8" w:rsidP="00606791">
      <w:pPr>
        <w:rPr>
          <w:rFonts w:asciiTheme="majorHAnsi" w:hAnsiTheme="majorHAnsi" w:cstheme="majorHAnsi"/>
          <w:b/>
          <w:bCs/>
          <w:sz w:val="24"/>
          <w:szCs w:val="24"/>
        </w:rPr>
      </w:pPr>
    </w:p>
    <w:p w:rsidR="000210EC" w:rsidRPr="002A3858" w:rsidRDefault="00254BB8" w:rsidP="00606791">
      <w:pPr>
        <w:rPr>
          <w:rFonts w:asciiTheme="majorHAnsi" w:hAnsiTheme="majorHAnsi" w:cstheme="majorHAnsi"/>
          <w:b/>
          <w:bCs/>
          <w:sz w:val="24"/>
          <w:szCs w:val="24"/>
        </w:rPr>
      </w:pPr>
      <w:r w:rsidRPr="002A3858">
        <w:rPr>
          <w:rFonts w:asciiTheme="majorHAnsi" w:hAnsiTheme="majorHAnsi" w:cstheme="majorHAnsi"/>
          <w:b/>
          <w:bCs/>
          <w:sz w:val="24"/>
          <w:szCs w:val="24"/>
        </w:rPr>
        <w:t>Supply and Delivery of Thresher at Cozier Canal</w:t>
      </w: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N/A| 2025 | $484,967</w:t>
      </w:r>
    </w:p>
    <w:p w:rsidR="000210EC" w:rsidRPr="002A3858" w:rsidRDefault="00254BB8" w:rsidP="00606791">
      <w:pPr>
        <w:rPr>
          <w:rFonts w:asciiTheme="majorHAnsi" w:hAnsiTheme="majorHAnsi" w:cstheme="majorHAnsi"/>
          <w:b/>
          <w:bCs/>
          <w:sz w:val="24"/>
          <w:szCs w:val="24"/>
        </w:rPr>
      </w:pPr>
      <w:r w:rsidRPr="002A3858">
        <w:rPr>
          <w:rFonts w:asciiTheme="majorHAnsi" w:hAnsiTheme="majorHAnsi" w:cstheme="majorHAnsi"/>
          <w:b/>
          <w:bCs/>
          <w:sz w:val="24"/>
          <w:szCs w:val="24"/>
        </w:rPr>
        <w:t xml:space="preserve">Construction </w:t>
      </w:r>
      <w:r w:rsidRPr="002A3858">
        <w:rPr>
          <w:rFonts w:asciiTheme="majorHAnsi" w:hAnsiTheme="majorHAnsi" w:cstheme="majorHAnsi"/>
          <w:b/>
          <w:bCs/>
          <w:sz w:val="24"/>
          <w:szCs w:val="24"/>
        </w:rPr>
        <w:t>of Shed and Timber Wharf at Cozier Canal</w:t>
      </w:r>
    </w:p>
    <w:p w:rsidR="000210E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N/A| 2025 | $3,395,275</w:t>
      </w:r>
    </w:p>
    <w:p w:rsidR="00383473" w:rsidRPr="002A3858" w:rsidRDefault="00254BB8" w:rsidP="00606791">
      <w:pPr>
        <w:rPr>
          <w:rFonts w:asciiTheme="majorHAnsi" w:hAnsiTheme="majorHAnsi" w:cstheme="majorHAnsi"/>
          <w:sz w:val="24"/>
          <w:szCs w:val="24"/>
        </w:rPr>
      </w:pPr>
    </w:p>
    <w:p w:rsidR="003F2946" w:rsidRPr="002A3858" w:rsidRDefault="00254BB8" w:rsidP="00F72E9F">
      <w:pPr>
        <w:pStyle w:val="ListParagraph"/>
        <w:numPr>
          <w:ilvl w:val="0"/>
          <w:numId w:val="10"/>
        </w:numPr>
        <w:rPr>
          <w:rFonts w:asciiTheme="majorHAnsi" w:hAnsiTheme="majorHAnsi" w:cstheme="majorHAnsi"/>
          <w:b/>
          <w:color w:val="FF0000"/>
          <w:sz w:val="24"/>
          <w:szCs w:val="24"/>
        </w:rPr>
      </w:pPr>
      <w:r w:rsidRPr="002A3858">
        <w:rPr>
          <w:rFonts w:asciiTheme="majorHAnsi" w:hAnsiTheme="majorHAnsi" w:cstheme="majorHAnsi"/>
          <w:b/>
          <w:color w:val="FF0000"/>
          <w:sz w:val="24"/>
          <w:szCs w:val="24"/>
        </w:rPr>
        <w:t>Guyana School of Agriculture| $</w:t>
      </w:r>
      <w:r w:rsidRPr="002A3858">
        <w:rPr>
          <w:rFonts w:asciiTheme="majorHAnsi" w:hAnsiTheme="majorHAnsi" w:cstheme="majorHAnsi"/>
          <w:b/>
          <w:color w:val="FF0000"/>
          <w:sz w:val="24"/>
          <w:szCs w:val="24"/>
        </w:rPr>
        <w:t xml:space="preserve"> 72,212,969</w:t>
      </w:r>
      <w:r w:rsidRPr="002A3858">
        <w:rPr>
          <w:rFonts w:asciiTheme="majorHAnsi" w:hAnsiTheme="majorHAnsi" w:cstheme="majorHAnsi"/>
          <w:b/>
          <w:color w:val="FF0000"/>
          <w:sz w:val="24"/>
          <w:szCs w:val="24"/>
        </w:rPr>
        <w:t>| 2020-2025</w:t>
      </w:r>
    </w:p>
    <w:p w:rsidR="00FF590C" w:rsidRPr="002A3858" w:rsidRDefault="00254BB8" w:rsidP="00606791">
      <w:pPr>
        <w:rPr>
          <w:rFonts w:asciiTheme="majorHAnsi" w:hAnsiTheme="majorHAnsi" w:cstheme="majorHAnsi"/>
          <w:sz w:val="24"/>
          <w:szCs w:val="24"/>
        </w:rPr>
      </w:pPr>
      <w:r w:rsidRPr="002A3858">
        <w:rPr>
          <w:rFonts w:asciiTheme="majorHAnsi" w:hAnsiTheme="majorHAnsi" w:cstheme="majorHAnsi"/>
          <w:b/>
          <w:bCs/>
          <w:sz w:val="24"/>
          <w:szCs w:val="24"/>
        </w:rPr>
        <w:t>Education and Training</w:t>
      </w:r>
      <w:r w:rsidRPr="002A3858">
        <w:rPr>
          <w:rFonts w:asciiTheme="majorHAnsi" w:hAnsiTheme="majorHAnsi" w:cstheme="majorHAnsi"/>
          <w:b/>
          <w:bCs/>
          <w:sz w:val="24"/>
          <w:szCs w:val="24"/>
        </w:rPr>
        <w:br/>
      </w:r>
      <w:r w:rsidRPr="002A3858">
        <w:rPr>
          <w:rFonts w:asciiTheme="majorHAnsi" w:hAnsiTheme="majorHAnsi" w:cstheme="majorHAnsi"/>
          <w:sz w:val="24"/>
          <w:szCs w:val="24"/>
        </w:rPr>
        <w:t>Number of persons impacted: N/A|2020 | $9,930,000</w:t>
      </w:r>
    </w:p>
    <w:p w:rsidR="00FF590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lastRenderedPageBreak/>
        <w:t>Number of persons impacted: N/A|2021</w:t>
      </w:r>
      <w:r w:rsidRPr="002A3858">
        <w:rPr>
          <w:rFonts w:asciiTheme="majorHAnsi" w:hAnsiTheme="majorHAnsi" w:cstheme="majorHAnsi"/>
          <w:sz w:val="24"/>
          <w:szCs w:val="24"/>
        </w:rPr>
        <w:t xml:space="preserve"> | $11,038,000</w:t>
      </w:r>
    </w:p>
    <w:p w:rsidR="00FF590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N/A|2022 | $13,791,000</w:t>
      </w:r>
    </w:p>
    <w:p w:rsidR="00FF590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N/A|2023 | $13,487,000</w:t>
      </w:r>
    </w:p>
    <w:p w:rsidR="00FF590C" w:rsidRPr="002A3858" w:rsidRDefault="00254BB8" w:rsidP="00606791">
      <w:pPr>
        <w:rPr>
          <w:rFonts w:asciiTheme="majorHAnsi" w:hAnsiTheme="majorHAnsi" w:cstheme="majorHAnsi"/>
          <w:sz w:val="24"/>
          <w:szCs w:val="24"/>
        </w:rPr>
      </w:pPr>
      <w:r w:rsidRPr="002A3858">
        <w:rPr>
          <w:rFonts w:asciiTheme="majorHAnsi" w:hAnsiTheme="majorHAnsi" w:cstheme="majorHAnsi"/>
          <w:sz w:val="24"/>
          <w:szCs w:val="24"/>
        </w:rPr>
        <w:t>Number of persons impacted: N/A|2024 | $13,640,969</w:t>
      </w:r>
    </w:p>
    <w:p w:rsidR="00120669" w:rsidRPr="002A3858" w:rsidRDefault="00254BB8" w:rsidP="00606791">
      <w:pPr>
        <w:rPr>
          <w:rFonts w:asciiTheme="majorHAnsi" w:hAnsiTheme="majorHAnsi" w:cstheme="majorHAnsi"/>
          <w:b/>
          <w:color w:val="FF0000"/>
          <w:sz w:val="24"/>
          <w:szCs w:val="24"/>
        </w:rPr>
      </w:pPr>
      <w:r w:rsidRPr="002A3858">
        <w:rPr>
          <w:rFonts w:asciiTheme="majorHAnsi" w:hAnsiTheme="majorHAnsi" w:cstheme="majorHAnsi"/>
          <w:sz w:val="24"/>
          <w:szCs w:val="24"/>
        </w:rPr>
        <w:t>Number of persons impacted: N/A|2025 | $10,326,000</w:t>
      </w:r>
    </w:p>
    <w:p w:rsidR="00383473" w:rsidRPr="002A3858" w:rsidRDefault="00254BB8" w:rsidP="00606791">
      <w:pPr>
        <w:rPr>
          <w:rFonts w:asciiTheme="majorHAnsi" w:hAnsiTheme="majorHAnsi" w:cstheme="majorHAnsi"/>
          <w:b/>
          <w:color w:val="FF0000"/>
          <w:sz w:val="24"/>
          <w:szCs w:val="24"/>
          <w:highlight w:val="yellow"/>
        </w:rPr>
      </w:pPr>
    </w:p>
    <w:p w:rsidR="003F2946" w:rsidRPr="004A3F34" w:rsidRDefault="00254BB8" w:rsidP="004A3F34">
      <w:pPr>
        <w:pStyle w:val="ListParagraph"/>
        <w:numPr>
          <w:ilvl w:val="0"/>
          <w:numId w:val="10"/>
        </w:numPr>
        <w:rPr>
          <w:rFonts w:asciiTheme="majorHAnsi" w:hAnsiTheme="majorHAnsi" w:cstheme="majorHAnsi"/>
          <w:b/>
          <w:color w:val="FF0000"/>
          <w:sz w:val="24"/>
          <w:szCs w:val="24"/>
        </w:rPr>
      </w:pPr>
      <w:r w:rsidRPr="00170A32">
        <w:rPr>
          <w:rFonts w:asciiTheme="majorHAnsi" w:hAnsiTheme="majorHAnsi" w:cstheme="majorHAnsi"/>
          <w:b/>
          <w:color w:val="FF0000"/>
          <w:sz w:val="24"/>
          <w:szCs w:val="24"/>
        </w:rPr>
        <w:t>NDIA | $</w:t>
      </w:r>
      <w:r w:rsidRPr="00170A32">
        <w:rPr>
          <w:rFonts w:asciiTheme="majorHAnsi" w:hAnsiTheme="majorHAnsi" w:cstheme="majorHAnsi"/>
          <w:b/>
          <w:color w:val="FF0000"/>
          <w:sz w:val="24"/>
          <w:szCs w:val="24"/>
        </w:rPr>
        <w:t xml:space="preserve"> 9,370,157,043 </w:t>
      </w:r>
      <w:r w:rsidRPr="00170A32">
        <w:rPr>
          <w:rFonts w:asciiTheme="majorHAnsi" w:hAnsiTheme="majorHAnsi" w:cstheme="majorHAnsi"/>
          <w:b/>
          <w:color w:val="FF0000"/>
          <w:sz w:val="24"/>
          <w:szCs w:val="24"/>
        </w:rPr>
        <w:t>| 2020-202</w:t>
      </w:r>
      <w:r w:rsidRPr="00170A32">
        <w:rPr>
          <w:rFonts w:asciiTheme="majorHAnsi" w:hAnsiTheme="majorHAnsi" w:cstheme="majorHAnsi"/>
          <w:b/>
          <w:color w:val="FF0000"/>
          <w:sz w:val="24"/>
          <w:szCs w:val="24"/>
        </w:rPr>
        <w:t>6</w:t>
      </w:r>
    </w:p>
    <w:p w:rsidR="00657D0D" w:rsidRPr="00170A32" w:rsidRDefault="00254BB8" w:rsidP="00606791">
      <w:pPr>
        <w:rPr>
          <w:rFonts w:asciiTheme="majorHAnsi" w:hAnsiTheme="majorHAnsi" w:cstheme="majorHAnsi"/>
          <w:b/>
          <w:bCs/>
          <w:sz w:val="24"/>
          <w:szCs w:val="24"/>
        </w:rPr>
      </w:pPr>
      <w:r w:rsidRPr="00170A32">
        <w:rPr>
          <w:rFonts w:asciiTheme="majorHAnsi" w:hAnsiTheme="majorHAnsi" w:cstheme="majorHAnsi"/>
          <w:b/>
          <w:bCs/>
          <w:sz w:val="24"/>
          <w:szCs w:val="24"/>
        </w:rPr>
        <w:t>2020-2024-</w:t>
      </w:r>
      <w:r w:rsidRPr="00170A32">
        <w:rPr>
          <w:rFonts w:asciiTheme="majorHAnsi" w:hAnsiTheme="majorHAnsi" w:cstheme="majorHAnsi"/>
          <w:b/>
          <w:bCs/>
          <w:sz w:val="24"/>
          <w:szCs w:val="24"/>
        </w:rPr>
        <w:t xml:space="preserve"> $7,901,737,372</w:t>
      </w:r>
    </w:p>
    <w:p w:rsidR="00657D0D" w:rsidRPr="00170A32" w:rsidRDefault="00254BB8" w:rsidP="00606791">
      <w:pPr>
        <w:rPr>
          <w:rFonts w:asciiTheme="majorHAnsi" w:hAnsiTheme="majorHAnsi" w:cstheme="majorHAnsi"/>
          <w:b/>
          <w:bCs/>
          <w:sz w:val="24"/>
          <w:szCs w:val="24"/>
        </w:rPr>
      </w:pPr>
      <w:r w:rsidRPr="00170A32">
        <w:rPr>
          <w:rFonts w:asciiTheme="majorHAnsi" w:hAnsiTheme="majorHAnsi" w:cstheme="majorHAnsi"/>
          <w:b/>
          <w:bCs/>
          <w:sz w:val="24"/>
          <w:szCs w:val="24"/>
        </w:rPr>
        <w:t>2025:</w:t>
      </w:r>
      <w:r w:rsidRPr="00170A32">
        <w:rPr>
          <w:rFonts w:asciiTheme="majorHAnsi" w:hAnsiTheme="majorHAnsi" w:cstheme="majorHAnsi"/>
          <w:b/>
          <w:bCs/>
          <w:sz w:val="24"/>
          <w:szCs w:val="24"/>
        </w:rPr>
        <w:t xml:space="preserve"> $503,424,364</w:t>
      </w:r>
    </w:p>
    <w:p w:rsidR="00657D0D" w:rsidRPr="00170A32" w:rsidRDefault="00254BB8" w:rsidP="00606791">
      <w:pPr>
        <w:rPr>
          <w:rFonts w:asciiTheme="majorHAnsi" w:hAnsiTheme="majorHAnsi" w:cstheme="majorHAnsi"/>
          <w:b/>
          <w:bCs/>
          <w:sz w:val="24"/>
          <w:szCs w:val="24"/>
        </w:rPr>
      </w:pPr>
      <w:r w:rsidRPr="00170A32">
        <w:rPr>
          <w:rFonts w:asciiTheme="majorHAnsi" w:hAnsiTheme="majorHAnsi" w:cstheme="majorHAnsi"/>
          <w:b/>
          <w:bCs/>
          <w:sz w:val="24"/>
          <w:szCs w:val="24"/>
        </w:rPr>
        <w:t>2026:</w:t>
      </w:r>
      <w:r w:rsidRPr="00170A32">
        <w:rPr>
          <w:rFonts w:asciiTheme="majorHAnsi" w:hAnsiTheme="majorHAnsi" w:cstheme="majorHAnsi"/>
          <w:b/>
          <w:bCs/>
          <w:sz w:val="24"/>
          <w:szCs w:val="24"/>
        </w:rPr>
        <w:t xml:space="preserve"> $964,995,307</w:t>
      </w:r>
    </w:p>
    <w:p w:rsidR="00657D0D"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Supply of Pontoon &amp; Excavators</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100| 2021 | $144,561,100</w:t>
      </w:r>
      <w:r w:rsidRPr="00170A32">
        <w:rPr>
          <w:rFonts w:asciiTheme="majorHAnsi" w:hAnsiTheme="majorHAnsi" w:cstheme="majorHAnsi"/>
          <w:sz w:val="24"/>
          <w:szCs w:val="24"/>
        </w:rPr>
        <w:br/>
        <w:t>Number of persons impacted: 100| 2022 | $84,561,100</w:t>
      </w:r>
    </w:p>
    <w:p w:rsidR="00B54539" w:rsidRPr="00170A32" w:rsidRDefault="00254BB8" w:rsidP="00606791">
      <w:pPr>
        <w:rPr>
          <w:rFonts w:asciiTheme="majorHAnsi" w:hAnsiTheme="majorHAnsi" w:cstheme="majorHAnsi"/>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Maintenance of Canals &amp; Façade in Pomeroon</w:t>
      </w:r>
      <w:r w:rsidRPr="00170A32">
        <w:rPr>
          <w:rFonts w:asciiTheme="majorHAnsi" w:hAnsiTheme="majorHAnsi" w:cstheme="majorHAnsi"/>
          <w:b/>
          <w:bCs/>
          <w:sz w:val="24"/>
          <w:szCs w:val="24"/>
        </w:rPr>
        <w:br/>
      </w:r>
      <w:r w:rsidRPr="00170A32">
        <w:rPr>
          <w:rFonts w:asciiTheme="majorHAnsi" w:hAnsiTheme="majorHAnsi" w:cstheme="majorHAnsi"/>
          <w:sz w:val="24"/>
          <w:szCs w:val="24"/>
        </w:rPr>
        <w:t xml:space="preserve">Number of </w:t>
      </w:r>
      <w:r w:rsidRPr="00170A32">
        <w:rPr>
          <w:rFonts w:asciiTheme="majorHAnsi" w:hAnsiTheme="majorHAnsi" w:cstheme="majorHAnsi"/>
          <w:sz w:val="24"/>
          <w:szCs w:val="24"/>
        </w:rPr>
        <w:t>persons impacted: 60| 2021 | $11,014,875</w:t>
      </w:r>
    </w:p>
    <w:p w:rsidR="00B54539" w:rsidRPr="00170A32" w:rsidRDefault="00254BB8" w:rsidP="00606791">
      <w:pPr>
        <w:rPr>
          <w:rFonts w:asciiTheme="majorHAnsi" w:hAnsiTheme="majorHAnsi" w:cstheme="majorHAnsi"/>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Impoldering of Farmlands, Desilting of Canals,</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20| 2021 | $45,949,100</w:t>
      </w:r>
      <w:r w:rsidRPr="00170A32">
        <w:rPr>
          <w:rFonts w:asciiTheme="majorHAnsi" w:hAnsiTheme="majorHAnsi" w:cstheme="majorHAnsi"/>
          <w:sz w:val="24"/>
          <w:szCs w:val="24"/>
        </w:rPr>
        <w:br/>
        <w:t>Number of persons impacted: 50| 2022 | $135,044,700</w:t>
      </w:r>
      <w:r w:rsidRPr="00170A32">
        <w:rPr>
          <w:rFonts w:asciiTheme="majorHAnsi" w:hAnsiTheme="majorHAnsi" w:cstheme="majorHAnsi"/>
          <w:sz w:val="24"/>
          <w:szCs w:val="24"/>
        </w:rPr>
        <w:br/>
        <w:t>Number of persons impacted: 80| 2023 | $274,710,266</w:t>
      </w:r>
    </w:p>
    <w:p w:rsidR="00B54539" w:rsidRPr="00170A32" w:rsidRDefault="00254BB8" w:rsidP="00606791">
      <w:pPr>
        <w:rPr>
          <w:rFonts w:asciiTheme="majorHAnsi" w:hAnsiTheme="majorHAnsi" w:cstheme="majorHAnsi"/>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Clearing of</w:t>
      </w:r>
      <w:r w:rsidRPr="00170A32">
        <w:rPr>
          <w:rFonts w:asciiTheme="majorHAnsi" w:hAnsiTheme="majorHAnsi" w:cstheme="majorHAnsi"/>
          <w:b/>
          <w:bCs/>
          <w:sz w:val="24"/>
          <w:szCs w:val="24"/>
        </w:rPr>
        <w:t xml:space="preserve"> Agriculture Lands &amp; Desilting of drains</w:t>
      </w:r>
      <w:r w:rsidRPr="00170A32">
        <w:rPr>
          <w:rFonts w:asciiTheme="majorHAnsi" w:hAnsiTheme="majorHAnsi" w:cstheme="majorHAnsi"/>
          <w:b/>
          <w:bCs/>
          <w:sz w:val="24"/>
          <w:szCs w:val="24"/>
        </w:rPr>
        <w:br/>
      </w:r>
      <w:r w:rsidRPr="00170A32">
        <w:rPr>
          <w:rFonts w:asciiTheme="majorHAnsi" w:hAnsiTheme="majorHAnsi" w:cstheme="majorHAnsi"/>
          <w:sz w:val="24"/>
          <w:szCs w:val="24"/>
        </w:rPr>
        <w:t>N</w:t>
      </w:r>
      <w:r w:rsidRPr="00170A32">
        <w:rPr>
          <w:rFonts w:asciiTheme="majorHAnsi" w:hAnsiTheme="majorHAnsi" w:cstheme="majorHAnsi"/>
          <w:sz w:val="24"/>
          <w:szCs w:val="24"/>
        </w:rPr>
        <w:t>umber of persons impacted: 15| 2021 | $49,402,360</w:t>
      </w:r>
      <w:r w:rsidRPr="00170A32">
        <w:rPr>
          <w:rFonts w:asciiTheme="majorHAnsi" w:hAnsiTheme="majorHAnsi" w:cstheme="majorHAnsi"/>
          <w:sz w:val="24"/>
          <w:szCs w:val="24"/>
        </w:rPr>
        <w:br/>
      </w:r>
      <w:r w:rsidRPr="00170A32">
        <w:rPr>
          <w:rFonts w:asciiTheme="majorHAnsi" w:hAnsiTheme="majorHAnsi" w:cstheme="majorHAnsi"/>
          <w:sz w:val="24"/>
          <w:szCs w:val="24"/>
        </w:rPr>
        <w:t>Number of persons impacted: 15| 2022 | $49,402,360</w:t>
      </w:r>
    </w:p>
    <w:p w:rsidR="00B54539"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lastRenderedPageBreak/>
        <w:t>Other Drainage &amp; Irrigation Works in Region 2 (Manual and Mechanical Cleaning of D &amp; I</w:t>
      </w:r>
      <w:r w:rsidRPr="00170A32">
        <w:rPr>
          <w:rFonts w:asciiTheme="majorHAnsi" w:hAnsiTheme="majorHAnsi" w:cstheme="majorHAnsi"/>
          <w:sz w:val="24"/>
          <w:szCs w:val="24"/>
        </w:rPr>
        <w:t xml:space="preserve"> structures, repairs to dr</w:t>
      </w:r>
      <w:r w:rsidRPr="00170A32">
        <w:rPr>
          <w:rFonts w:asciiTheme="majorHAnsi" w:hAnsiTheme="majorHAnsi" w:cstheme="majorHAnsi"/>
          <w:sz w:val="24"/>
          <w:szCs w:val="24"/>
        </w:rPr>
        <w:t>ainage structure etc.)</w:t>
      </w:r>
      <w:r w:rsidRPr="00170A32">
        <w:rPr>
          <w:rFonts w:asciiTheme="majorHAnsi" w:hAnsiTheme="majorHAnsi" w:cstheme="majorHAnsi"/>
          <w:sz w:val="24"/>
          <w:szCs w:val="24"/>
        </w:rPr>
        <w:br/>
      </w:r>
      <w:r w:rsidRPr="00170A32">
        <w:rPr>
          <w:rFonts w:asciiTheme="majorHAnsi" w:hAnsiTheme="majorHAnsi" w:cstheme="majorHAnsi"/>
          <w:sz w:val="24"/>
          <w:szCs w:val="24"/>
        </w:rPr>
        <w:t>Number of persons impacted: 50| 2021 | $74,607,575</w:t>
      </w:r>
      <w:r w:rsidRPr="00170A32">
        <w:rPr>
          <w:rFonts w:asciiTheme="majorHAnsi" w:hAnsiTheme="majorHAnsi" w:cstheme="majorHAnsi"/>
          <w:sz w:val="24"/>
          <w:szCs w:val="24"/>
        </w:rPr>
        <w:br/>
      </w:r>
      <w:r w:rsidRPr="00170A32">
        <w:rPr>
          <w:rFonts w:asciiTheme="majorHAnsi" w:hAnsiTheme="majorHAnsi" w:cstheme="majorHAnsi"/>
          <w:sz w:val="24"/>
          <w:szCs w:val="24"/>
        </w:rPr>
        <w:t>Number of persons impacted: 60| 2022 | $82,198,675</w:t>
      </w:r>
    </w:p>
    <w:p w:rsidR="000A6CF0"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Repairs to Revetment at Charity River Dam, Essequibo Coast, Region No. 2</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10| 2021 | $1,210,960</w:t>
      </w:r>
    </w:p>
    <w:p w:rsidR="000A6CF0" w:rsidRPr="00170A32" w:rsidRDefault="00254BB8" w:rsidP="00606791">
      <w:pPr>
        <w:rPr>
          <w:rFonts w:asciiTheme="majorHAnsi" w:hAnsiTheme="majorHAnsi" w:cstheme="majorHAnsi"/>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Height</w:t>
      </w:r>
      <w:r w:rsidRPr="00170A32">
        <w:rPr>
          <w:rFonts w:asciiTheme="majorHAnsi" w:hAnsiTheme="majorHAnsi" w:cstheme="majorHAnsi"/>
          <w:b/>
          <w:bCs/>
          <w:sz w:val="24"/>
          <w:szCs w:val="24"/>
        </w:rPr>
        <w:t>ening of Embankment at Amazon In Region 2</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5| 2021 | $990,000</w:t>
      </w:r>
    </w:p>
    <w:p w:rsidR="000A6CF0" w:rsidRPr="00170A32" w:rsidRDefault="00254BB8" w:rsidP="00606791">
      <w:pPr>
        <w:rPr>
          <w:rFonts w:asciiTheme="majorHAnsi" w:hAnsiTheme="majorHAnsi" w:cstheme="majorHAnsi"/>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Rehabilitation of Pump Station at Cozier</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80| 2022 | $261,080,869</w:t>
      </w:r>
    </w:p>
    <w:p w:rsidR="000A6CF0" w:rsidRPr="00170A32" w:rsidRDefault="00254BB8" w:rsidP="00606791">
      <w:pPr>
        <w:rPr>
          <w:rFonts w:asciiTheme="majorHAnsi" w:hAnsiTheme="majorHAnsi" w:cstheme="majorHAnsi"/>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 xml:space="preserve">Repairs to Revetment at </w:t>
      </w:r>
      <w:proofErr w:type="spellStart"/>
      <w:r w:rsidRPr="00170A32">
        <w:rPr>
          <w:rFonts w:asciiTheme="majorHAnsi" w:hAnsiTheme="majorHAnsi" w:cstheme="majorHAnsi"/>
          <w:b/>
          <w:bCs/>
          <w:sz w:val="24"/>
          <w:szCs w:val="24"/>
        </w:rPr>
        <w:t>Manicuru</w:t>
      </w:r>
      <w:proofErr w:type="spellEnd"/>
      <w:r w:rsidRPr="00170A32">
        <w:rPr>
          <w:rFonts w:asciiTheme="majorHAnsi" w:hAnsiTheme="majorHAnsi" w:cstheme="majorHAnsi"/>
          <w:b/>
          <w:bCs/>
          <w:sz w:val="24"/>
          <w:szCs w:val="24"/>
        </w:rPr>
        <w:t xml:space="preserve"> Creek, Upper </w:t>
      </w:r>
      <w:proofErr w:type="spellStart"/>
      <w:r w:rsidRPr="00170A32">
        <w:rPr>
          <w:rFonts w:asciiTheme="majorHAnsi" w:hAnsiTheme="majorHAnsi" w:cstheme="majorHAnsi"/>
          <w:b/>
          <w:bCs/>
          <w:sz w:val="24"/>
          <w:szCs w:val="24"/>
        </w:rPr>
        <w:t>Pomeroon</w:t>
      </w:r>
      <w:proofErr w:type="spellEnd"/>
      <w:r w:rsidRPr="00170A32">
        <w:rPr>
          <w:rFonts w:asciiTheme="majorHAnsi" w:hAnsiTheme="majorHAnsi" w:cstheme="majorHAnsi"/>
          <w:b/>
          <w:bCs/>
          <w:sz w:val="24"/>
          <w:szCs w:val="24"/>
        </w:rPr>
        <w:t xml:space="preserve"> River, Region No. 2</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5| 2022 | $2,914,440</w:t>
      </w:r>
    </w:p>
    <w:p w:rsidR="000A6CF0" w:rsidRPr="00170A32" w:rsidRDefault="00254BB8" w:rsidP="00606791">
      <w:pPr>
        <w:rPr>
          <w:rFonts w:asciiTheme="majorHAnsi" w:hAnsiTheme="majorHAnsi" w:cstheme="majorHAnsi"/>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Dredging of Pomeroon River Mouth</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800| 2022 | $569,300,000</w:t>
      </w:r>
    </w:p>
    <w:p w:rsidR="000A6CF0"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Rehabilitation of Sluice</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80| 2022 | $57,720,500</w:t>
      </w:r>
    </w:p>
    <w:p w:rsidR="000A6CF0"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Rehabilitation of D &amp; I structures and Desilting of drains</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50| 2022 | $126,454,254</w:t>
      </w:r>
      <w:r w:rsidRPr="00170A32">
        <w:rPr>
          <w:rFonts w:asciiTheme="majorHAnsi" w:hAnsiTheme="majorHAnsi" w:cstheme="majorHAnsi"/>
          <w:sz w:val="24"/>
          <w:szCs w:val="24"/>
        </w:rPr>
        <w:br/>
        <w:t>Number of persons impacted: 150| 2023 | $382,585,974</w:t>
      </w:r>
    </w:p>
    <w:p w:rsidR="000A6CF0"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Emergency Works (Rehabilitation of Drainage and Desilting of Drains)</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w:t>
      </w:r>
      <w:r w:rsidRPr="00170A32">
        <w:rPr>
          <w:rFonts w:asciiTheme="majorHAnsi" w:hAnsiTheme="majorHAnsi" w:cstheme="majorHAnsi"/>
          <w:sz w:val="24"/>
          <w:szCs w:val="24"/>
        </w:rPr>
        <w:t>acted: 5| 2022 | $4,499,000</w:t>
      </w:r>
      <w:r w:rsidRPr="00170A32">
        <w:rPr>
          <w:rFonts w:asciiTheme="majorHAnsi" w:hAnsiTheme="majorHAnsi" w:cstheme="majorHAnsi"/>
          <w:sz w:val="24"/>
          <w:szCs w:val="24"/>
        </w:rPr>
        <w:br/>
      </w:r>
      <w:r w:rsidRPr="00170A32">
        <w:rPr>
          <w:rFonts w:asciiTheme="majorHAnsi" w:hAnsiTheme="majorHAnsi" w:cstheme="majorHAnsi"/>
          <w:sz w:val="24"/>
          <w:szCs w:val="24"/>
        </w:rPr>
        <w:lastRenderedPageBreak/>
        <w:t>Number of persons impacted: 150| 2023 | $942,396,594</w:t>
      </w:r>
      <w:r w:rsidRPr="00170A32">
        <w:rPr>
          <w:rFonts w:asciiTheme="majorHAnsi" w:hAnsiTheme="majorHAnsi" w:cstheme="majorHAnsi"/>
          <w:sz w:val="24"/>
          <w:szCs w:val="24"/>
        </w:rPr>
        <w:br/>
        <w:t>Number of persons impacted: 50| 2023 | $321,959,901</w:t>
      </w:r>
    </w:p>
    <w:p w:rsidR="000A6CF0"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Fabrication of tractor pumps</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100| 2023 | $19,980,000</w:t>
      </w:r>
    </w:p>
    <w:p w:rsidR="000A6CF0"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Construction of Access Road at Onderneem</w:t>
      </w:r>
      <w:r w:rsidRPr="00170A32">
        <w:rPr>
          <w:rFonts w:asciiTheme="majorHAnsi" w:hAnsiTheme="majorHAnsi" w:cstheme="majorHAnsi"/>
          <w:b/>
          <w:bCs/>
          <w:sz w:val="24"/>
          <w:szCs w:val="24"/>
        </w:rPr>
        <w:t>ing</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200| 2023 | $56,153,600</w:t>
      </w:r>
    </w:p>
    <w:p w:rsidR="004F19A2" w:rsidRPr="00170A32" w:rsidRDefault="00254BB8" w:rsidP="00606791">
      <w:pPr>
        <w:rPr>
          <w:rFonts w:asciiTheme="majorHAnsi" w:hAnsiTheme="majorHAnsi" w:cstheme="majorHAnsi"/>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 xml:space="preserve">Construction of Sluice at </w:t>
      </w:r>
      <w:proofErr w:type="spellStart"/>
      <w:r w:rsidRPr="00170A32">
        <w:rPr>
          <w:rFonts w:asciiTheme="majorHAnsi" w:hAnsiTheme="majorHAnsi" w:cstheme="majorHAnsi"/>
          <w:b/>
          <w:bCs/>
          <w:sz w:val="24"/>
          <w:szCs w:val="24"/>
        </w:rPr>
        <w:t>Capoey</w:t>
      </w:r>
      <w:proofErr w:type="spellEnd"/>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200| 2023 | $259,458,750</w:t>
      </w:r>
    </w:p>
    <w:p w:rsidR="004F19A2"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Development of New Road/ Sommerset &amp; Berks Co-op Pasture Land, Essequibo Coast, Region No. 2</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w:t>
      </w:r>
      <w:r w:rsidRPr="00170A32">
        <w:rPr>
          <w:rFonts w:asciiTheme="majorHAnsi" w:hAnsiTheme="majorHAnsi" w:cstheme="majorHAnsi"/>
          <w:sz w:val="24"/>
          <w:szCs w:val="24"/>
        </w:rPr>
        <w:t>mpacted: 20| 2023 | $22,955,000</w:t>
      </w:r>
    </w:p>
    <w:p w:rsidR="004F19A2"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Essequibo Coast - Drainage Structures, Farmland drains, Desilting</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N/A| 2024 | $450,034,408</w:t>
      </w:r>
    </w:p>
    <w:p w:rsidR="004F19A2"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Essequibo Coast - Farm to Market Roads at Onderneeming, Sparta, Golden Fleece</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w:t>
      </w:r>
      <w:r w:rsidRPr="00170A32">
        <w:rPr>
          <w:rFonts w:asciiTheme="majorHAnsi" w:hAnsiTheme="majorHAnsi" w:cstheme="majorHAnsi"/>
          <w:sz w:val="24"/>
          <w:szCs w:val="24"/>
        </w:rPr>
        <w:t>d: N/A| 2024 | $163,547,000</w:t>
      </w:r>
    </w:p>
    <w:p w:rsidR="004F19A2"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Essequibo Coast - Pump Station at Andrews and Cozier</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N/A| 2024 | $789,131,419</w:t>
      </w:r>
    </w:p>
    <w:p w:rsidR="004F19A2"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t>Lower Pomeroon-Rehabilitation of Drainage Structures and Desilting of Drains</w:t>
      </w:r>
      <w:r w:rsidRPr="00170A32">
        <w:rPr>
          <w:rFonts w:asciiTheme="majorHAnsi" w:hAnsiTheme="majorHAnsi" w:cstheme="majorHAnsi"/>
          <w:b/>
          <w:bCs/>
          <w:sz w:val="24"/>
          <w:szCs w:val="24"/>
        </w:rPr>
        <w:br/>
      </w:r>
      <w:r w:rsidRPr="00170A32">
        <w:rPr>
          <w:rFonts w:asciiTheme="majorHAnsi" w:hAnsiTheme="majorHAnsi" w:cstheme="majorHAnsi"/>
          <w:sz w:val="24"/>
          <w:szCs w:val="24"/>
        </w:rPr>
        <w:t xml:space="preserve">Number of persons impacted: N/A| 2024 | </w:t>
      </w:r>
      <w:r w:rsidRPr="00170A32">
        <w:rPr>
          <w:rFonts w:asciiTheme="majorHAnsi" w:hAnsiTheme="majorHAnsi" w:cstheme="majorHAnsi"/>
          <w:sz w:val="24"/>
          <w:szCs w:val="24"/>
        </w:rPr>
        <w:t>$1,504,820,637</w:t>
      </w:r>
    </w:p>
    <w:p w:rsidR="004F19A2"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sz w:val="24"/>
          <w:szCs w:val="24"/>
        </w:rPr>
      </w:pPr>
      <w:r w:rsidRPr="00170A32">
        <w:rPr>
          <w:rFonts w:asciiTheme="majorHAnsi" w:hAnsiTheme="majorHAnsi" w:cstheme="majorHAnsi"/>
          <w:b/>
          <w:bCs/>
          <w:sz w:val="24"/>
          <w:szCs w:val="24"/>
        </w:rPr>
        <w:lastRenderedPageBreak/>
        <w:t>Upper Pomeroon - Emergency Works and Rehab of Canals and Drainage Structures</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N/A| 2024 | $877,011,607</w:t>
      </w:r>
    </w:p>
    <w:p w:rsidR="004F19A2" w:rsidRPr="00170A32" w:rsidRDefault="00254BB8" w:rsidP="00606791">
      <w:pPr>
        <w:rPr>
          <w:rFonts w:asciiTheme="majorHAnsi" w:hAnsiTheme="majorHAnsi" w:cstheme="majorHAnsi"/>
          <w:b/>
          <w:bCs/>
          <w:sz w:val="24"/>
          <w:szCs w:val="24"/>
        </w:rPr>
      </w:pPr>
    </w:p>
    <w:p w:rsidR="003F2946" w:rsidRPr="00170A32" w:rsidRDefault="00254BB8" w:rsidP="00606791">
      <w:pPr>
        <w:rPr>
          <w:rFonts w:asciiTheme="majorHAnsi" w:hAnsiTheme="majorHAnsi" w:cstheme="majorHAnsi"/>
          <w:b/>
          <w:sz w:val="24"/>
          <w:szCs w:val="24"/>
        </w:rPr>
      </w:pPr>
      <w:proofErr w:type="spellStart"/>
      <w:r w:rsidRPr="00170A32">
        <w:rPr>
          <w:rFonts w:asciiTheme="majorHAnsi" w:hAnsiTheme="majorHAnsi" w:cstheme="majorHAnsi"/>
          <w:b/>
          <w:bCs/>
          <w:sz w:val="24"/>
          <w:szCs w:val="24"/>
        </w:rPr>
        <w:t>Supenaam</w:t>
      </w:r>
      <w:proofErr w:type="spellEnd"/>
      <w:r w:rsidRPr="00170A32">
        <w:rPr>
          <w:rFonts w:asciiTheme="majorHAnsi" w:hAnsiTheme="majorHAnsi" w:cstheme="majorHAnsi"/>
          <w:b/>
          <w:bCs/>
          <w:sz w:val="24"/>
          <w:szCs w:val="24"/>
        </w:rPr>
        <w:t xml:space="preserve"> Creek &amp; Bethany - </w:t>
      </w:r>
      <w:proofErr w:type="spellStart"/>
      <w:r w:rsidRPr="00170A32">
        <w:rPr>
          <w:rFonts w:asciiTheme="majorHAnsi" w:hAnsiTheme="majorHAnsi" w:cstheme="majorHAnsi"/>
          <w:b/>
          <w:bCs/>
          <w:sz w:val="24"/>
          <w:szCs w:val="24"/>
        </w:rPr>
        <w:t>Empoldering</w:t>
      </w:r>
      <w:proofErr w:type="spellEnd"/>
      <w:r w:rsidRPr="00170A32">
        <w:rPr>
          <w:rFonts w:asciiTheme="majorHAnsi" w:hAnsiTheme="majorHAnsi" w:cstheme="majorHAnsi"/>
          <w:b/>
          <w:bCs/>
          <w:sz w:val="24"/>
          <w:szCs w:val="24"/>
        </w:rPr>
        <w:t xml:space="preserve"> of Farmlands and Rehabilitation of Drains and</w:t>
      </w:r>
      <w:r w:rsidRPr="00170A32">
        <w:rPr>
          <w:rFonts w:asciiTheme="majorHAnsi" w:hAnsiTheme="majorHAnsi" w:cstheme="majorHAnsi"/>
          <w:sz w:val="24"/>
          <w:szCs w:val="24"/>
        </w:rPr>
        <w:t xml:space="preserve"> </w:t>
      </w:r>
      <w:r w:rsidRPr="00170A32">
        <w:rPr>
          <w:rFonts w:asciiTheme="majorHAnsi" w:hAnsiTheme="majorHAnsi" w:cstheme="majorHAnsi"/>
          <w:b/>
          <w:bCs/>
          <w:sz w:val="24"/>
          <w:szCs w:val="24"/>
        </w:rPr>
        <w:t>Rehabilitation to Draina</w:t>
      </w:r>
      <w:r w:rsidRPr="00170A32">
        <w:rPr>
          <w:rFonts w:asciiTheme="majorHAnsi" w:hAnsiTheme="majorHAnsi" w:cstheme="majorHAnsi"/>
          <w:b/>
          <w:bCs/>
          <w:sz w:val="24"/>
          <w:szCs w:val="24"/>
        </w:rPr>
        <w:t xml:space="preserve">ge Structure </w:t>
      </w:r>
      <w:r w:rsidRPr="00170A32">
        <w:rPr>
          <w:rFonts w:asciiTheme="majorHAnsi" w:hAnsiTheme="majorHAnsi" w:cstheme="majorHAnsi"/>
          <w:b/>
          <w:bCs/>
          <w:sz w:val="24"/>
          <w:szCs w:val="24"/>
        </w:rPr>
        <w:br/>
      </w:r>
      <w:r w:rsidRPr="00170A32">
        <w:rPr>
          <w:rFonts w:asciiTheme="majorHAnsi" w:hAnsiTheme="majorHAnsi" w:cstheme="majorHAnsi"/>
          <w:sz w:val="24"/>
          <w:szCs w:val="24"/>
        </w:rPr>
        <w:t>Number of persons impacted: N/A| 2024 | $130,286,726</w:t>
      </w:r>
      <w:r w:rsidRPr="00170A32">
        <w:rPr>
          <w:rFonts w:asciiTheme="majorHAnsi" w:hAnsiTheme="majorHAnsi" w:cstheme="majorHAnsi"/>
          <w:b/>
          <w:sz w:val="24"/>
          <w:szCs w:val="24"/>
        </w:rPr>
        <w:t xml:space="preserve"> </w:t>
      </w:r>
    </w:p>
    <w:p w:rsidR="00BB5AC5" w:rsidRPr="00170A32" w:rsidRDefault="00254BB8" w:rsidP="00606791">
      <w:pPr>
        <w:rPr>
          <w:rFonts w:asciiTheme="majorHAnsi" w:hAnsiTheme="majorHAnsi" w:cstheme="majorHAnsi"/>
          <w:b/>
          <w:sz w:val="24"/>
          <w:szCs w:val="24"/>
        </w:rPr>
      </w:pPr>
    </w:p>
    <w:p w:rsidR="00BB5AC5" w:rsidRPr="00170A32" w:rsidRDefault="00254BB8" w:rsidP="00BB5AC5">
      <w:pPr>
        <w:rPr>
          <w:rFonts w:asciiTheme="majorHAnsi" w:hAnsiTheme="majorHAnsi" w:cstheme="majorHAnsi"/>
          <w:b/>
          <w:bCs/>
          <w:sz w:val="24"/>
          <w:szCs w:val="24"/>
        </w:rPr>
      </w:pPr>
      <w:r w:rsidRPr="00170A32">
        <w:rPr>
          <w:rFonts w:asciiTheme="majorHAnsi" w:hAnsiTheme="majorHAnsi" w:cstheme="majorHAnsi"/>
          <w:b/>
          <w:bCs/>
          <w:sz w:val="24"/>
          <w:szCs w:val="24"/>
        </w:rPr>
        <w:t>Rehabilitation of All Weather Road at Dartmouth, Essequibo Coast, Region No. 2 - Lot 1</w:t>
      </w:r>
    </w:p>
    <w:p w:rsidR="00BB5AC5" w:rsidRPr="00170A32" w:rsidRDefault="00254BB8" w:rsidP="00BB5AC5">
      <w:pPr>
        <w:rPr>
          <w:rFonts w:asciiTheme="majorHAnsi" w:hAnsiTheme="majorHAnsi" w:cstheme="majorHAnsi"/>
          <w:sz w:val="24"/>
          <w:szCs w:val="24"/>
        </w:rPr>
      </w:pPr>
      <w:r w:rsidRPr="00170A32">
        <w:rPr>
          <w:rFonts w:asciiTheme="majorHAnsi" w:hAnsiTheme="majorHAnsi" w:cstheme="majorHAnsi"/>
          <w:sz w:val="24"/>
          <w:szCs w:val="24"/>
        </w:rPr>
        <w:t>Number of persons impacted: 50| 2025 | $77,798,201</w:t>
      </w:r>
    </w:p>
    <w:p w:rsidR="00BB5AC5" w:rsidRPr="00170A32" w:rsidRDefault="00254BB8" w:rsidP="00BB5AC5">
      <w:pPr>
        <w:rPr>
          <w:rFonts w:asciiTheme="majorHAnsi" w:hAnsiTheme="majorHAnsi" w:cstheme="majorHAnsi"/>
          <w:sz w:val="24"/>
          <w:szCs w:val="24"/>
        </w:rPr>
      </w:pPr>
    </w:p>
    <w:p w:rsidR="00BB5AC5" w:rsidRPr="00170A32" w:rsidRDefault="00254BB8" w:rsidP="00BB5AC5">
      <w:pPr>
        <w:rPr>
          <w:rFonts w:asciiTheme="majorHAnsi" w:hAnsiTheme="majorHAnsi" w:cstheme="majorHAnsi"/>
          <w:b/>
          <w:bCs/>
          <w:sz w:val="24"/>
          <w:szCs w:val="24"/>
        </w:rPr>
      </w:pPr>
      <w:r w:rsidRPr="00170A32">
        <w:rPr>
          <w:rFonts w:asciiTheme="majorHAnsi" w:hAnsiTheme="majorHAnsi" w:cstheme="majorHAnsi"/>
          <w:b/>
          <w:bCs/>
          <w:sz w:val="24"/>
          <w:szCs w:val="24"/>
        </w:rPr>
        <w:t>Rehabilitation of All Weather Road at Dartmouth,</w:t>
      </w:r>
      <w:r w:rsidRPr="00170A32">
        <w:rPr>
          <w:rFonts w:asciiTheme="majorHAnsi" w:hAnsiTheme="majorHAnsi" w:cstheme="majorHAnsi"/>
          <w:b/>
          <w:bCs/>
          <w:sz w:val="24"/>
          <w:szCs w:val="24"/>
        </w:rPr>
        <w:t xml:space="preserve"> Essequibo Coast, Region No. 2 - Lot 2</w:t>
      </w:r>
    </w:p>
    <w:p w:rsidR="00BB5AC5" w:rsidRPr="00170A32" w:rsidRDefault="00254BB8" w:rsidP="00BB5AC5">
      <w:pPr>
        <w:rPr>
          <w:rFonts w:asciiTheme="majorHAnsi" w:hAnsiTheme="majorHAnsi" w:cstheme="majorHAnsi"/>
          <w:sz w:val="24"/>
          <w:szCs w:val="24"/>
        </w:rPr>
      </w:pPr>
      <w:r w:rsidRPr="00170A32">
        <w:rPr>
          <w:rFonts w:asciiTheme="majorHAnsi" w:hAnsiTheme="majorHAnsi" w:cstheme="majorHAnsi"/>
          <w:sz w:val="24"/>
          <w:szCs w:val="24"/>
        </w:rPr>
        <w:t>Number of persons impacted: 60| 2025 | $78,692,775</w:t>
      </w:r>
    </w:p>
    <w:p w:rsidR="00BB5AC5" w:rsidRPr="00170A32" w:rsidRDefault="00254BB8" w:rsidP="00BB5AC5">
      <w:pPr>
        <w:rPr>
          <w:rFonts w:asciiTheme="majorHAnsi" w:hAnsiTheme="majorHAnsi" w:cstheme="majorHAnsi"/>
          <w:sz w:val="24"/>
          <w:szCs w:val="24"/>
        </w:rPr>
      </w:pPr>
    </w:p>
    <w:p w:rsidR="00BB5AC5" w:rsidRPr="00170A32" w:rsidRDefault="00254BB8" w:rsidP="00BB5AC5">
      <w:pPr>
        <w:rPr>
          <w:rFonts w:asciiTheme="majorHAnsi" w:hAnsiTheme="majorHAnsi" w:cstheme="majorHAnsi"/>
          <w:b/>
          <w:bCs/>
          <w:sz w:val="24"/>
          <w:szCs w:val="24"/>
        </w:rPr>
      </w:pPr>
      <w:r w:rsidRPr="00170A32">
        <w:rPr>
          <w:rFonts w:asciiTheme="majorHAnsi" w:hAnsiTheme="majorHAnsi" w:cstheme="majorHAnsi"/>
          <w:b/>
          <w:bCs/>
          <w:sz w:val="24"/>
          <w:szCs w:val="24"/>
        </w:rPr>
        <w:t>Rehabilitation of All Weather Road at Bush Lot 3rd Depth, Essequibo Coast, Region No. 2 - Lot 1</w:t>
      </w:r>
    </w:p>
    <w:p w:rsidR="00BB5AC5" w:rsidRPr="00170A32" w:rsidRDefault="00254BB8" w:rsidP="00BB5AC5">
      <w:pPr>
        <w:rPr>
          <w:rFonts w:asciiTheme="majorHAnsi" w:hAnsiTheme="majorHAnsi" w:cstheme="majorHAnsi"/>
          <w:sz w:val="24"/>
          <w:szCs w:val="24"/>
        </w:rPr>
      </w:pPr>
      <w:r w:rsidRPr="00170A32">
        <w:rPr>
          <w:rFonts w:asciiTheme="majorHAnsi" w:hAnsiTheme="majorHAnsi" w:cstheme="majorHAnsi"/>
          <w:sz w:val="24"/>
          <w:szCs w:val="24"/>
        </w:rPr>
        <w:t>Number of persons impacted: 60| 2025 | $33,680,850</w:t>
      </w:r>
    </w:p>
    <w:p w:rsidR="00BB5AC5" w:rsidRPr="00170A32" w:rsidRDefault="00254BB8" w:rsidP="00BB5AC5">
      <w:pPr>
        <w:rPr>
          <w:rFonts w:asciiTheme="majorHAnsi" w:hAnsiTheme="majorHAnsi" w:cstheme="majorHAnsi"/>
          <w:b/>
          <w:bCs/>
          <w:sz w:val="24"/>
          <w:szCs w:val="24"/>
        </w:rPr>
      </w:pPr>
    </w:p>
    <w:p w:rsidR="00BB5AC5" w:rsidRPr="00170A32" w:rsidRDefault="00254BB8" w:rsidP="00BB5AC5">
      <w:pPr>
        <w:rPr>
          <w:rFonts w:asciiTheme="majorHAnsi" w:hAnsiTheme="majorHAnsi" w:cstheme="majorHAnsi"/>
          <w:b/>
          <w:bCs/>
          <w:sz w:val="24"/>
          <w:szCs w:val="24"/>
        </w:rPr>
      </w:pPr>
      <w:r w:rsidRPr="00170A32">
        <w:rPr>
          <w:rFonts w:asciiTheme="majorHAnsi" w:hAnsiTheme="majorHAnsi" w:cstheme="majorHAnsi"/>
          <w:b/>
          <w:bCs/>
          <w:sz w:val="24"/>
          <w:szCs w:val="24"/>
        </w:rPr>
        <w:t>Rehabilitation of</w:t>
      </w:r>
      <w:r w:rsidRPr="00170A32">
        <w:rPr>
          <w:rFonts w:asciiTheme="majorHAnsi" w:hAnsiTheme="majorHAnsi" w:cstheme="majorHAnsi"/>
          <w:b/>
          <w:bCs/>
          <w:sz w:val="24"/>
          <w:szCs w:val="24"/>
        </w:rPr>
        <w:t xml:space="preserve"> All Weather Road at Bush Lot 3rd Depth, Essequibo Coast, Region No. 2 - Lot 2</w:t>
      </w:r>
    </w:p>
    <w:p w:rsidR="00BB5AC5" w:rsidRPr="00BB5AC5" w:rsidRDefault="00254BB8" w:rsidP="00BB5AC5">
      <w:pPr>
        <w:rPr>
          <w:rFonts w:asciiTheme="majorHAnsi" w:hAnsiTheme="majorHAnsi" w:cstheme="majorHAnsi"/>
          <w:sz w:val="24"/>
          <w:szCs w:val="24"/>
        </w:rPr>
      </w:pPr>
      <w:r w:rsidRPr="00170A32">
        <w:rPr>
          <w:rFonts w:asciiTheme="majorHAnsi" w:hAnsiTheme="majorHAnsi" w:cstheme="majorHAnsi"/>
          <w:sz w:val="24"/>
          <w:szCs w:val="24"/>
        </w:rPr>
        <w:t>Number of persons impacted: 50| 2025 | $36,086,190</w:t>
      </w:r>
    </w:p>
    <w:p w:rsidR="00BB5AC5" w:rsidRDefault="00254BB8" w:rsidP="00BB5AC5">
      <w:pPr>
        <w:rPr>
          <w:rFonts w:asciiTheme="majorHAnsi" w:hAnsiTheme="majorHAnsi" w:cstheme="majorHAnsi"/>
          <w:sz w:val="24"/>
          <w:szCs w:val="24"/>
        </w:rPr>
      </w:pPr>
    </w:p>
    <w:p w:rsidR="00BB5AC5" w:rsidRPr="00BB5AC5" w:rsidRDefault="00254BB8" w:rsidP="00BB5AC5">
      <w:pPr>
        <w:rPr>
          <w:rFonts w:asciiTheme="majorHAnsi" w:hAnsiTheme="majorHAnsi" w:cstheme="majorHAnsi"/>
          <w:b/>
          <w:bCs/>
          <w:sz w:val="24"/>
          <w:szCs w:val="24"/>
        </w:rPr>
      </w:pPr>
      <w:r w:rsidRPr="00BB5AC5">
        <w:rPr>
          <w:rFonts w:asciiTheme="majorHAnsi" w:hAnsiTheme="majorHAnsi" w:cstheme="majorHAnsi"/>
          <w:b/>
          <w:bCs/>
          <w:sz w:val="24"/>
          <w:szCs w:val="24"/>
        </w:rPr>
        <w:t xml:space="preserve">Rehabilitation of All Weather Road at Queenstown, Essequibo </w:t>
      </w:r>
      <w:proofErr w:type="spellStart"/>
      <w:proofErr w:type="gramStart"/>
      <w:r w:rsidRPr="00BB5AC5">
        <w:rPr>
          <w:rFonts w:asciiTheme="majorHAnsi" w:hAnsiTheme="majorHAnsi" w:cstheme="majorHAnsi"/>
          <w:b/>
          <w:bCs/>
          <w:sz w:val="24"/>
          <w:szCs w:val="24"/>
        </w:rPr>
        <w:t>Coast,Region</w:t>
      </w:r>
      <w:proofErr w:type="spellEnd"/>
      <w:proofErr w:type="gramEnd"/>
      <w:r w:rsidRPr="00BB5AC5">
        <w:rPr>
          <w:rFonts w:asciiTheme="majorHAnsi" w:hAnsiTheme="majorHAnsi" w:cstheme="majorHAnsi"/>
          <w:b/>
          <w:bCs/>
          <w:sz w:val="24"/>
          <w:szCs w:val="24"/>
        </w:rPr>
        <w:t xml:space="preserve"> No. 2 - Lot 1</w:t>
      </w:r>
    </w:p>
    <w:p w:rsidR="00BB5AC5" w:rsidRPr="00BB5AC5" w:rsidRDefault="00254BB8" w:rsidP="00BB5AC5">
      <w:pPr>
        <w:rPr>
          <w:rFonts w:asciiTheme="majorHAnsi" w:hAnsiTheme="majorHAnsi" w:cstheme="majorHAnsi"/>
          <w:sz w:val="24"/>
          <w:szCs w:val="24"/>
        </w:rPr>
      </w:pPr>
      <w:r w:rsidRPr="00BB5AC5">
        <w:rPr>
          <w:rFonts w:asciiTheme="majorHAnsi" w:hAnsiTheme="majorHAnsi" w:cstheme="majorHAnsi"/>
          <w:sz w:val="24"/>
          <w:szCs w:val="24"/>
        </w:rPr>
        <w:t>Number of persons impacted: 60| 2025 |</w:t>
      </w:r>
      <w:r w:rsidRPr="00BB5AC5">
        <w:rPr>
          <w:rFonts w:asciiTheme="majorHAnsi" w:hAnsiTheme="majorHAnsi" w:cstheme="majorHAnsi"/>
          <w:sz w:val="24"/>
          <w:szCs w:val="24"/>
        </w:rPr>
        <w:t xml:space="preserve"> $39,700,395</w:t>
      </w:r>
    </w:p>
    <w:p w:rsidR="00BB5AC5" w:rsidRDefault="00254BB8" w:rsidP="00BB5AC5">
      <w:pPr>
        <w:rPr>
          <w:rFonts w:asciiTheme="majorHAnsi" w:hAnsiTheme="majorHAnsi" w:cstheme="majorHAnsi"/>
          <w:b/>
          <w:bCs/>
          <w:sz w:val="24"/>
          <w:szCs w:val="24"/>
        </w:rPr>
      </w:pPr>
    </w:p>
    <w:p w:rsidR="00BB5AC5" w:rsidRPr="00BB5AC5" w:rsidRDefault="00254BB8" w:rsidP="00BB5AC5">
      <w:pPr>
        <w:rPr>
          <w:rFonts w:asciiTheme="majorHAnsi" w:hAnsiTheme="majorHAnsi" w:cstheme="majorHAnsi"/>
          <w:b/>
          <w:bCs/>
          <w:sz w:val="24"/>
          <w:szCs w:val="24"/>
        </w:rPr>
      </w:pPr>
      <w:r w:rsidRPr="00BB5AC5">
        <w:rPr>
          <w:rFonts w:asciiTheme="majorHAnsi" w:hAnsiTheme="majorHAnsi" w:cstheme="majorHAnsi"/>
          <w:b/>
          <w:bCs/>
          <w:sz w:val="24"/>
          <w:szCs w:val="24"/>
        </w:rPr>
        <w:t>Rehabilitation of All Weather Road at Queenstown, Essequibo Coast, Region No. 2 - Lot 2</w:t>
      </w:r>
    </w:p>
    <w:p w:rsidR="00BB5AC5" w:rsidRPr="00BB5AC5" w:rsidRDefault="00254BB8" w:rsidP="00BB5AC5">
      <w:pPr>
        <w:rPr>
          <w:rFonts w:asciiTheme="majorHAnsi" w:hAnsiTheme="majorHAnsi" w:cstheme="majorHAnsi"/>
          <w:sz w:val="24"/>
          <w:szCs w:val="24"/>
        </w:rPr>
      </w:pPr>
      <w:r w:rsidRPr="00BB5AC5">
        <w:rPr>
          <w:rFonts w:asciiTheme="majorHAnsi" w:hAnsiTheme="majorHAnsi" w:cstheme="majorHAnsi"/>
          <w:sz w:val="24"/>
          <w:szCs w:val="24"/>
        </w:rPr>
        <w:t>Number of persons impacted: 60| 2025 | $44,096,430</w:t>
      </w:r>
    </w:p>
    <w:p w:rsidR="00BB5AC5" w:rsidRDefault="00254BB8" w:rsidP="00BB5AC5">
      <w:pPr>
        <w:rPr>
          <w:rFonts w:asciiTheme="majorHAnsi" w:hAnsiTheme="majorHAnsi" w:cstheme="majorHAnsi"/>
          <w:sz w:val="24"/>
          <w:szCs w:val="24"/>
        </w:rPr>
      </w:pPr>
    </w:p>
    <w:p w:rsidR="00BB5AC5" w:rsidRDefault="00254BB8" w:rsidP="00BB5AC5">
      <w:pPr>
        <w:rPr>
          <w:rFonts w:asciiTheme="majorHAnsi" w:hAnsiTheme="majorHAnsi" w:cstheme="majorHAnsi"/>
          <w:sz w:val="24"/>
          <w:szCs w:val="24"/>
        </w:rPr>
      </w:pPr>
    </w:p>
    <w:p w:rsidR="00BB5AC5" w:rsidRPr="00BB5AC5" w:rsidRDefault="00254BB8" w:rsidP="00BB5AC5">
      <w:pPr>
        <w:rPr>
          <w:rFonts w:asciiTheme="majorHAnsi" w:hAnsiTheme="majorHAnsi" w:cstheme="majorHAnsi"/>
          <w:b/>
          <w:bCs/>
          <w:sz w:val="24"/>
          <w:szCs w:val="24"/>
        </w:rPr>
      </w:pPr>
      <w:r w:rsidRPr="00BB5AC5">
        <w:rPr>
          <w:rFonts w:asciiTheme="majorHAnsi" w:hAnsiTheme="majorHAnsi" w:cstheme="majorHAnsi"/>
          <w:b/>
          <w:bCs/>
          <w:sz w:val="24"/>
          <w:szCs w:val="24"/>
        </w:rPr>
        <w:t>Rehabilitation of All Weather Road at Affiance, Essequibo Coast, Region No. 2 - Lot 1</w:t>
      </w:r>
    </w:p>
    <w:p w:rsidR="00BB5AC5" w:rsidRPr="00BB5AC5" w:rsidRDefault="00254BB8" w:rsidP="00BB5AC5">
      <w:pPr>
        <w:rPr>
          <w:rFonts w:asciiTheme="majorHAnsi" w:hAnsiTheme="majorHAnsi" w:cstheme="majorHAnsi"/>
          <w:sz w:val="24"/>
          <w:szCs w:val="24"/>
        </w:rPr>
      </w:pPr>
      <w:r w:rsidRPr="00BB5AC5">
        <w:rPr>
          <w:rFonts w:asciiTheme="majorHAnsi" w:hAnsiTheme="majorHAnsi" w:cstheme="majorHAnsi"/>
          <w:sz w:val="24"/>
          <w:szCs w:val="24"/>
        </w:rPr>
        <w:t>Number of perso</w:t>
      </w:r>
      <w:r w:rsidRPr="00BB5AC5">
        <w:rPr>
          <w:rFonts w:asciiTheme="majorHAnsi" w:hAnsiTheme="majorHAnsi" w:cstheme="majorHAnsi"/>
          <w:sz w:val="24"/>
          <w:szCs w:val="24"/>
        </w:rPr>
        <w:t>ns impacted: 40| 2025 | $31,808,175</w:t>
      </w:r>
    </w:p>
    <w:p w:rsidR="00BB5AC5" w:rsidRDefault="00254BB8" w:rsidP="00BB5AC5">
      <w:pPr>
        <w:rPr>
          <w:rFonts w:asciiTheme="majorHAnsi" w:hAnsiTheme="majorHAnsi" w:cstheme="majorHAnsi"/>
          <w:b/>
          <w:bCs/>
          <w:sz w:val="24"/>
          <w:szCs w:val="24"/>
        </w:rPr>
      </w:pPr>
    </w:p>
    <w:p w:rsidR="00BB5AC5" w:rsidRPr="00BB5AC5" w:rsidRDefault="00254BB8" w:rsidP="00BB5AC5">
      <w:pPr>
        <w:rPr>
          <w:rFonts w:asciiTheme="majorHAnsi" w:hAnsiTheme="majorHAnsi" w:cstheme="majorHAnsi"/>
          <w:b/>
          <w:bCs/>
          <w:sz w:val="24"/>
          <w:szCs w:val="24"/>
        </w:rPr>
      </w:pPr>
      <w:r w:rsidRPr="00BB5AC5">
        <w:rPr>
          <w:rFonts w:asciiTheme="majorHAnsi" w:hAnsiTheme="majorHAnsi" w:cstheme="majorHAnsi"/>
          <w:b/>
          <w:bCs/>
          <w:sz w:val="24"/>
          <w:szCs w:val="24"/>
        </w:rPr>
        <w:t>Rehabilitation of All Weather Road at Affiance, Essequibo Coast, Region No. 2 - Lot 2</w:t>
      </w:r>
    </w:p>
    <w:p w:rsidR="00BB5AC5" w:rsidRPr="00BB5AC5" w:rsidRDefault="00254BB8" w:rsidP="00BB5AC5">
      <w:pPr>
        <w:rPr>
          <w:rFonts w:asciiTheme="majorHAnsi" w:hAnsiTheme="majorHAnsi" w:cstheme="majorHAnsi"/>
          <w:sz w:val="24"/>
          <w:szCs w:val="24"/>
        </w:rPr>
      </w:pPr>
      <w:r w:rsidRPr="00BB5AC5">
        <w:rPr>
          <w:rFonts w:asciiTheme="majorHAnsi" w:hAnsiTheme="majorHAnsi" w:cstheme="majorHAnsi"/>
          <w:sz w:val="24"/>
          <w:szCs w:val="24"/>
        </w:rPr>
        <w:t>Number of persons impacted: 40| 2025 | $32,353,650</w:t>
      </w:r>
    </w:p>
    <w:p w:rsidR="00BB5AC5" w:rsidRDefault="00254BB8" w:rsidP="00BB5AC5">
      <w:pPr>
        <w:rPr>
          <w:rFonts w:asciiTheme="majorHAnsi" w:hAnsiTheme="majorHAnsi" w:cstheme="majorHAnsi"/>
          <w:b/>
          <w:bCs/>
          <w:sz w:val="24"/>
          <w:szCs w:val="24"/>
        </w:rPr>
      </w:pPr>
    </w:p>
    <w:p w:rsidR="00BB5AC5" w:rsidRPr="00BB5AC5" w:rsidRDefault="00254BB8" w:rsidP="00BB5AC5">
      <w:pPr>
        <w:rPr>
          <w:rFonts w:asciiTheme="majorHAnsi" w:hAnsiTheme="majorHAnsi" w:cstheme="majorHAnsi"/>
          <w:b/>
          <w:bCs/>
          <w:sz w:val="24"/>
          <w:szCs w:val="24"/>
        </w:rPr>
      </w:pPr>
      <w:r w:rsidRPr="00BB5AC5">
        <w:rPr>
          <w:rFonts w:asciiTheme="majorHAnsi" w:hAnsiTheme="majorHAnsi" w:cstheme="majorHAnsi"/>
          <w:b/>
          <w:bCs/>
          <w:sz w:val="24"/>
          <w:szCs w:val="24"/>
        </w:rPr>
        <w:t>Rehabilitation of All Weather Road at Maria's Delight, Essequibo Coast, Region No</w:t>
      </w:r>
      <w:r w:rsidRPr="00BB5AC5">
        <w:rPr>
          <w:rFonts w:asciiTheme="majorHAnsi" w:hAnsiTheme="majorHAnsi" w:cstheme="majorHAnsi"/>
          <w:b/>
          <w:bCs/>
          <w:sz w:val="24"/>
          <w:szCs w:val="24"/>
        </w:rPr>
        <w:t>. 2 - Lot 1</w:t>
      </w:r>
    </w:p>
    <w:p w:rsidR="00BB5AC5" w:rsidRPr="00BB5AC5" w:rsidRDefault="00254BB8" w:rsidP="00BB5AC5">
      <w:pPr>
        <w:rPr>
          <w:rFonts w:asciiTheme="majorHAnsi" w:hAnsiTheme="majorHAnsi" w:cstheme="majorHAnsi"/>
          <w:sz w:val="24"/>
          <w:szCs w:val="24"/>
        </w:rPr>
      </w:pPr>
      <w:r w:rsidRPr="00BB5AC5">
        <w:rPr>
          <w:rFonts w:asciiTheme="majorHAnsi" w:hAnsiTheme="majorHAnsi" w:cstheme="majorHAnsi"/>
          <w:sz w:val="24"/>
          <w:szCs w:val="24"/>
        </w:rPr>
        <w:t>Number of persons impacted: 40| 2025 | $41,723,010</w:t>
      </w:r>
    </w:p>
    <w:p w:rsidR="00BB5AC5" w:rsidRDefault="00254BB8" w:rsidP="00BB5AC5">
      <w:pPr>
        <w:rPr>
          <w:rFonts w:asciiTheme="majorHAnsi" w:hAnsiTheme="majorHAnsi" w:cstheme="majorHAnsi"/>
          <w:sz w:val="24"/>
          <w:szCs w:val="24"/>
        </w:rPr>
      </w:pPr>
    </w:p>
    <w:p w:rsidR="00BB5AC5" w:rsidRPr="00BB5AC5" w:rsidRDefault="00254BB8" w:rsidP="00BB5AC5">
      <w:pPr>
        <w:rPr>
          <w:rFonts w:asciiTheme="majorHAnsi" w:hAnsiTheme="majorHAnsi" w:cstheme="majorHAnsi"/>
          <w:b/>
          <w:bCs/>
          <w:sz w:val="24"/>
          <w:szCs w:val="24"/>
        </w:rPr>
      </w:pPr>
      <w:r w:rsidRPr="00BB5AC5">
        <w:rPr>
          <w:rFonts w:asciiTheme="majorHAnsi" w:hAnsiTheme="majorHAnsi" w:cstheme="majorHAnsi"/>
          <w:b/>
          <w:bCs/>
          <w:sz w:val="24"/>
          <w:szCs w:val="24"/>
        </w:rPr>
        <w:t xml:space="preserve">Construction of Two Bridges at C1-C6/ State Farm, Essequibo </w:t>
      </w:r>
      <w:proofErr w:type="spellStart"/>
      <w:proofErr w:type="gramStart"/>
      <w:r w:rsidRPr="00BB5AC5">
        <w:rPr>
          <w:rFonts w:asciiTheme="majorHAnsi" w:hAnsiTheme="majorHAnsi" w:cstheme="majorHAnsi"/>
          <w:b/>
          <w:bCs/>
          <w:sz w:val="24"/>
          <w:szCs w:val="24"/>
        </w:rPr>
        <w:t>Coast,Region</w:t>
      </w:r>
      <w:proofErr w:type="spellEnd"/>
      <w:proofErr w:type="gramEnd"/>
      <w:r w:rsidRPr="00BB5AC5">
        <w:rPr>
          <w:rFonts w:asciiTheme="majorHAnsi" w:hAnsiTheme="majorHAnsi" w:cstheme="majorHAnsi"/>
          <w:b/>
          <w:bCs/>
          <w:sz w:val="24"/>
          <w:szCs w:val="24"/>
        </w:rPr>
        <w:t xml:space="preserve"> No. 2 - Lot 1</w:t>
      </w:r>
    </w:p>
    <w:p w:rsidR="00BB5AC5" w:rsidRPr="00BB5AC5" w:rsidRDefault="00254BB8" w:rsidP="00BB5AC5">
      <w:pPr>
        <w:rPr>
          <w:rFonts w:asciiTheme="majorHAnsi" w:hAnsiTheme="majorHAnsi" w:cstheme="majorHAnsi"/>
          <w:sz w:val="24"/>
          <w:szCs w:val="24"/>
        </w:rPr>
      </w:pPr>
      <w:r w:rsidRPr="00BB5AC5">
        <w:rPr>
          <w:rFonts w:asciiTheme="majorHAnsi" w:hAnsiTheme="majorHAnsi" w:cstheme="majorHAnsi"/>
          <w:sz w:val="24"/>
          <w:szCs w:val="24"/>
        </w:rPr>
        <w:t>Number of persons impacted: 80| 2025 | $32,250,540</w:t>
      </w:r>
    </w:p>
    <w:p w:rsidR="00BB5AC5" w:rsidRDefault="00254BB8" w:rsidP="00BB5AC5">
      <w:pPr>
        <w:rPr>
          <w:rFonts w:asciiTheme="majorHAnsi" w:hAnsiTheme="majorHAnsi" w:cstheme="majorHAnsi"/>
          <w:sz w:val="24"/>
          <w:szCs w:val="24"/>
        </w:rPr>
      </w:pPr>
    </w:p>
    <w:p w:rsidR="00BB5AC5" w:rsidRPr="00BB5AC5" w:rsidRDefault="00254BB8" w:rsidP="00BB5AC5">
      <w:pPr>
        <w:rPr>
          <w:rFonts w:asciiTheme="majorHAnsi" w:hAnsiTheme="majorHAnsi" w:cstheme="majorHAnsi"/>
          <w:b/>
          <w:bCs/>
          <w:sz w:val="24"/>
          <w:szCs w:val="24"/>
        </w:rPr>
      </w:pPr>
      <w:r w:rsidRPr="00BB5AC5">
        <w:rPr>
          <w:rFonts w:asciiTheme="majorHAnsi" w:hAnsiTheme="majorHAnsi" w:cstheme="majorHAnsi"/>
          <w:b/>
          <w:bCs/>
          <w:sz w:val="24"/>
          <w:szCs w:val="24"/>
        </w:rPr>
        <w:t xml:space="preserve">Construction of Farm to Market Access road at Sparta </w:t>
      </w:r>
    </w:p>
    <w:p w:rsidR="00BB5AC5" w:rsidRPr="00BB5AC5" w:rsidRDefault="00254BB8" w:rsidP="00BB5AC5">
      <w:pPr>
        <w:rPr>
          <w:rFonts w:asciiTheme="majorHAnsi" w:hAnsiTheme="majorHAnsi" w:cstheme="majorHAnsi"/>
          <w:sz w:val="24"/>
          <w:szCs w:val="24"/>
        </w:rPr>
      </w:pPr>
      <w:r w:rsidRPr="00BB5AC5">
        <w:rPr>
          <w:rFonts w:asciiTheme="majorHAnsi" w:hAnsiTheme="majorHAnsi" w:cstheme="majorHAnsi"/>
          <w:sz w:val="24"/>
          <w:szCs w:val="24"/>
        </w:rPr>
        <w:t>Number of persons impacted: 80| 2025 | $19,142,655</w:t>
      </w:r>
    </w:p>
    <w:p w:rsidR="00BB5AC5" w:rsidRDefault="00254BB8" w:rsidP="00BB5AC5">
      <w:pPr>
        <w:rPr>
          <w:rFonts w:asciiTheme="majorHAnsi" w:hAnsiTheme="majorHAnsi" w:cstheme="majorHAnsi"/>
          <w:sz w:val="24"/>
          <w:szCs w:val="24"/>
        </w:rPr>
      </w:pPr>
    </w:p>
    <w:p w:rsidR="00BB5AC5" w:rsidRPr="00BB5AC5" w:rsidRDefault="00254BB8" w:rsidP="00BB5AC5">
      <w:pPr>
        <w:rPr>
          <w:rFonts w:asciiTheme="majorHAnsi" w:hAnsiTheme="majorHAnsi" w:cstheme="majorHAnsi"/>
          <w:b/>
          <w:bCs/>
          <w:sz w:val="24"/>
          <w:szCs w:val="24"/>
        </w:rPr>
      </w:pPr>
      <w:r w:rsidRPr="00BB5AC5">
        <w:rPr>
          <w:rFonts w:asciiTheme="majorHAnsi" w:hAnsiTheme="majorHAnsi" w:cstheme="majorHAnsi"/>
          <w:b/>
          <w:bCs/>
          <w:sz w:val="24"/>
          <w:szCs w:val="24"/>
        </w:rPr>
        <w:t xml:space="preserve">Rehabilitation of high-level Sluice at </w:t>
      </w:r>
      <w:proofErr w:type="spellStart"/>
      <w:r w:rsidRPr="00BB5AC5">
        <w:rPr>
          <w:rFonts w:asciiTheme="majorHAnsi" w:hAnsiTheme="majorHAnsi" w:cstheme="majorHAnsi"/>
          <w:b/>
          <w:bCs/>
          <w:sz w:val="24"/>
          <w:szCs w:val="24"/>
        </w:rPr>
        <w:t>Capoey</w:t>
      </w:r>
      <w:proofErr w:type="spellEnd"/>
    </w:p>
    <w:p w:rsidR="00BB5AC5" w:rsidRDefault="00254BB8" w:rsidP="00BB5AC5">
      <w:pPr>
        <w:rPr>
          <w:rFonts w:asciiTheme="majorHAnsi" w:hAnsiTheme="majorHAnsi" w:cstheme="majorHAnsi"/>
          <w:sz w:val="24"/>
          <w:szCs w:val="24"/>
        </w:rPr>
      </w:pPr>
      <w:r w:rsidRPr="00BB5AC5">
        <w:rPr>
          <w:rFonts w:asciiTheme="majorHAnsi" w:hAnsiTheme="majorHAnsi" w:cstheme="majorHAnsi"/>
          <w:sz w:val="24"/>
          <w:szCs w:val="24"/>
        </w:rPr>
        <w:t>Number of persons impacted: 200| 2025 | $ 36,091,493</w:t>
      </w:r>
    </w:p>
    <w:p w:rsidR="005C7409" w:rsidRDefault="00254BB8" w:rsidP="00BB5AC5">
      <w:pPr>
        <w:rPr>
          <w:rFonts w:asciiTheme="majorHAnsi" w:hAnsiTheme="majorHAnsi" w:cstheme="majorHAnsi"/>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 xml:space="preserve">Rehabilitation of Drainage Structure at Charity </w:t>
      </w:r>
      <w:proofErr w:type="spellStart"/>
      <w:r w:rsidRPr="005C7409">
        <w:rPr>
          <w:rFonts w:asciiTheme="majorHAnsi" w:hAnsiTheme="majorHAnsi" w:cstheme="majorHAnsi"/>
          <w:b/>
          <w:bCs/>
          <w:sz w:val="24"/>
          <w:szCs w:val="24"/>
        </w:rPr>
        <w:t>Riverdam</w:t>
      </w:r>
      <w:proofErr w:type="spellEnd"/>
      <w:r w:rsidRPr="005C7409">
        <w:rPr>
          <w:rFonts w:asciiTheme="majorHAnsi" w:hAnsiTheme="majorHAnsi" w:cstheme="majorHAnsi"/>
          <w:b/>
          <w:bCs/>
          <w:sz w:val="24"/>
          <w:szCs w:val="24"/>
        </w:rPr>
        <w:t xml:space="preserve"> </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 xml:space="preserve">Number of persons impacted: 150| 2026 | $ </w:t>
      </w:r>
      <w:r w:rsidRPr="005C7409">
        <w:rPr>
          <w:rFonts w:asciiTheme="majorHAnsi" w:hAnsiTheme="majorHAnsi" w:cstheme="majorHAnsi"/>
          <w:sz w:val="24"/>
          <w:szCs w:val="24"/>
        </w:rPr>
        <w:t>97,961,800</w:t>
      </w:r>
    </w:p>
    <w:p w:rsidR="005C7409" w:rsidRDefault="00254BB8" w:rsidP="005C7409">
      <w:pPr>
        <w:rPr>
          <w:rFonts w:asciiTheme="majorHAnsi" w:hAnsiTheme="majorHAnsi" w:cstheme="majorHAnsi"/>
          <w:sz w:val="24"/>
          <w:szCs w:val="24"/>
        </w:rPr>
      </w:pP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b/>
          <w:bCs/>
          <w:sz w:val="24"/>
          <w:szCs w:val="24"/>
        </w:rPr>
        <w:lastRenderedPageBreak/>
        <w:t xml:space="preserve">Construction of Farm to Market Road at Walton Hall to Hampton Court Cross, Essequibo Coast, </w:t>
      </w:r>
      <w:r w:rsidRPr="005C7409">
        <w:rPr>
          <w:rFonts w:asciiTheme="majorHAnsi" w:hAnsiTheme="majorHAnsi" w:cstheme="majorHAnsi"/>
          <w:sz w:val="24"/>
          <w:szCs w:val="24"/>
        </w:rPr>
        <w:t>Region No.2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persons impacted: 100| 2026 | $ 92,035,566</w:t>
      </w:r>
    </w:p>
    <w:p w:rsidR="005C7409" w:rsidRDefault="00254BB8" w:rsidP="005C7409">
      <w:pPr>
        <w:rPr>
          <w:rFonts w:asciiTheme="majorHAnsi" w:hAnsiTheme="majorHAnsi" w:cstheme="majorHAnsi"/>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Construction of Revetment at Perseverance, Essequibo Coast, Region No.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w:t>
      </w:r>
      <w:r w:rsidRPr="005C7409">
        <w:rPr>
          <w:rFonts w:asciiTheme="majorHAnsi" w:hAnsiTheme="majorHAnsi" w:cstheme="majorHAnsi"/>
          <w:sz w:val="24"/>
          <w:szCs w:val="24"/>
        </w:rPr>
        <w:t>sons impacted: 10| 2026 | $ 19,706,820</w:t>
      </w:r>
    </w:p>
    <w:p w:rsidR="005C7409" w:rsidRDefault="00254BB8" w:rsidP="005C7409">
      <w:pPr>
        <w:rPr>
          <w:rFonts w:asciiTheme="majorHAnsi" w:hAnsiTheme="majorHAnsi" w:cstheme="majorHAnsi"/>
          <w:b/>
          <w:bCs/>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Construction of Revetment at Somerset and Berks, Essequibo Coast, Region No.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persons impacted: 10| 2026 | $20,352,675</w:t>
      </w:r>
    </w:p>
    <w:p w:rsidR="005C7409" w:rsidRDefault="00254BB8" w:rsidP="005C7409">
      <w:pPr>
        <w:rPr>
          <w:rFonts w:asciiTheme="majorHAnsi" w:hAnsiTheme="majorHAnsi" w:cstheme="majorHAnsi"/>
          <w:b/>
          <w:bCs/>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Construction of Timber Bridge at Reliance, Essequibo Coast, Region No.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w:t>
      </w:r>
      <w:r w:rsidRPr="005C7409">
        <w:rPr>
          <w:rFonts w:asciiTheme="majorHAnsi" w:hAnsiTheme="majorHAnsi" w:cstheme="majorHAnsi"/>
          <w:sz w:val="24"/>
          <w:szCs w:val="24"/>
        </w:rPr>
        <w:t>rsons impacted: 40| 2026 | $32,890,200</w:t>
      </w:r>
    </w:p>
    <w:p w:rsidR="005C7409" w:rsidRDefault="00254BB8" w:rsidP="005C7409">
      <w:pPr>
        <w:rPr>
          <w:rFonts w:asciiTheme="majorHAnsi" w:hAnsiTheme="majorHAnsi" w:cstheme="majorHAnsi"/>
          <w:b/>
          <w:bCs/>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Construction of Drainage Structure at Andrews, Essequibo Coast, Region No.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persons impacted: 10| 2026 | $ 37,967,895</w:t>
      </w:r>
    </w:p>
    <w:p w:rsidR="005C7409" w:rsidRDefault="00254BB8" w:rsidP="005C7409">
      <w:pPr>
        <w:rPr>
          <w:rFonts w:asciiTheme="majorHAnsi" w:hAnsiTheme="majorHAnsi" w:cstheme="majorHAnsi"/>
          <w:b/>
          <w:bCs/>
          <w:sz w:val="24"/>
          <w:szCs w:val="24"/>
        </w:rPr>
      </w:pPr>
    </w:p>
    <w:p w:rsidR="005C7409" w:rsidRDefault="00254BB8" w:rsidP="005C7409">
      <w:pPr>
        <w:rPr>
          <w:rFonts w:asciiTheme="majorHAnsi" w:hAnsiTheme="majorHAnsi" w:cstheme="majorHAnsi"/>
          <w:b/>
          <w:bCs/>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Construction of Timber Bridge at Dartmouth, Essequibo Coast, Region No.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w:t>
      </w:r>
      <w:r w:rsidRPr="005C7409">
        <w:rPr>
          <w:rFonts w:asciiTheme="majorHAnsi" w:hAnsiTheme="majorHAnsi" w:cstheme="majorHAnsi"/>
          <w:sz w:val="24"/>
          <w:szCs w:val="24"/>
        </w:rPr>
        <w:t>ersons impacted: 35| 2026 | $ 28,267,785</w:t>
      </w:r>
    </w:p>
    <w:p w:rsidR="005C7409" w:rsidRDefault="00254BB8" w:rsidP="005C7409">
      <w:pPr>
        <w:rPr>
          <w:rFonts w:asciiTheme="majorHAnsi" w:hAnsiTheme="majorHAnsi" w:cstheme="majorHAnsi"/>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Construction of Timber Bridge at D7, Andrews, Essequibo Coast, Region No.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persons impacted: 35| 2026 | $ 24,242,925</w:t>
      </w:r>
    </w:p>
    <w:p w:rsidR="005C7409" w:rsidRDefault="00254BB8" w:rsidP="005C7409">
      <w:pPr>
        <w:rPr>
          <w:rFonts w:asciiTheme="majorHAnsi" w:hAnsiTheme="majorHAnsi" w:cstheme="majorHAnsi"/>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 xml:space="preserve">Excavation of Canals and Clearing of Lands at Rear of Lima Sands, Region No. 2. Lots </w:t>
      </w:r>
      <w:r w:rsidRPr="005C7409">
        <w:rPr>
          <w:rFonts w:asciiTheme="majorHAnsi" w:hAnsiTheme="majorHAnsi" w:cstheme="majorHAnsi"/>
          <w:b/>
          <w:bCs/>
          <w:sz w:val="24"/>
          <w:szCs w:val="24"/>
        </w:rPr>
        <w:t>1- 4</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lastRenderedPageBreak/>
        <w:t>Number of persons impacted: 377| 2026 | $ 235,646,240</w:t>
      </w:r>
    </w:p>
    <w:p w:rsidR="005C7409" w:rsidRDefault="00254BB8" w:rsidP="005C7409">
      <w:pPr>
        <w:rPr>
          <w:rFonts w:asciiTheme="majorHAnsi" w:hAnsiTheme="majorHAnsi" w:cstheme="majorHAnsi"/>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Rehabilitation of Culvert at Lima, Essequibo Coast, Region No.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persons impacted: 200| 2026 | $ 15,956,716</w:t>
      </w:r>
    </w:p>
    <w:p w:rsidR="005C7409" w:rsidRPr="005C7409" w:rsidRDefault="00254BB8" w:rsidP="005C7409">
      <w:pPr>
        <w:rPr>
          <w:rFonts w:asciiTheme="majorHAnsi" w:hAnsiTheme="majorHAnsi" w:cstheme="majorHAnsi"/>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Rehabilitation of Drainage Structure at Lima, Essequibo Coast, Region No.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w:t>
      </w:r>
      <w:r w:rsidRPr="005C7409">
        <w:rPr>
          <w:rFonts w:asciiTheme="majorHAnsi" w:hAnsiTheme="majorHAnsi" w:cstheme="majorHAnsi"/>
          <w:sz w:val="24"/>
          <w:szCs w:val="24"/>
        </w:rPr>
        <w:t>umber of persons impacted: 300| 2026 | $ 20,939,940</w:t>
      </w:r>
    </w:p>
    <w:p w:rsidR="005C7409" w:rsidRDefault="00254BB8" w:rsidP="005C7409">
      <w:pPr>
        <w:rPr>
          <w:rFonts w:asciiTheme="majorHAnsi" w:hAnsiTheme="majorHAnsi" w:cstheme="majorHAnsi"/>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Excavation of Farmland Drains at Rear of Perseverance &amp; Cullen, Region No. 2. Lot 1- North and Lot 2- South</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persons impacted: 32| 2026 | $ 36,024,700</w:t>
      </w:r>
    </w:p>
    <w:p w:rsidR="005C7409" w:rsidRDefault="00254BB8" w:rsidP="005C7409">
      <w:pPr>
        <w:rPr>
          <w:rFonts w:asciiTheme="majorHAnsi" w:hAnsiTheme="majorHAnsi" w:cstheme="majorHAnsi"/>
          <w:sz w:val="24"/>
          <w:szCs w:val="24"/>
        </w:rPr>
      </w:pPr>
    </w:p>
    <w:p w:rsidR="005C7409" w:rsidRPr="008E1467" w:rsidRDefault="00254BB8" w:rsidP="005C7409">
      <w:pPr>
        <w:rPr>
          <w:rFonts w:asciiTheme="majorHAnsi" w:hAnsiTheme="majorHAnsi" w:cstheme="majorHAnsi"/>
          <w:b/>
          <w:bCs/>
          <w:sz w:val="24"/>
          <w:szCs w:val="24"/>
        </w:rPr>
      </w:pPr>
      <w:r w:rsidRPr="008E1467">
        <w:rPr>
          <w:rFonts w:asciiTheme="majorHAnsi" w:hAnsiTheme="majorHAnsi" w:cstheme="majorHAnsi"/>
          <w:b/>
          <w:bCs/>
          <w:sz w:val="24"/>
          <w:szCs w:val="24"/>
        </w:rPr>
        <w:t>Construction of Farm to Market Road at Hib</w:t>
      </w:r>
      <w:r w:rsidRPr="008E1467">
        <w:rPr>
          <w:rFonts w:asciiTheme="majorHAnsi" w:hAnsiTheme="majorHAnsi" w:cstheme="majorHAnsi"/>
          <w:b/>
          <w:bCs/>
          <w:sz w:val="24"/>
          <w:szCs w:val="24"/>
        </w:rPr>
        <w:t>ernia, Essequibo Coast, Region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persons impacted: 20| 2026 | $ 40,369,875</w:t>
      </w:r>
    </w:p>
    <w:p w:rsidR="005C7409" w:rsidRDefault="00254BB8" w:rsidP="005C7409">
      <w:pPr>
        <w:rPr>
          <w:rFonts w:asciiTheme="majorHAnsi" w:hAnsiTheme="majorHAnsi" w:cstheme="majorHAnsi"/>
          <w:b/>
          <w:bCs/>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Construction of Farm to Market Road at Golden Fleece, Essequibo Coast, Region 2</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persons impacted: 44| 2026 | $ 83,648,670</w:t>
      </w:r>
    </w:p>
    <w:p w:rsidR="005C7409" w:rsidRDefault="00254BB8" w:rsidP="005C7409">
      <w:pPr>
        <w:rPr>
          <w:rFonts w:asciiTheme="majorHAnsi" w:hAnsiTheme="majorHAnsi" w:cstheme="majorHAnsi"/>
          <w:b/>
          <w:bCs/>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 xml:space="preserve">Rehabilitation of </w:t>
      </w:r>
      <w:proofErr w:type="spellStart"/>
      <w:r w:rsidRPr="005C7409">
        <w:rPr>
          <w:rFonts w:asciiTheme="majorHAnsi" w:hAnsiTheme="majorHAnsi" w:cstheme="majorHAnsi"/>
          <w:b/>
          <w:bCs/>
          <w:sz w:val="24"/>
          <w:szCs w:val="24"/>
        </w:rPr>
        <w:t>Tapakuma</w:t>
      </w:r>
      <w:proofErr w:type="spellEnd"/>
      <w:r w:rsidRPr="005C7409">
        <w:rPr>
          <w:rFonts w:asciiTheme="majorHAnsi" w:hAnsiTheme="majorHAnsi" w:cstheme="majorHAnsi"/>
          <w:b/>
          <w:bCs/>
          <w:sz w:val="24"/>
          <w:szCs w:val="24"/>
        </w:rPr>
        <w:t xml:space="preserve"> Creek, </w:t>
      </w:r>
      <w:proofErr w:type="spellStart"/>
      <w:r w:rsidRPr="005C7409">
        <w:rPr>
          <w:rFonts w:asciiTheme="majorHAnsi" w:hAnsiTheme="majorHAnsi" w:cstheme="majorHAnsi"/>
          <w:b/>
          <w:bCs/>
          <w:sz w:val="24"/>
          <w:szCs w:val="24"/>
        </w:rPr>
        <w:t>Supernaam</w:t>
      </w:r>
      <w:proofErr w:type="spellEnd"/>
      <w:r w:rsidRPr="005C7409">
        <w:rPr>
          <w:rFonts w:asciiTheme="majorHAnsi" w:hAnsiTheme="majorHAnsi" w:cstheme="majorHAnsi"/>
          <w:b/>
          <w:bCs/>
          <w:sz w:val="24"/>
          <w:szCs w:val="24"/>
        </w:rPr>
        <w:t xml:space="preserve"> River, Region No. 2. Lot1 to 3</w:t>
      </w:r>
    </w:p>
    <w:p w:rsidR="005C7409" w:rsidRPr="005C7409" w:rsidRDefault="00254BB8" w:rsidP="005C7409">
      <w:pPr>
        <w:rPr>
          <w:rFonts w:asciiTheme="majorHAnsi" w:hAnsiTheme="majorHAnsi" w:cstheme="majorHAnsi"/>
          <w:sz w:val="24"/>
          <w:szCs w:val="24"/>
        </w:rPr>
      </w:pPr>
      <w:r w:rsidRPr="005C7409">
        <w:rPr>
          <w:rFonts w:asciiTheme="majorHAnsi" w:hAnsiTheme="majorHAnsi" w:cstheme="majorHAnsi"/>
          <w:sz w:val="24"/>
          <w:szCs w:val="24"/>
        </w:rPr>
        <w:t>Number of persons impacted: 20| 2026 | $ 36,750,000</w:t>
      </w:r>
    </w:p>
    <w:p w:rsidR="005C7409" w:rsidRDefault="00254BB8" w:rsidP="005C7409">
      <w:pPr>
        <w:rPr>
          <w:rFonts w:asciiTheme="majorHAnsi" w:hAnsiTheme="majorHAnsi" w:cstheme="majorHAnsi"/>
          <w:sz w:val="24"/>
          <w:szCs w:val="24"/>
        </w:rPr>
      </w:pPr>
    </w:p>
    <w:p w:rsidR="005C7409" w:rsidRPr="005C7409" w:rsidRDefault="00254BB8" w:rsidP="005C7409">
      <w:pPr>
        <w:rPr>
          <w:rFonts w:asciiTheme="majorHAnsi" w:hAnsiTheme="majorHAnsi" w:cstheme="majorHAnsi"/>
          <w:b/>
          <w:bCs/>
          <w:sz w:val="24"/>
          <w:szCs w:val="24"/>
        </w:rPr>
      </w:pPr>
      <w:r w:rsidRPr="005C7409">
        <w:rPr>
          <w:rFonts w:asciiTheme="majorHAnsi" w:hAnsiTheme="majorHAnsi" w:cstheme="majorHAnsi"/>
          <w:b/>
          <w:bCs/>
          <w:sz w:val="24"/>
          <w:szCs w:val="24"/>
        </w:rPr>
        <w:t xml:space="preserve">Excavation of Drains and Construction of Drainage Structures at </w:t>
      </w:r>
      <w:proofErr w:type="spellStart"/>
      <w:r w:rsidRPr="005C7409">
        <w:rPr>
          <w:rFonts w:asciiTheme="majorHAnsi" w:hAnsiTheme="majorHAnsi" w:cstheme="majorHAnsi"/>
          <w:b/>
          <w:bCs/>
          <w:sz w:val="24"/>
          <w:szCs w:val="24"/>
        </w:rPr>
        <w:t>Supernaam</w:t>
      </w:r>
      <w:proofErr w:type="spellEnd"/>
      <w:r w:rsidRPr="005C7409">
        <w:rPr>
          <w:rFonts w:asciiTheme="majorHAnsi" w:hAnsiTheme="majorHAnsi" w:cstheme="majorHAnsi"/>
          <w:b/>
          <w:bCs/>
          <w:sz w:val="24"/>
          <w:szCs w:val="24"/>
        </w:rPr>
        <w:t xml:space="preserve"> Creek, Region No. 2. Lots 1 to 10</w:t>
      </w:r>
    </w:p>
    <w:p w:rsidR="005C7409" w:rsidRPr="002A3858" w:rsidRDefault="00254BB8" w:rsidP="005C7409">
      <w:pPr>
        <w:rPr>
          <w:rFonts w:asciiTheme="majorHAnsi" w:hAnsiTheme="majorHAnsi" w:cstheme="majorHAnsi"/>
          <w:sz w:val="24"/>
          <w:szCs w:val="24"/>
          <w:highlight w:val="yellow"/>
        </w:rPr>
      </w:pPr>
      <w:r w:rsidRPr="005C7409">
        <w:rPr>
          <w:rFonts w:asciiTheme="majorHAnsi" w:hAnsiTheme="majorHAnsi" w:cstheme="majorHAnsi"/>
          <w:sz w:val="24"/>
          <w:szCs w:val="24"/>
        </w:rPr>
        <w:t>Number of persons impacted: 2095| 2026 | $ 142,233,500</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shd w:val="clear" w:color="auto" w:fill="FCE5CD"/>
        </w:rPr>
        <w:t>Ministry of Agriculture</w:t>
      </w:r>
      <w:r w:rsidRPr="00457E94">
        <w:rPr>
          <w:rFonts w:ascii="Arial" w:eastAsia="Times New Roman" w:hAnsi="Arial" w:cs="Arial"/>
          <w:b/>
          <w:bCs/>
          <w:color w:val="000000"/>
          <w:sz w:val="32"/>
          <w:szCs w:val="32"/>
        </w:rPr>
        <w:t xml:space="preserve"> | 2020 - 2024 | $</w:t>
      </w:r>
      <w:r w:rsidRPr="00457E94">
        <w:rPr>
          <w:rFonts w:ascii="Arial" w:eastAsia="Times New Roman" w:hAnsi="Arial" w:cs="Arial"/>
          <w:b/>
          <w:bCs/>
          <w:color w:val="1F1F1F"/>
          <w:sz w:val="32"/>
          <w:szCs w:val="32"/>
          <w:shd w:val="clear" w:color="auto" w:fill="FFFFFF"/>
        </w:rPr>
        <w:t>7,843,455,465</w:t>
      </w:r>
      <w:r w:rsidRPr="00457E94">
        <w:rPr>
          <w:rFonts w:ascii="Arial" w:eastAsia="Times New Roman" w:hAnsi="Arial" w:cs="Arial"/>
          <w:b/>
          <w:bCs/>
          <w:color w:val="000000"/>
          <w:sz w:val="32"/>
          <w:szCs w:val="32"/>
        </w:rPr>
        <w:t>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lastRenderedPageBreak/>
        <w:t>GUYANA RICE DEVELOPMENT BOARD | $38,185,000| 2022 –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w:t>
      </w:r>
      <w:r w:rsidRPr="00457E94">
        <w:rPr>
          <w:rFonts w:ascii="Arial" w:eastAsia="Times New Roman" w:hAnsi="Arial" w:cs="Arial"/>
          <w:color w:val="000000"/>
          <w:sz w:val="32"/>
          <w:szCs w:val="32"/>
        </w:rPr>
        <w:tab/>
        <w:t xml:space="preserve">Name of Project - construction of Two (2) Concrete Drying Floors in </w:t>
      </w:r>
      <w:proofErr w:type="spellStart"/>
      <w:r w:rsidRPr="00457E94">
        <w:rPr>
          <w:rFonts w:ascii="Arial" w:eastAsia="Times New Roman" w:hAnsi="Arial" w:cs="Arial"/>
          <w:color w:val="000000"/>
          <w:sz w:val="32"/>
          <w:szCs w:val="32"/>
        </w:rPr>
        <w:t>Wakenaam</w:t>
      </w:r>
      <w:proofErr w:type="spellEnd"/>
      <w:r w:rsidRPr="00457E94">
        <w:rPr>
          <w:rFonts w:ascii="Arial" w:eastAsia="Times New Roman" w:hAnsi="Arial" w:cs="Arial"/>
          <w:color w:val="000000"/>
          <w:sz w:val="32"/>
          <w:szCs w:val="32"/>
        </w:rPr>
        <w:t>, and Hague Back| 2021 – 2023|$64.5M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2.</w:t>
      </w:r>
      <w:r w:rsidRPr="00457E94">
        <w:rPr>
          <w:rFonts w:ascii="Arial" w:eastAsia="Times New Roman" w:hAnsi="Arial" w:cs="Arial"/>
          <w:color w:val="000000"/>
          <w:sz w:val="32"/>
          <w:szCs w:val="32"/>
        </w:rPr>
        <w:tab/>
      </w:r>
      <w:r w:rsidRPr="00457E94">
        <w:rPr>
          <w:rFonts w:ascii="Arial" w:eastAsia="Times New Roman" w:hAnsi="Arial" w:cs="Arial"/>
          <w:color w:val="000000"/>
          <w:sz w:val="32"/>
          <w:szCs w:val="32"/>
        </w:rPr>
        <w:t>Name of project:  Flood Relief Programme| 328 farmers | 2021 – 2023 | $147.4M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3.</w:t>
      </w:r>
      <w:r w:rsidRPr="00457E94">
        <w:rPr>
          <w:rFonts w:ascii="Arial" w:eastAsia="Times New Roman" w:hAnsi="Arial" w:cs="Arial"/>
          <w:color w:val="000000"/>
          <w:sz w:val="32"/>
          <w:szCs w:val="32"/>
        </w:rPr>
        <w:tab/>
        <w:t>Name of project: Purchase Boat &amp; Engine to Support Extension Service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Farmers and extension workers benefiting from enhanced service delivery| 2021</w:t>
      </w:r>
      <w:r w:rsidRPr="00457E94">
        <w:rPr>
          <w:rFonts w:ascii="Arial" w:eastAsia="Times New Roman" w:hAnsi="Arial" w:cs="Arial"/>
          <w:color w:val="000000"/>
          <w:sz w:val="32"/>
          <w:szCs w:val="32"/>
        </w:rPr>
        <w:t xml:space="preserve"> – </w:t>
      </w:r>
      <w:proofErr w:type="gramStart"/>
      <w:r w:rsidRPr="00457E94">
        <w:rPr>
          <w:rFonts w:ascii="Arial" w:eastAsia="Times New Roman" w:hAnsi="Arial" w:cs="Arial"/>
          <w:color w:val="000000"/>
          <w:sz w:val="32"/>
          <w:szCs w:val="32"/>
        </w:rPr>
        <w:t>2023  |</w:t>
      </w:r>
      <w:proofErr w:type="gramEnd"/>
      <w:r w:rsidRPr="00457E94">
        <w:rPr>
          <w:rFonts w:ascii="Arial" w:eastAsia="Times New Roman" w:hAnsi="Arial" w:cs="Arial"/>
          <w:color w:val="000000"/>
          <w:sz w:val="32"/>
          <w:szCs w:val="32"/>
        </w:rPr>
        <w:t xml:space="preserve"> Total funding not specified</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4.</w:t>
      </w:r>
      <w:r w:rsidRPr="00457E94">
        <w:rPr>
          <w:rFonts w:ascii="Arial" w:eastAsia="Times New Roman" w:hAnsi="Arial" w:cs="Arial"/>
          <w:color w:val="000000"/>
          <w:sz w:val="32"/>
          <w:szCs w:val="32"/>
        </w:rPr>
        <w:tab/>
        <w:t>Name of project: Seed Paddy Assistance/Flood Relief Programme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61 farmers | 2021 – 2023 | 444 bags of seed paddy provided free of cost</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5.</w:t>
      </w:r>
      <w:r w:rsidRPr="00457E94">
        <w:rPr>
          <w:rFonts w:ascii="Arial" w:eastAsia="Times New Roman" w:hAnsi="Arial" w:cs="Arial"/>
          <w:color w:val="000000"/>
          <w:sz w:val="32"/>
          <w:szCs w:val="32"/>
        </w:rPr>
        <w:tab/>
        <w:t>Name of project: Fertilizer Assistance Programm</w:t>
      </w:r>
      <w:r w:rsidRPr="00457E94">
        <w:rPr>
          <w:rFonts w:ascii="Arial" w:eastAsia="Times New Roman" w:hAnsi="Arial" w:cs="Arial"/>
          <w:color w:val="000000"/>
          <w:sz w:val="32"/>
          <w:szCs w:val="32"/>
        </w:rPr>
        <w: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616 farmers| 2021 – 2023 | Total Investment: 8,187 bags of fertilizer distributed</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6.</w:t>
      </w:r>
      <w:r w:rsidRPr="00457E94">
        <w:rPr>
          <w:rFonts w:ascii="Arial" w:eastAsia="Times New Roman" w:hAnsi="Arial" w:cs="Arial"/>
          <w:color w:val="000000"/>
          <w:sz w:val="32"/>
          <w:szCs w:val="32"/>
        </w:rPr>
        <w:tab/>
        <w:t>Name of project: Fertilizer Assistance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440 farmers| 2024 |Total Investment: 6,413 bags of fertilizer dist</w:t>
      </w:r>
      <w:r w:rsidRPr="00457E94">
        <w:rPr>
          <w:rFonts w:ascii="Arial" w:eastAsia="Times New Roman" w:hAnsi="Arial" w:cs="Arial"/>
          <w:color w:val="000000"/>
          <w:sz w:val="32"/>
          <w:szCs w:val="32"/>
        </w:rPr>
        <w:t>ributed</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7.</w:t>
      </w:r>
      <w:r w:rsidRPr="00457E94">
        <w:rPr>
          <w:rFonts w:ascii="Arial" w:eastAsia="Times New Roman" w:hAnsi="Arial" w:cs="Arial"/>
          <w:color w:val="000000"/>
          <w:sz w:val="32"/>
          <w:szCs w:val="32"/>
        </w:rPr>
        <w:tab/>
        <w:t>Name of project: Provision of Technical Assistance to Farmers</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lastRenderedPageBreak/>
        <w:t>Number of persons impacted: Farmers throughout Region 3 | Ongoing | Total Investment: [Ongoing operational costs for extension services and trainings, specific funding not detailed</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254BB8" w:rsidRDefault="00254BB8" w:rsidP="00457E94">
      <w:pPr>
        <w:spacing w:before="240" w:after="0" w:line="240" w:lineRule="auto"/>
        <w:jc w:val="both"/>
        <w:rPr>
          <w:rFonts w:ascii="Times New Roman" w:eastAsia="Times New Roman" w:hAnsi="Times New Roman" w:cs="Times New Roman"/>
          <w:sz w:val="24"/>
          <w:szCs w:val="24"/>
          <w:lang w:val="es-EC"/>
        </w:rPr>
      </w:pPr>
      <w:proofErr w:type="gramStart"/>
      <w:r w:rsidRPr="00254BB8">
        <w:rPr>
          <w:rFonts w:ascii="Arial" w:eastAsia="Times New Roman" w:hAnsi="Arial" w:cs="Arial"/>
          <w:b/>
          <w:bCs/>
          <w:color w:val="000000"/>
          <w:sz w:val="32"/>
          <w:szCs w:val="32"/>
          <w:lang w:val="es-EC"/>
        </w:rPr>
        <w:t>TOTAL</w:t>
      </w:r>
      <w:proofErr w:type="gramEnd"/>
      <w:r w:rsidRPr="00254BB8">
        <w:rPr>
          <w:rFonts w:ascii="Arial" w:eastAsia="Times New Roman" w:hAnsi="Arial" w:cs="Arial"/>
          <w:b/>
          <w:bCs/>
          <w:color w:val="000000"/>
          <w:sz w:val="32"/>
          <w:szCs w:val="32"/>
          <w:lang w:val="es-EC"/>
        </w:rPr>
        <w:t xml:space="preserve"> GRDB:      $ 38,185,000| 2022 - 2024</w:t>
      </w:r>
    </w:p>
    <w:p w:rsidR="00457E94" w:rsidRPr="00254BB8" w:rsidRDefault="00254BB8" w:rsidP="00457E94">
      <w:pPr>
        <w:spacing w:after="240" w:line="240" w:lineRule="auto"/>
        <w:rPr>
          <w:rFonts w:ascii="Times New Roman" w:eastAsia="Times New Roman" w:hAnsi="Times New Roman" w:cs="Times New Roman"/>
          <w:sz w:val="24"/>
          <w:szCs w:val="24"/>
          <w:lang w:val="es-EC"/>
        </w:rPr>
      </w:pPr>
    </w:p>
    <w:p w:rsidR="00457E94" w:rsidRPr="00254BB8" w:rsidRDefault="00254BB8" w:rsidP="00457E94">
      <w:pPr>
        <w:spacing w:before="240" w:after="0" w:line="240" w:lineRule="auto"/>
        <w:jc w:val="both"/>
        <w:rPr>
          <w:rFonts w:ascii="Times New Roman" w:eastAsia="Times New Roman" w:hAnsi="Times New Roman" w:cs="Times New Roman"/>
          <w:sz w:val="24"/>
          <w:szCs w:val="24"/>
          <w:lang w:val="es-EC"/>
        </w:rPr>
      </w:pPr>
      <w:r w:rsidRPr="00254BB8">
        <w:rPr>
          <w:rFonts w:ascii="Arial" w:eastAsia="Times New Roman" w:hAnsi="Arial" w:cs="Arial"/>
          <w:b/>
          <w:bCs/>
          <w:color w:val="000000"/>
          <w:sz w:val="32"/>
          <w:szCs w:val="32"/>
          <w:lang w:val="es-EC"/>
        </w:rPr>
        <w:t>GUYANA SUGAR CORPORATION| $ 497,700,000| 2022 - 2024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w:t>
      </w:r>
      <w:r w:rsidRPr="00457E94">
        <w:rPr>
          <w:rFonts w:ascii="Arial" w:eastAsia="Times New Roman" w:hAnsi="Arial" w:cs="Arial"/>
          <w:color w:val="000000"/>
          <w:sz w:val="32"/>
          <w:szCs w:val="32"/>
        </w:rPr>
        <w:tab/>
        <w:t xml:space="preserve">Name of project: Mechanization of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Estate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1,210 employees (including 200 new entrants) | 2020 – 2023 | $852M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2.</w:t>
      </w:r>
      <w:r w:rsidRPr="00457E94">
        <w:rPr>
          <w:rFonts w:ascii="Arial" w:eastAsia="Times New Roman" w:hAnsi="Arial" w:cs="Arial"/>
          <w:color w:val="000000"/>
          <w:sz w:val="32"/>
          <w:szCs w:val="32"/>
        </w:rPr>
        <w:tab/>
      </w:r>
      <w:r w:rsidRPr="00457E94">
        <w:rPr>
          <w:rFonts w:ascii="Arial" w:eastAsia="Times New Roman" w:hAnsi="Arial" w:cs="Arial"/>
          <w:color w:val="000000"/>
          <w:sz w:val="32"/>
          <w:szCs w:val="32"/>
        </w:rPr>
        <w:t xml:space="preserve">Name of project: Additional Investments in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Estate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1,210 employees and farmers leasing land | 2024| $497.7M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3.</w:t>
      </w:r>
      <w:r w:rsidRPr="00457E94">
        <w:rPr>
          <w:rFonts w:ascii="Arial" w:eastAsia="Times New Roman" w:hAnsi="Arial" w:cs="Arial"/>
          <w:color w:val="000000"/>
          <w:sz w:val="32"/>
          <w:szCs w:val="32"/>
        </w:rPr>
        <w:tab/>
        <w:t xml:space="preserve">Name of project: Land Leasing for Farmers at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Estate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persons impacted: 28 farmers leasing </w:t>
      </w:r>
      <w:r w:rsidRPr="00457E94">
        <w:rPr>
          <w:rFonts w:ascii="Arial" w:eastAsia="Times New Roman" w:hAnsi="Arial" w:cs="Arial"/>
          <w:color w:val="000000"/>
          <w:sz w:val="32"/>
          <w:szCs w:val="32"/>
        </w:rPr>
        <w:t xml:space="preserve">3,303 hectares which adds to the 225 hectares cultivated by farmers on the West Bank of </w:t>
      </w:r>
      <w:proofErr w:type="spellStart"/>
      <w:r w:rsidRPr="00457E94">
        <w:rPr>
          <w:rFonts w:ascii="Arial" w:eastAsia="Times New Roman" w:hAnsi="Arial" w:cs="Arial"/>
          <w:color w:val="000000"/>
          <w:sz w:val="32"/>
          <w:szCs w:val="32"/>
        </w:rPr>
        <w:t>Demerara</w:t>
      </w:r>
      <w:proofErr w:type="spellEnd"/>
      <w:r w:rsidRPr="00457E94">
        <w:rPr>
          <w:rFonts w:ascii="Arial" w:eastAsia="Times New Roman" w:hAnsi="Arial" w:cs="Arial"/>
          <w:color w:val="000000"/>
          <w:sz w:val="32"/>
          <w:szCs w:val="32"/>
        </w:rPr>
        <w:t xml:space="preserve"> |Ongoing| </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4.</w:t>
      </w:r>
      <w:r w:rsidRPr="00457E94">
        <w:rPr>
          <w:rFonts w:ascii="Arial" w:eastAsia="Times New Roman" w:hAnsi="Arial" w:cs="Arial"/>
          <w:color w:val="000000"/>
          <w:sz w:val="32"/>
          <w:szCs w:val="32"/>
        </w:rPr>
        <w:tab/>
        <w:t xml:space="preserve">Name of project: Ethanol Feasibility Study at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Factory</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Future impact on factory operations and employees |St</w:t>
      </w:r>
      <w:r w:rsidRPr="00457E94">
        <w:rPr>
          <w:rFonts w:ascii="Arial" w:eastAsia="Times New Roman" w:hAnsi="Arial" w:cs="Arial"/>
          <w:color w:val="000000"/>
          <w:sz w:val="32"/>
          <w:szCs w:val="32"/>
        </w:rPr>
        <w:t>udy in progress (The Expression of Interest (EOI) is to be discussed with the Executive Management on the way forward) |</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5.</w:t>
      </w:r>
      <w:r w:rsidRPr="00457E94">
        <w:rPr>
          <w:rFonts w:ascii="Arial" w:eastAsia="Times New Roman" w:hAnsi="Arial" w:cs="Arial"/>
          <w:color w:val="000000"/>
          <w:sz w:val="32"/>
          <w:szCs w:val="32"/>
        </w:rPr>
        <w:tab/>
        <w:t>Name of project: Rehabilitation of Factory Building and Roof</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lastRenderedPageBreak/>
        <w:t xml:space="preserve">Number of persons impacted: Factory workers and surrounding community </w:t>
      </w:r>
      <w:r w:rsidRPr="00457E94">
        <w:rPr>
          <w:rFonts w:ascii="Arial" w:eastAsia="Times New Roman" w:hAnsi="Arial" w:cs="Arial"/>
          <w:color w:val="000000"/>
          <w:sz w:val="32"/>
          <w:szCs w:val="32"/>
        </w:rPr>
        <w:t>|2021 – 2023| $39.1M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6.</w:t>
      </w:r>
      <w:r w:rsidRPr="00457E94">
        <w:rPr>
          <w:rFonts w:ascii="Arial" w:eastAsia="Times New Roman" w:hAnsi="Arial" w:cs="Arial"/>
          <w:color w:val="000000"/>
          <w:sz w:val="32"/>
          <w:szCs w:val="32"/>
        </w:rPr>
        <w:tab/>
        <w:t xml:space="preserve">Name of project: Construction of 300M Light Duty Revetment at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Estate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Estate workers and local community |2021 – 2023| $17M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7.</w:t>
      </w:r>
      <w:r w:rsidRPr="00457E94">
        <w:rPr>
          <w:rFonts w:ascii="Arial" w:eastAsia="Times New Roman" w:hAnsi="Arial" w:cs="Arial"/>
          <w:color w:val="000000"/>
          <w:sz w:val="32"/>
          <w:szCs w:val="32"/>
        </w:rPr>
        <w:tab/>
        <w:t>Name of project: Factory Rehabilitation – Steam Turbine and Centrif</w:t>
      </w:r>
      <w:r w:rsidRPr="00457E94">
        <w:rPr>
          <w:rFonts w:ascii="Arial" w:eastAsia="Times New Roman" w:hAnsi="Arial" w:cs="Arial"/>
          <w:color w:val="000000"/>
          <w:sz w:val="32"/>
          <w:szCs w:val="32"/>
        </w:rPr>
        <w:t>ugal Replacement</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Factory workers and operations|2021 – 2023| Total Investment: $56M (Steam Turbine), $34.2M (Centrifugal Replacement)</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8.</w:t>
      </w:r>
      <w:r w:rsidRPr="00457E94">
        <w:rPr>
          <w:rFonts w:ascii="Arial" w:eastAsia="Times New Roman" w:hAnsi="Arial" w:cs="Arial"/>
          <w:color w:val="000000"/>
          <w:sz w:val="32"/>
          <w:szCs w:val="32"/>
        </w:rPr>
        <w:tab/>
        <w:t xml:space="preserve">Name of project: Construction of 40M Heavy Duty Revetment at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Estate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w:t>
      </w:r>
      <w:r w:rsidRPr="00457E94">
        <w:rPr>
          <w:rFonts w:ascii="Arial" w:eastAsia="Times New Roman" w:hAnsi="Arial" w:cs="Arial"/>
          <w:color w:val="000000"/>
          <w:sz w:val="32"/>
          <w:szCs w:val="32"/>
        </w:rPr>
        <w:t>persons impacted: Estate workers and local community |2021 – 2023| $13.8M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9.</w:t>
      </w:r>
      <w:r w:rsidRPr="00457E94">
        <w:rPr>
          <w:rFonts w:ascii="Arial" w:eastAsia="Times New Roman" w:hAnsi="Arial" w:cs="Arial"/>
          <w:color w:val="000000"/>
          <w:sz w:val="32"/>
          <w:szCs w:val="32"/>
        </w:rPr>
        <w:tab/>
        <w:t>Name of project: Procurement and Installation of 80 Cusec Mobile Drainage Pump</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Estate operations and surrounding community |2021 – 2023| $85M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10.</w:t>
      </w:r>
      <w:r w:rsidRPr="00457E94">
        <w:rPr>
          <w:rFonts w:ascii="Arial" w:eastAsia="Times New Roman" w:hAnsi="Arial" w:cs="Arial"/>
          <w:color w:val="000000"/>
          <w:sz w:val="32"/>
          <w:szCs w:val="32"/>
        </w:rPr>
        <w:tab/>
        <w:t>Nam</w:t>
      </w:r>
      <w:r w:rsidRPr="00457E94">
        <w:rPr>
          <w:rFonts w:ascii="Arial" w:eastAsia="Times New Roman" w:hAnsi="Arial" w:cs="Arial"/>
          <w:color w:val="000000"/>
          <w:sz w:val="32"/>
          <w:szCs w:val="32"/>
        </w:rPr>
        <w:t xml:space="preserve">e of project: Acquisition of Field Equipment for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Estate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Estate workers and operational efficiency|2024|$168.4M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lastRenderedPageBreak/>
        <w:t>11.</w:t>
      </w:r>
      <w:r w:rsidRPr="00457E94">
        <w:rPr>
          <w:rFonts w:ascii="Arial" w:eastAsia="Times New Roman" w:hAnsi="Arial" w:cs="Arial"/>
          <w:color w:val="000000"/>
          <w:sz w:val="32"/>
          <w:szCs w:val="32"/>
        </w:rPr>
        <w:tab/>
        <w:t xml:space="preserve">Name of project: Rehabilitation of Bridges at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Estate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persons impacted: Estate </w:t>
      </w:r>
      <w:r w:rsidRPr="00457E94">
        <w:rPr>
          <w:rFonts w:ascii="Arial" w:eastAsia="Times New Roman" w:hAnsi="Arial" w:cs="Arial"/>
          <w:color w:val="000000"/>
          <w:sz w:val="32"/>
          <w:szCs w:val="32"/>
        </w:rPr>
        <w:t>workers and surrounding community|2024| $15M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12.</w:t>
      </w:r>
      <w:r w:rsidRPr="00457E94">
        <w:rPr>
          <w:rFonts w:ascii="Arial" w:eastAsia="Times New Roman" w:hAnsi="Arial" w:cs="Arial"/>
          <w:color w:val="000000"/>
          <w:sz w:val="32"/>
          <w:szCs w:val="32"/>
        </w:rPr>
        <w:tab/>
        <w:t>Name of project: Acquisition of Major Factory Components and Equipment</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Factory operations and workers |2024| $249.2M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13.</w:t>
      </w:r>
      <w:r w:rsidRPr="00457E94">
        <w:rPr>
          <w:rFonts w:ascii="Arial" w:eastAsia="Times New Roman" w:hAnsi="Arial" w:cs="Arial"/>
          <w:color w:val="000000"/>
          <w:sz w:val="32"/>
          <w:szCs w:val="32"/>
        </w:rPr>
        <w:tab/>
        <w:t>Name of project: Installation of Molasses Condition Tank</w:t>
      </w:r>
      <w:r w:rsidRPr="00457E94">
        <w:rPr>
          <w:rFonts w:ascii="Arial" w:eastAsia="Times New Roman" w:hAnsi="Arial" w:cs="Arial"/>
          <w:color w:val="000000"/>
          <w:sz w:val="32"/>
          <w:szCs w:val="32"/>
        </w:rPr>
        <w:t xml:space="preserve"> at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Estate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Factory operations and workers |2024|$10M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14.</w:t>
      </w:r>
      <w:r w:rsidRPr="00457E94">
        <w:rPr>
          <w:rFonts w:ascii="Arial" w:eastAsia="Times New Roman" w:hAnsi="Arial" w:cs="Arial"/>
          <w:color w:val="000000"/>
          <w:sz w:val="32"/>
          <w:szCs w:val="32"/>
        </w:rPr>
        <w:tab/>
        <w:t xml:space="preserve">Name of project: Construction of 200M Light Duty Revetment at </w:t>
      </w:r>
      <w:proofErr w:type="spellStart"/>
      <w:r w:rsidRPr="00457E94">
        <w:rPr>
          <w:rFonts w:ascii="Arial" w:eastAsia="Times New Roman" w:hAnsi="Arial" w:cs="Arial"/>
          <w:color w:val="000000"/>
          <w:sz w:val="32"/>
          <w:szCs w:val="32"/>
        </w:rPr>
        <w:t>Uitvlugt</w:t>
      </w:r>
      <w:proofErr w:type="spellEnd"/>
      <w:r w:rsidRPr="00457E94">
        <w:rPr>
          <w:rFonts w:ascii="Arial" w:eastAsia="Times New Roman" w:hAnsi="Arial" w:cs="Arial"/>
          <w:color w:val="000000"/>
          <w:sz w:val="32"/>
          <w:szCs w:val="32"/>
        </w:rPr>
        <w:t xml:space="preserve"> Estate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Estate workers and local community|2024| $12.4M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t xml:space="preserve">TOTAL </w:t>
      </w:r>
      <w:proofErr w:type="spellStart"/>
      <w:r w:rsidRPr="00457E94">
        <w:rPr>
          <w:rFonts w:ascii="Arial" w:eastAsia="Times New Roman" w:hAnsi="Arial" w:cs="Arial"/>
          <w:b/>
          <w:bCs/>
          <w:color w:val="000000"/>
          <w:sz w:val="32"/>
          <w:szCs w:val="32"/>
        </w:rPr>
        <w:t>GuySuCo</w:t>
      </w:r>
      <w:proofErr w:type="spellEnd"/>
      <w:r w:rsidRPr="00457E94">
        <w:rPr>
          <w:rFonts w:ascii="Arial" w:eastAsia="Times New Roman" w:hAnsi="Arial" w:cs="Arial"/>
          <w:b/>
          <w:bCs/>
          <w:color w:val="000000"/>
          <w:sz w:val="32"/>
          <w:szCs w:val="32"/>
        </w:rPr>
        <w:t>: $ 497,700,000| 2022 – 2024</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t>National Drainage and Irrigation Authority | $2,719,889,405 | 2022 –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w:t>
      </w:r>
      <w:r w:rsidRPr="00457E94">
        <w:rPr>
          <w:rFonts w:ascii="Arial" w:eastAsia="Times New Roman" w:hAnsi="Arial" w:cs="Arial"/>
          <w:color w:val="000000"/>
          <w:sz w:val="32"/>
          <w:szCs w:val="32"/>
        </w:rPr>
        <w:tab/>
        <w:t>Name of Project: Regional Drainage and Irrigation Works |2023 –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$2.7Bln</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2.</w:t>
      </w:r>
      <w:r w:rsidRPr="00457E94">
        <w:rPr>
          <w:rFonts w:ascii="Arial" w:eastAsia="Times New Roman" w:hAnsi="Arial" w:cs="Arial"/>
          <w:color w:val="000000"/>
          <w:sz w:val="32"/>
          <w:szCs w:val="32"/>
        </w:rPr>
        <w:tab/>
        <w:t>Name of Project: Ongoing Drainage and Irrigation Projects |2</w:t>
      </w:r>
      <w:r w:rsidRPr="00457E94">
        <w:rPr>
          <w:rFonts w:ascii="Arial" w:eastAsia="Times New Roman" w:hAnsi="Arial" w:cs="Arial"/>
          <w:color w:val="000000"/>
          <w:sz w:val="32"/>
          <w:szCs w:val="32"/>
        </w:rPr>
        <w:t>023| $1.9Bln</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3.</w:t>
      </w:r>
      <w:r w:rsidRPr="00457E94">
        <w:rPr>
          <w:rFonts w:ascii="Arial" w:eastAsia="Times New Roman" w:hAnsi="Arial" w:cs="Arial"/>
          <w:color w:val="000000"/>
          <w:sz w:val="32"/>
          <w:szCs w:val="32"/>
        </w:rPr>
        <w:tab/>
        <w:t>Name of Project: Construction of Pump Station at Greenwich Park/Barnwell Area, EBE |2023| $110M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4.</w:t>
      </w:r>
      <w:r w:rsidRPr="00457E94">
        <w:rPr>
          <w:rFonts w:ascii="Arial" w:eastAsia="Times New Roman" w:hAnsi="Arial" w:cs="Arial"/>
          <w:color w:val="000000"/>
          <w:sz w:val="32"/>
          <w:szCs w:val="32"/>
        </w:rPr>
        <w:tab/>
        <w:t>Name of Project: Construction of Pump Station at A-Line Sluice, WBD, Canal #1 Southern side |2023| $61.8M and $200M respectively</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5.</w:t>
      </w:r>
      <w:r w:rsidRPr="00457E94">
        <w:rPr>
          <w:rFonts w:ascii="Arial" w:eastAsia="Times New Roman" w:hAnsi="Arial" w:cs="Arial"/>
          <w:color w:val="000000"/>
          <w:sz w:val="32"/>
          <w:szCs w:val="32"/>
        </w:rPr>
        <w:tab/>
        <w:t>Name o</w:t>
      </w:r>
      <w:r w:rsidRPr="00457E94">
        <w:rPr>
          <w:rFonts w:ascii="Arial" w:eastAsia="Times New Roman" w:hAnsi="Arial" w:cs="Arial"/>
          <w:color w:val="000000"/>
          <w:sz w:val="32"/>
          <w:szCs w:val="32"/>
        </w:rPr>
        <w:t>f Project: Construction of Pump Station at Meten Meer Zorg, WCD |2023| $313M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6.</w:t>
      </w:r>
      <w:r w:rsidRPr="00457E94">
        <w:rPr>
          <w:rFonts w:ascii="Arial" w:eastAsia="Times New Roman" w:hAnsi="Arial" w:cs="Arial"/>
          <w:color w:val="000000"/>
          <w:sz w:val="32"/>
          <w:szCs w:val="32"/>
        </w:rPr>
        <w:tab/>
        <w:t>Name of Project: Construction of Sluice/Pump Station at Bell Vue, WBD |2023| $348M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7.</w:t>
      </w:r>
      <w:r w:rsidRPr="00457E94">
        <w:rPr>
          <w:rFonts w:ascii="Arial" w:eastAsia="Times New Roman" w:hAnsi="Arial" w:cs="Arial"/>
          <w:color w:val="000000"/>
          <w:sz w:val="32"/>
          <w:szCs w:val="32"/>
        </w:rPr>
        <w:tab/>
        <w:t xml:space="preserve">Name of Project: Construction of Sluice/Pump Station at Pouderoyen Area, WBD |2023| </w:t>
      </w:r>
      <w:r w:rsidRPr="00457E94">
        <w:rPr>
          <w:rFonts w:ascii="Arial" w:eastAsia="Times New Roman" w:hAnsi="Arial" w:cs="Arial"/>
          <w:color w:val="000000"/>
          <w:sz w:val="32"/>
          <w:szCs w:val="32"/>
        </w:rPr>
        <w:t>$414M</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8.</w:t>
      </w:r>
      <w:r w:rsidRPr="00457E94">
        <w:rPr>
          <w:rFonts w:ascii="Arial" w:eastAsia="Times New Roman" w:hAnsi="Arial" w:cs="Arial"/>
          <w:color w:val="000000"/>
          <w:sz w:val="32"/>
          <w:szCs w:val="32"/>
        </w:rPr>
        <w:tab/>
        <w:t xml:space="preserve">Name of Project: Rehabilitation of Drainage Culverts and Channels at </w:t>
      </w:r>
      <w:proofErr w:type="spellStart"/>
      <w:r w:rsidRPr="00457E94">
        <w:rPr>
          <w:rFonts w:ascii="Arial" w:eastAsia="Times New Roman" w:hAnsi="Arial" w:cs="Arial"/>
          <w:color w:val="000000"/>
          <w:sz w:val="32"/>
          <w:szCs w:val="32"/>
        </w:rPr>
        <w:t>Aliki</w:t>
      </w:r>
      <w:proofErr w:type="spellEnd"/>
      <w:r w:rsidRPr="00457E94">
        <w:rPr>
          <w:rFonts w:ascii="Arial" w:eastAsia="Times New Roman" w:hAnsi="Arial" w:cs="Arial"/>
          <w:color w:val="000000"/>
          <w:sz w:val="32"/>
          <w:szCs w:val="32"/>
        </w:rPr>
        <w:t xml:space="preserve"> and </w:t>
      </w:r>
      <w:proofErr w:type="spellStart"/>
      <w:r w:rsidRPr="00457E94">
        <w:rPr>
          <w:rFonts w:ascii="Arial" w:eastAsia="Times New Roman" w:hAnsi="Arial" w:cs="Arial"/>
          <w:color w:val="000000"/>
          <w:sz w:val="32"/>
          <w:szCs w:val="32"/>
        </w:rPr>
        <w:t>Beribissibali</w:t>
      </w:r>
      <w:proofErr w:type="spellEnd"/>
      <w:r w:rsidRPr="00457E94">
        <w:rPr>
          <w:rFonts w:ascii="Arial" w:eastAsia="Times New Roman" w:hAnsi="Arial" w:cs="Arial"/>
          <w:color w:val="000000"/>
          <w:sz w:val="32"/>
          <w:szCs w:val="32"/>
        </w:rPr>
        <w:t xml:space="preserve"> |2023| $100M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9.</w:t>
      </w:r>
      <w:r w:rsidRPr="00457E94">
        <w:rPr>
          <w:rFonts w:ascii="Arial" w:eastAsia="Times New Roman" w:hAnsi="Arial" w:cs="Arial"/>
          <w:color w:val="000000"/>
          <w:sz w:val="32"/>
          <w:szCs w:val="32"/>
        </w:rPr>
        <w:tab/>
        <w:t>Name of Project: Rehabilitation of Spill Weir Farm to Market Road, Canal No. 2, WBD |2023| $74M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10.</w:t>
      </w:r>
      <w:r w:rsidRPr="00457E94">
        <w:rPr>
          <w:rFonts w:ascii="Arial" w:eastAsia="Times New Roman" w:hAnsi="Arial" w:cs="Arial"/>
          <w:color w:val="000000"/>
          <w:sz w:val="32"/>
          <w:szCs w:val="32"/>
        </w:rPr>
        <w:tab/>
        <w:t>Name of Project: Construction of Mai</w:t>
      </w:r>
      <w:r w:rsidRPr="00457E94">
        <w:rPr>
          <w:rFonts w:ascii="Arial" w:eastAsia="Times New Roman" w:hAnsi="Arial" w:cs="Arial"/>
          <w:color w:val="000000"/>
          <w:sz w:val="32"/>
          <w:szCs w:val="32"/>
        </w:rPr>
        <w:t xml:space="preserve">n Bridge at Clay Brick Access Road, Canal No. 2; Construction of Drainage Structure at Salt Area, Western Hogg Island; Construction of Aqueduct at Sarah, </w:t>
      </w:r>
      <w:proofErr w:type="spellStart"/>
      <w:r w:rsidRPr="00457E94">
        <w:rPr>
          <w:rFonts w:ascii="Arial" w:eastAsia="Times New Roman" w:hAnsi="Arial" w:cs="Arial"/>
          <w:color w:val="000000"/>
          <w:sz w:val="32"/>
          <w:szCs w:val="32"/>
        </w:rPr>
        <w:t>Wakenaam</w:t>
      </w:r>
      <w:proofErr w:type="spellEnd"/>
      <w:r w:rsidRPr="00457E94">
        <w:rPr>
          <w:rFonts w:ascii="Arial" w:eastAsia="Times New Roman" w:hAnsi="Arial" w:cs="Arial"/>
          <w:color w:val="000000"/>
          <w:sz w:val="32"/>
          <w:szCs w:val="32"/>
        </w:rPr>
        <w:t xml:space="preserve"> Island</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Local farmers and communities to ensure access and allevia</w:t>
      </w:r>
      <w:r w:rsidRPr="00457E94">
        <w:rPr>
          <w:rFonts w:ascii="Arial" w:eastAsia="Times New Roman" w:hAnsi="Arial" w:cs="Arial"/>
          <w:color w:val="000000"/>
          <w:sz w:val="32"/>
          <w:szCs w:val="32"/>
        </w:rPr>
        <w:t>te flooding|2023| Total Investment: [Total not specified for each component]</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lastRenderedPageBreak/>
        <w:t>11.</w:t>
      </w:r>
      <w:r w:rsidRPr="00457E94">
        <w:rPr>
          <w:rFonts w:ascii="Arial" w:eastAsia="Times New Roman" w:hAnsi="Arial" w:cs="Arial"/>
          <w:color w:val="000000"/>
          <w:sz w:val="32"/>
          <w:szCs w:val="32"/>
        </w:rPr>
        <w:tab/>
        <w:t xml:space="preserve">Name of Project: Construction of Pump Station at </w:t>
      </w:r>
      <w:proofErr w:type="spellStart"/>
      <w:r w:rsidRPr="00457E94">
        <w:rPr>
          <w:rFonts w:ascii="Arial" w:eastAsia="Times New Roman" w:hAnsi="Arial" w:cs="Arial"/>
          <w:color w:val="000000"/>
          <w:sz w:val="32"/>
          <w:szCs w:val="32"/>
        </w:rPr>
        <w:t>Parika</w:t>
      </w:r>
      <w:proofErr w:type="spellEnd"/>
      <w:r w:rsidRPr="00457E94">
        <w:rPr>
          <w:rFonts w:ascii="Arial" w:eastAsia="Times New Roman" w:hAnsi="Arial" w:cs="Arial"/>
          <w:color w:val="000000"/>
          <w:sz w:val="32"/>
          <w:szCs w:val="32"/>
        </w:rPr>
        <w:t>/</w:t>
      </w:r>
      <w:proofErr w:type="spellStart"/>
      <w:r w:rsidRPr="00457E94">
        <w:rPr>
          <w:rFonts w:ascii="Arial" w:eastAsia="Times New Roman" w:hAnsi="Arial" w:cs="Arial"/>
          <w:color w:val="000000"/>
          <w:sz w:val="32"/>
          <w:szCs w:val="32"/>
        </w:rPr>
        <w:t>Hydronie</w:t>
      </w:r>
      <w:proofErr w:type="spellEnd"/>
      <w:r w:rsidRPr="00457E94">
        <w:rPr>
          <w:rFonts w:ascii="Arial" w:eastAsia="Times New Roman" w:hAnsi="Arial" w:cs="Arial"/>
          <w:color w:val="000000"/>
          <w:sz w:val="32"/>
          <w:szCs w:val="32"/>
        </w:rPr>
        <w:t xml:space="preserve"> Area, EBE|2024 |$110M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12.</w:t>
      </w:r>
      <w:r w:rsidRPr="00457E94">
        <w:rPr>
          <w:rFonts w:ascii="Arial" w:eastAsia="Times New Roman" w:hAnsi="Arial" w:cs="Arial"/>
          <w:color w:val="000000"/>
          <w:sz w:val="32"/>
          <w:szCs w:val="32"/>
        </w:rPr>
        <w:tab/>
        <w:t xml:space="preserve">Name of Project: Construction of Main Access Bridges at </w:t>
      </w:r>
      <w:proofErr w:type="spellStart"/>
      <w:r w:rsidRPr="00457E94">
        <w:rPr>
          <w:rFonts w:ascii="Arial" w:eastAsia="Times New Roman" w:hAnsi="Arial" w:cs="Arial"/>
          <w:color w:val="000000"/>
          <w:sz w:val="32"/>
          <w:szCs w:val="32"/>
        </w:rPr>
        <w:t>Hubu</w:t>
      </w:r>
      <w:proofErr w:type="spellEnd"/>
      <w:r w:rsidRPr="00457E94">
        <w:rPr>
          <w:rFonts w:ascii="Arial" w:eastAsia="Times New Roman" w:hAnsi="Arial" w:cs="Arial"/>
          <w:color w:val="000000"/>
          <w:sz w:val="32"/>
          <w:szCs w:val="32"/>
        </w:rPr>
        <w:t>, Second Run Irrigatio</w:t>
      </w:r>
      <w:r w:rsidRPr="00457E94">
        <w:rPr>
          <w:rFonts w:ascii="Arial" w:eastAsia="Times New Roman" w:hAnsi="Arial" w:cs="Arial"/>
          <w:color w:val="000000"/>
          <w:sz w:val="32"/>
          <w:szCs w:val="32"/>
        </w:rPr>
        <w:t xml:space="preserve">n, </w:t>
      </w:r>
      <w:proofErr w:type="spellStart"/>
      <w:r w:rsidRPr="00457E94">
        <w:rPr>
          <w:rFonts w:ascii="Arial" w:eastAsia="Times New Roman" w:hAnsi="Arial" w:cs="Arial"/>
          <w:color w:val="000000"/>
          <w:sz w:val="32"/>
          <w:szCs w:val="32"/>
        </w:rPr>
        <w:t>Vreed</w:t>
      </w:r>
      <w:proofErr w:type="spellEnd"/>
      <w:r w:rsidRPr="00457E94">
        <w:rPr>
          <w:rFonts w:ascii="Arial" w:eastAsia="Times New Roman" w:hAnsi="Arial" w:cs="Arial"/>
          <w:color w:val="000000"/>
          <w:sz w:val="32"/>
          <w:szCs w:val="32"/>
        </w:rPr>
        <w:t xml:space="preserve"> </w:t>
      </w:r>
      <w:proofErr w:type="spellStart"/>
      <w:r w:rsidRPr="00457E94">
        <w:rPr>
          <w:rFonts w:ascii="Arial" w:eastAsia="Times New Roman" w:hAnsi="Arial" w:cs="Arial"/>
          <w:color w:val="000000"/>
          <w:sz w:val="32"/>
          <w:szCs w:val="32"/>
        </w:rPr>
        <w:t>en</w:t>
      </w:r>
      <w:proofErr w:type="spellEnd"/>
      <w:r w:rsidRPr="00457E94">
        <w:rPr>
          <w:rFonts w:ascii="Arial" w:eastAsia="Times New Roman" w:hAnsi="Arial" w:cs="Arial"/>
          <w:color w:val="000000"/>
          <w:sz w:val="32"/>
          <w:szCs w:val="32"/>
        </w:rPr>
        <w:t xml:space="preserve"> Hoop, </w:t>
      </w:r>
      <w:proofErr w:type="spellStart"/>
      <w:r w:rsidRPr="00457E94">
        <w:rPr>
          <w:rFonts w:ascii="Arial" w:eastAsia="Times New Roman" w:hAnsi="Arial" w:cs="Arial"/>
          <w:color w:val="000000"/>
          <w:sz w:val="32"/>
          <w:szCs w:val="32"/>
        </w:rPr>
        <w:t>Naamryck</w:t>
      </w:r>
      <w:proofErr w:type="spellEnd"/>
      <w:r w:rsidRPr="00457E94">
        <w:rPr>
          <w:rFonts w:ascii="Arial" w:eastAsia="Times New Roman" w:hAnsi="Arial" w:cs="Arial"/>
          <w:color w:val="000000"/>
          <w:sz w:val="32"/>
          <w:szCs w:val="32"/>
        </w:rPr>
        <w:t xml:space="preserve"> Relief, Bell East, Canal No. 2, </w:t>
      </w:r>
      <w:proofErr w:type="spellStart"/>
      <w:r w:rsidRPr="00457E94">
        <w:rPr>
          <w:rFonts w:ascii="Arial" w:eastAsia="Times New Roman" w:hAnsi="Arial" w:cs="Arial"/>
          <w:color w:val="000000"/>
          <w:sz w:val="32"/>
          <w:szCs w:val="32"/>
        </w:rPr>
        <w:t>Lacabu</w:t>
      </w:r>
      <w:proofErr w:type="spellEnd"/>
      <w:r w:rsidRPr="00457E94">
        <w:rPr>
          <w:rFonts w:ascii="Arial" w:eastAsia="Times New Roman" w:hAnsi="Arial" w:cs="Arial"/>
          <w:color w:val="000000"/>
          <w:sz w:val="32"/>
          <w:szCs w:val="32"/>
        </w:rPr>
        <w:t>, EBE, La Jalousie East Channel</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Local farmers and communities |2024| $196M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13.</w:t>
      </w:r>
      <w:r w:rsidRPr="00457E94">
        <w:rPr>
          <w:rFonts w:ascii="Arial" w:eastAsia="Times New Roman" w:hAnsi="Arial" w:cs="Arial"/>
          <w:color w:val="000000"/>
          <w:sz w:val="32"/>
          <w:szCs w:val="32"/>
        </w:rPr>
        <w:tab/>
        <w:t>Name of Project: Construction/Rehabilitation of Farm to Market Access Roads at Hagu</w:t>
      </w:r>
      <w:r w:rsidRPr="00457E94">
        <w:rPr>
          <w:rFonts w:ascii="Arial" w:eastAsia="Times New Roman" w:hAnsi="Arial" w:cs="Arial"/>
          <w:color w:val="000000"/>
          <w:sz w:val="32"/>
          <w:szCs w:val="32"/>
        </w:rPr>
        <w:t>e, La Harmonie, WBD |2024| $160M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14.</w:t>
      </w:r>
      <w:r w:rsidRPr="00457E94">
        <w:rPr>
          <w:rFonts w:ascii="Arial" w:eastAsia="Times New Roman" w:hAnsi="Arial" w:cs="Arial"/>
          <w:color w:val="000000"/>
          <w:sz w:val="32"/>
          <w:szCs w:val="32"/>
        </w:rPr>
        <w:tab/>
        <w:t xml:space="preserve">Name of Project: Construction of Sluice and Revetment at Blenheim, </w:t>
      </w:r>
      <w:proofErr w:type="spellStart"/>
      <w:r w:rsidRPr="00457E94">
        <w:rPr>
          <w:rFonts w:ascii="Arial" w:eastAsia="Times New Roman" w:hAnsi="Arial" w:cs="Arial"/>
          <w:color w:val="000000"/>
          <w:sz w:val="32"/>
          <w:szCs w:val="32"/>
        </w:rPr>
        <w:t>Leguan</w:t>
      </w:r>
      <w:proofErr w:type="spellEnd"/>
      <w:r w:rsidRPr="00457E94">
        <w:rPr>
          <w:rFonts w:ascii="Arial" w:eastAsia="Times New Roman" w:hAnsi="Arial" w:cs="Arial"/>
          <w:color w:val="000000"/>
          <w:sz w:val="32"/>
          <w:szCs w:val="32"/>
        </w:rPr>
        <w:t xml:space="preserve"> |2024|$40M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15.</w:t>
      </w:r>
      <w:r w:rsidRPr="00457E94">
        <w:rPr>
          <w:rFonts w:ascii="Arial" w:eastAsia="Times New Roman" w:hAnsi="Arial" w:cs="Arial"/>
          <w:color w:val="000000"/>
          <w:sz w:val="32"/>
          <w:szCs w:val="32"/>
        </w:rPr>
        <w:tab/>
        <w:t>Name of Project: Construction/Rehabilitation of Control Structures at Harlem, Good Hope Distributary, EBE, Hague, WCD, Center Li</w:t>
      </w:r>
      <w:r w:rsidRPr="00457E94">
        <w:rPr>
          <w:rFonts w:ascii="Arial" w:eastAsia="Times New Roman" w:hAnsi="Arial" w:cs="Arial"/>
          <w:color w:val="000000"/>
          <w:sz w:val="32"/>
          <w:szCs w:val="32"/>
        </w:rPr>
        <w:t>ne, Canal No. 1, WBD, Free and Easy Drainage Structure Revetment</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Number of persons impacted: Local farmers and communities |2024| $900M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16.</w:t>
      </w:r>
      <w:r w:rsidRPr="00457E94">
        <w:rPr>
          <w:rFonts w:ascii="Arial" w:eastAsia="Times New Roman" w:hAnsi="Arial" w:cs="Arial"/>
          <w:color w:val="000000"/>
          <w:sz w:val="32"/>
          <w:szCs w:val="32"/>
        </w:rPr>
        <w:tab/>
        <w:t>Name of Project: Rehabilitation of Canal No. 1 Main Drain, WBD |2024| $45M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proofErr w:type="gramStart"/>
      <w:r w:rsidRPr="00457E94">
        <w:rPr>
          <w:rFonts w:ascii="Arial" w:eastAsia="Times New Roman" w:hAnsi="Arial" w:cs="Arial"/>
          <w:b/>
          <w:bCs/>
          <w:color w:val="000000"/>
          <w:sz w:val="32"/>
          <w:szCs w:val="32"/>
        </w:rPr>
        <w:t>TOTAL  NDIA</w:t>
      </w:r>
      <w:proofErr w:type="gramEnd"/>
      <w:r w:rsidRPr="00457E94">
        <w:rPr>
          <w:rFonts w:ascii="Arial" w:eastAsia="Times New Roman" w:hAnsi="Arial" w:cs="Arial"/>
          <w:b/>
          <w:bCs/>
          <w:color w:val="000000"/>
          <w:sz w:val="32"/>
          <w:szCs w:val="32"/>
        </w:rPr>
        <w:t xml:space="preserve">:     $2,719,889,405 | 2022 </w:t>
      </w:r>
      <w:r w:rsidRPr="00457E94">
        <w:rPr>
          <w:rFonts w:ascii="Arial" w:eastAsia="Times New Roman" w:hAnsi="Arial" w:cs="Arial"/>
          <w:b/>
          <w:bCs/>
          <w:color w:val="000000"/>
          <w:sz w:val="32"/>
          <w:szCs w:val="32"/>
        </w:rPr>
        <w:t>– 2024|</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t>NAREI |43,500,000| 2022 – 2024|</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w:t>
      </w:r>
      <w:r w:rsidRPr="00457E94">
        <w:rPr>
          <w:rFonts w:ascii="Arial" w:eastAsia="Times New Roman" w:hAnsi="Arial" w:cs="Arial"/>
          <w:color w:val="000000"/>
          <w:sz w:val="32"/>
          <w:szCs w:val="32"/>
        </w:rPr>
        <w:tab/>
        <w:t>Name of Project: Shade House Construction Project</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lastRenderedPageBreak/>
        <w:t xml:space="preserve">45 shade houses benefiting </w:t>
      </w:r>
      <w:proofErr w:type="gramStart"/>
      <w:r w:rsidRPr="00457E94">
        <w:rPr>
          <w:rFonts w:ascii="Arial" w:eastAsia="Times New Roman" w:hAnsi="Arial" w:cs="Arial"/>
          <w:color w:val="000000"/>
          <w:sz w:val="32"/>
          <w:szCs w:val="32"/>
        </w:rPr>
        <w:t>farmers  |</w:t>
      </w:r>
      <w:proofErr w:type="gramEnd"/>
      <w:r w:rsidRPr="00457E94">
        <w:rPr>
          <w:rFonts w:ascii="Arial" w:eastAsia="Times New Roman" w:hAnsi="Arial" w:cs="Arial"/>
          <w:color w:val="000000"/>
          <w:sz w:val="32"/>
          <w:szCs w:val="32"/>
        </w:rPr>
        <w:t>2021 – 2024 | </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2.</w:t>
      </w:r>
      <w:r w:rsidRPr="00457E94">
        <w:rPr>
          <w:rFonts w:ascii="Arial" w:eastAsia="Times New Roman" w:hAnsi="Arial" w:cs="Arial"/>
          <w:color w:val="000000"/>
          <w:sz w:val="32"/>
          <w:szCs w:val="32"/>
        </w:rPr>
        <w:tab/>
        <w:t>Name of Project: NAREI Services for Farmers</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15,856 </w:t>
      </w:r>
      <w:proofErr w:type="gramStart"/>
      <w:r w:rsidRPr="00457E94">
        <w:rPr>
          <w:rFonts w:ascii="Arial" w:eastAsia="Times New Roman" w:hAnsi="Arial" w:cs="Arial"/>
          <w:color w:val="000000"/>
          <w:sz w:val="32"/>
          <w:szCs w:val="32"/>
        </w:rPr>
        <w:t>farmers  |</w:t>
      </w:r>
      <w:proofErr w:type="gramEnd"/>
      <w:r w:rsidRPr="00457E94">
        <w:rPr>
          <w:rFonts w:ascii="Arial" w:eastAsia="Times New Roman" w:hAnsi="Arial" w:cs="Arial"/>
          <w:color w:val="000000"/>
          <w:sz w:val="32"/>
          <w:szCs w:val="32"/>
        </w:rPr>
        <w:t xml:space="preserve">2022 – April 2024 | Services: Farm visits, </w:t>
      </w:r>
      <w:r w:rsidRPr="00457E94">
        <w:rPr>
          <w:rFonts w:ascii="Arial" w:eastAsia="Times New Roman" w:hAnsi="Arial" w:cs="Arial"/>
          <w:color w:val="000000"/>
          <w:sz w:val="32"/>
          <w:szCs w:val="32"/>
        </w:rPr>
        <w:t>farmers Open day, Farmers Field School, the establishment of DEMO plots, distribution of Agri- inputs, etc.:</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3.</w:t>
      </w:r>
      <w:r w:rsidRPr="00457E94">
        <w:rPr>
          <w:rFonts w:ascii="Arial" w:eastAsia="Times New Roman" w:hAnsi="Arial" w:cs="Arial"/>
          <w:color w:val="000000"/>
          <w:sz w:val="32"/>
          <w:szCs w:val="32"/>
        </w:rPr>
        <w:tab/>
        <w:t>Name of Project: Planting Materials Distribution (Black Pepper)</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persons impacted: Farmers, including Mr. </w:t>
      </w:r>
      <w:proofErr w:type="spellStart"/>
      <w:r w:rsidRPr="00457E94">
        <w:rPr>
          <w:rFonts w:ascii="Arial" w:eastAsia="Times New Roman" w:hAnsi="Arial" w:cs="Arial"/>
          <w:color w:val="000000"/>
          <w:sz w:val="32"/>
          <w:szCs w:val="32"/>
        </w:rPr>
        <w:t>Tulsi</w:t>
      </w:r>
      <w:proofErr w:type="spellEnd"/>
      <w:r w:rsidRPr="00457E94">
        <w:rPr>
          <w:rFonts w:ascii="Arial" w:eastAsia="Times New Roman" w:hAnsi="Arial" w:cs="Arial"/>
          <w:color w:val="000000"/>
          <w:sz w:val="32"/>
          <w:szCs w:val="32"/>
        </w:rPr>
        <w:t xml:space="preserve"> of </w:t>
      </w:r>
      <w:proofErr w:type="spellStart"/>
      <w:r w:rsidRPr="00457E94">
        <w:rPr>
          <w:rFonts w:ascii="Arial" w:eastAsia="Times New Roman" w:hAnsi="Arial" w:cs="Arial"/>
          <w:color w:val="000000"/>
          <w:sz w:val="32"/>
          <w:szCs w:val="32"/>
        </w:rPr>
        <w:t>Wakenaam</w:t>
      </w:r>
      <w:proofErr w:type="spellEnd"/>
      <w:r w:rsidRPr="00457E94">
        <w:rPr>
          <w:rFonts w:ascii="Arial" w:eastAsia="Times New Roman" w:hAnsi="Arial" w:cs="Arial"/>
          <w:color w:val="000000"/>
          <w:sz w:val="32"/>
          <w:szCs w:val="32"/>
        </w:rPr>
        <w:t xml:space="preserve"> |2023 | To</w:t>
      </w:r>
      <w:r w:rsidRPr="00457E94">
        <w:rPr>
          <w:rFonts w:ascii="Arial" w:eastAsia="Times New Roman" w:hAnsi="Arial" w:cs="Arial"/>
          <w:color w:val="000000"/>
          <w:sz w:val="32"/>
          <w:szCs w:val="32"/>
        </w:rPr>
        <w:t>tal Investment: 25 black pepper cuttings distributed</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4.</w:t>
      </w:r>
      <w:r w:rsidRPr="00457E94">
        <w:rPr>
          <w:rFonts w:ascii="Arial" w:eastAsia="Times New Roman" w:hAnsi="Arial" w:cs="Arial"/>
          <w:color w:val="000000"/>
          <w:sz w:val="32"/>
          <w:szCs w:val="32"/>
        </w:rPr>
        <w:tab/>
        <w:t>Name of Project: Planting Materials Distribution (Ginger)</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persons impacted: Farmers in the </w:t>
      </w:r>
      <w:proofErr w:type="gramStart"/>
      <w:r w:rsidRPr="00457E94">
        <w:rPr>
          <w:rFonts w:ascii="Arial" w:eastAsia="Times New Roman" w:hAnsi="Arial" w:cs="Arial"/>
          <w:color w:val="000000"/>
          <w:sz w:val="32"/>
          <w:szCs w:val="32"/>
        </w:rPr>
        <w:t>region  |</w:t>
      </w:r>
      <w:proofErr w:type="gramEnd"/>
      <w:r w:rsidRPr="00457E94">
        <w:rPr>
          <w:rFonts w:ascii="Arial" w:eastAsia="Times New Roman" w:hAnsi="Arial" w:cs="Arial"/>
          <w:color w:val="000000"/>
          <w:sz w:val="32"/>
          <w:szCs w:val="32"/>
        </w:rPr>
        <w:t xml:space="preserve">2023 |Total Investment: 2,600 </w:t>
      </w:r>
      <w:proofErr w:type="spellStart"/>
      <w:r w:rsidRPr="00457E94">
        <w:rPr>
          <w:rFonts w:ascii="Arial" w:eastAsia="Times New Roman" w:hAnsi="Arial" w:cs="Arial"/>
          <w:color w:val="000000"/>
          <w:sz w:val="32"/>
          <w:szCs w:val="32"/>
        </w:rPr>
        <w:t>lbs</w:t>
      </w:r>
      <w:proofErr w:type="spellEnd"/>
      <w:r w:rsidRPr="00457E94">
        <w:rPr>
          <w:rFonts w:ascii="Arial" w:eastAsia="Times New Roman" w:hAnsi="Arial" w:cs="Arial"/>
          <w:color w:val="000000"/>
          <w:sz w:val="32"/>
          <w:szCs w:val="32"/>
        </w:rPr>
        <w:t xml:space="preserve"> of ginger planting material distributed</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5.</w:t>
      </w:r>
      <w:r w:rsidRPr="00457E94">
        <w:rPr>
          <w:rFonts w:ascii="Arial" w:eastAsia="Times New Roman" w:hAnsi="Arial" w:cs="Arial"/>
          <w:color w:val="000000"/>
          <w:sz w:val="32"/>
          <w:szCs w:val="32"/>
        </w:rPr>
        <w:tab/>
        <w:t>Name of Pro</w:t>
      </w:r>
      <w:r w:rsidRPr="00457E94">
        <w:rPr>
          <w:rFonts w:ascii="Arial" w:eastAsia="Times New Roman" w:hAnsi="Arial" w:cs="Arial"/>
          <w:color w:val="000000"/>
          <w:sz w:val="32"/>
          <w:szCs w:val="32"/>
        </w:rPr>
        <w:t>ject: Seed, Seedlings, and Saplings Distribution</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persons impacted: 658 </w:t>
      </w:r>
      <w:proofErr w:type="gramStart"/>
      <w:r w:rsidRPr="00457E94">
        <w:rPr>
          <w:rFonts w:ascii="Arial" w:eastAsia="Times New Roman" w:hAnsi="Arial" w:cs="Arial"/>
          <w:color w:val="000000"/>
          <w:sz w:val="32"/>
          <w:szCs w:val="32"/>
        </w:rPr>
        <w:t>farmers  |</w:t>
      </w:r>
      <w:proofErr w:type="gramEnd"/>
      <w:r w:rsidRPr="00457E94">
        <w:rPr>
          <w:rFonts w:ascii="Arial" w:eastAsia="Times New Roman" w:hAnsi="Arial" w:cs="Arial"/>
          <w:color w:val="000000"/>
          <w:sz w:val="32"/>
          <w:szCs w:val="32"/>
        </w:rPr>
        <w:t>2021 – 2024 |Total Investment: $4.9M (2023 for additional inputs like tools, fertilizers, chemicals, and ant bait)</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6.</w:t>
      </w:r>
      <w:r w:rsidRPr="00457E94">
        <w:rPr>
          <w:rFonts w:ascii="Arial" w:eastAsia="Times New Roman" w:hAnsi="Arial" w:cs="Arial"/>
          <w:color w:val="000000"/>
          <w:sz w:val="32"/>
          <w:szCs w:val="32"/>
        </w:rPr>
        <w:tab/>
        <w:t>Name of Project: Nursery Operations and Planti</w:t>
      </w:r>
      <w:r w:rsidRPr="00457E94">
        <w:rPr>
          <w:rFonts w:ascii="Arial" w:eastAsia="Times New Roman" w:hAnsi="Arial" w:cs="Arial"/>
          <w:color w:val="000000"/>
          <w:sz w:val="32"/>
          <w:szCs w:val="32"/>
        </w:rPr>
        <w:t>ng Material Distribution</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persons impacted: Farmers in the region |2024 |Total Investment: $2M for input distribution in Low Wood, Susanna Rust, Sand Hill, </w:t>
      </w:r>
      <w:proofErr w:type="spellStart"/>
      <w:r w:rsidRPr="00457E94">
        <w:rPr>
          <w:rFonts w:ascii="Arial" w:eastAsia="Times New Roman" w:hAnsi="Arial" w:cs="Arial"/>
          <w:color w:val="000000"/>
          <w:sz w:val="32"/>
          <w:szCs w:val="32"/>
        </w:rPr>
        <w:t>Bonsika</w:t>
      </w:r>
      <w:proofErr w:type="spellEnd"/>
      <w:r w:rsidRPr="00457E94">
        <w:rPr>
          <w:rFonts w:ascii="Arial" w:eastAsia="Times New Roman" w:hAnsi="Arial" w:cs="Arial"/>
          <w:color w:val="000000"/>
          <w:sz w:val="32"/>
          <w:szCs w:val="32"/>
        </w:rPr>
        <w:t>; target to support 2,200 farmers</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7.</w:t>
      </w:r>
      <w:r w:rsidRPr="00457E94">
        <w:rPr>
          <w:rFonts w:ascii="Arial" w:eastAsia="Times New Roman" w:hAnsi="Arial" w:cs="Arial"/>
          <w:color w:val="000000"/>
          <w:sz w:val="32"/>
          <w:szCs w:val="32"/>
        </w:rPr>
        <w:tab/>
        <w:t>Name of Project: Completion of Shade Houses</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lastRenderedPageBreak/>
        <w:t>Nu</w:t>
      </w:r>
      <w:r w:rsidRPr="00457E94">
        <w:rPr>
          <w:rFonts w:ascii="Arial" w:eastAsia="Times New Roman" w:hAnsi="Arial" w:cs="Arial"/>
          <w:color w:val="000000"/>
          <w:sz w:val="32"/>
          <w:szCs w:val="32"/>
        </w:rPr>
        <w:t xml:space="preserve">mber of persons impacted: Farmers increasing production in selected </w:t>
      </w:r>
      <w:proofErr w:type="gramStart"/>
      <w:r w:rsidRPr="00457E94">
        <w:rPr>
          <w:rFonts w:ascii="Arial" w:eastAsia="Times New Roman" w:hAnsi="Arial" w:cs="Arial"/>
          <w:color w:val="000000"/>
          <w:sz w:val="32"/>
          <w:szCs w:val="32"/>
        </w:rPr>
        <w:t>crops  |</w:t>
      </w:r>
      <w:proofErr w:type="gramEnd"/>
      <w:r w:rsidRPr="00457E94">
        <w:rPr>
          <w:rFonts w:ascii="Arial" w:eastAsia="Times New Roman" w:hAnsi="Arial" w:cs="Arial"/>
          <w:color w:val="000000"/>
          <w:sz w:val="32"/>
          <w:szCs w:val="32"/>
        </w:rPr>
        <w:t>2024 |</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8.</w:t>
      </w:r>
      <w:r w:rsidRPr="00457E94">
        <w:rPr>
          <w:rFonts w:ascii="Arial" w:eastAsia="Times New Roman" w:hAnsi="Arial" w:cs="Arial"/>
          <w:color w:val="000000"/>
          <w:sz w:val="32"/>
          <w:szCs w:val="32"/>
        </w:rPr>
        <w:tab/>
        <w:t>Name of Project: Operationalization of the Processing Line at Parika</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persons impacted: Farmers involved in ginger and turmeric </w:t>
      </w:r>
      <w:proofErr w:type="gramStart"/>
      <w:r w:rsidRPr="00457E94">
        <w:rPr>
          <w:rFonts w:ascii="Arial" w:eastAsia="Times New Roman" w:hAnsi="Arial" w:cs="Arial"/>
          <w:color w:val="000000"/>
          <w:sz w:val="32"/>
          <w:szCs w:val="32"/>
        </w:rPr>
        <w:t>processing  |</w:t>
      </w:r>
      <w:proofErr w:type="gramEnd"/>
      <w:r w:rsidRPr="00457E94">
        <w:rPr>
          <w:rFonts w:ascii="Arial" w:eastAsia="Times New Roman" w:hAnsi="Arial" w:cs="Arial"/>
          <w:color w:val="000000"/>
          <w:sz w:val="32"/>
          <w:szCs w:val="32"/>
        </w:rPr>
        <w:t>2024 |$39M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9.</w:t>
      </w:r>
      <w:r w:rsidRPr="00457E94">
        <w:rPr>
          <w:rFonts w:ascii="Arial" w:eastAsia="Times New Roman" w:hAnsi="Arial" w:cs="Arial"/>
          <w:color w:val="000000"/>
          <w:sz w:val="32"/>
          <w:szCs w:val="32"/>
        </w:rPr>
        <w:tab/>
        <w:t>Name</w:t>
      </w:r>
      <w:r w:rsidRPr="00457E94">
        <w:rPr>
          <w:rFonts w:ascii="Arial" w:eastAsia="Times New Roman" w:hAnsi="Arial" w:cs="Arial"/>
          <w:color w:val="000000"/>
          <w:sz w:val="32"/>
          <w:szCs w:val="32"/>
        </w:rPr>
        <w:t xml:space="preserve"> of Project: Farm Certification by NAREI’s NPPO Department</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persons impacted: 3,108 farms </w:t>
      </w:r>
      <w:proofErr w:type="gramStart"/>
      <w:r w:rsidRPr="00457E94">
        <w:rPr>
          <w:rFonts w:ascii="Arial" w:eastAsia="Times New Roman" w:hAnsi="Arial" w:cs="Arial"/>
          <w:color w:val="000000"/>
          <w:sz w:val="32"/>
          <w:szCs w:val="32"/>
        </w:rPr>
        <w:t>certified  |</w:t>
      </w:r>
      <w:proofErr w:type="gramEnd"/>
      <w:r w:rsidRPr="00457E94">
        <w:rPr>
          <w:rFonts w:ascii="Arial" w:eastAsia="Times New Roman" w:hAnsi="Arial" w:cs="Arial"/>
          <w:color w:val="000000"/>
          <w:sz w:val="32"/>
          <w:szCs w:val="32"/>
        </w:rPr>
        <w:t>2024 </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10.</w:t>
      </w:r>
      <w:r w:rsidRPr="00457E94">
        <w:rPr>
          <w:rFonts w:ascii="Arial" w:eastAsia="Times New Roman" w:hAnsi="Arial" w:cs="Arial"/>
          <w:color w:val="000000"/>
          <w:sz w:val="32"/>
          <w:szCs w:val="32"/>
        </w:rPr>
        <w:tab/>
        <w:t xml:space="preserve"> Name of Project: Capacity Building for Farmers by NAREI</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Number of persons impacted: 443 farmers </w:t>
      </w:r>
      <w:proofErr w:type="gramStart"/>
      <w:r w:rsidRPr="00457E94">
        <w:rPr>
          <w:rFonts w:ascii="Arial" w:eastAsia="Times New Roman" w:hAnsi="Arial" w:cs="Arial"/>
          <w:color w:val="000000"/>
          <w:sz w:val="32"/>
          <w:szCs w:val="32"/>
        </w:rPr>
        <w:t>trained  |</w:t>
      </w:r>
      <w:proofErr w:type="gramEnd"/>
      <w:r w:rsidRPr="00457E94">
        <w:rPr>
          <w:rFonts w:ascii="Arial" w:eastAsia="Times New Roman" w:hAnsi="Arial" w:cs="Arial"/>
          <w:color w:val="000000"/>
          <w:sz w:val="32"/>
          <w:szCs w:val="32"/>
        </w:rPr>
        <w:t>2024 |</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t>TOTAL              </w:t>
      </w:r>
      <w:r w:rsidRPr="00457E94">
        <w:rPr>
          <w:rFonts w:ascii="Arial" w:eastAsia="Times New Roman" w:hAnsi="Arial" w:cs="Arial"/>
          <w:b/>
          <w:bCs/>
          <w:color w:val="000000"/>
          <w:sz w:val="32"/>
          <w:szCs w:val="32"/>
        </w:rPr>
        <w:t xml:space="preserve">   43,500,000| 2022 – 2024</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t>Guyana Livestock Development Authority – Livestock Production | $ 82 Million | 2021 to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Flood Relief |2021-2023| 499 farmers | $32.6 M</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Distribution of Animals |$ 9,751,260 |2021-2024|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B</w:t>
      </w:r>
      <w:r w:rsidRPr="00457E94">
        <w:rPr>
          <w:rFonts w:ascii="Arial" w:eastAsia="Times New Roman" w:hAnsi="Arial" w:cs="Arial"/>
          <w:color w:val="000000"/>
          <w:sz w:val="32"/>
          <w:szCs w:val="32"/>
        </w:rPr>
        <w:t>lack Giant Chicks |160 households received 25 black giant chicks each |2021-2023|</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FAO flood relief package | 72 farmers benefited |2021-2023|</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Chicks and feed and breeding pigs distributed to farmers |2021-2023|</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lastRenderedPageBreak/>
        <w:t>•</w:t>
      </w:r>
      <w:r w:rsidRPr="00457E94">
        <w:rPr>
          <w:rFonts w:ascii="Arial" w:eastAsia="Times New Roman" w:hAnsi="Arial" w:cs="Arial"/>
          <w:color w:val="000000"/>
          <w:sz w:val="32"/>
          <w:szCs w:val="32"/>
        </w:rPr>
        <w:tab/>
        <w:t>3,274 broilers |G$654,800|</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2 rolls me</w:t>
      </w:r>
      <w:r w:rsidRPr="00457E94">
        <w:rPr>
          <w:rFonts w:ascii="Arial" w:eastAsia="Times New Roman" w:hAnsi="Arial" w:cs="Arial"/>
          <w:color w:val="000000"/>
          <w:sz w:val="32"/>
          <w:szCs w:val="32"/>
        </w:rPr>
        <w:t>sh |G$50,000|,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Materials for Construction of a Poultry Pen|G$260,460|,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Piglets- 9 |G$135,000|</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7 farrowing crates |G$1,820,000|;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Black Giant Chicks 3,420 |G$1,026,000|</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Ducklings- 1,700 |G$625,000|,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Sheep- 6 |G$260,000|;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2 Plucking Machine</w:t>
      </w:r>
      <w:r w:rsidRPr="00457E94">
        <w:rPr>
          <w:rFonts w:ascii="Arial" w:eastAsia="Times New Roman" w:hAnsi="Arial" w:cs="Arial"/>
          <w:color w:val="000000"/>
          <w:sz w:val="32"/>
          <w:szCs w:val="32"/>
        </w:rPr>
        <w:t xml:space="preserve"> |G$350,000|;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36 bags of feed |G$270,000|;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1,000 gallons of Molasses |G$300,000|,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2 complete bee boxes;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veterinary supplies for ambulatory services;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w:t>
      </w:r>
      <w:r w:rsidRPr="00457E94">
        <w:rPr>
          <w:rFonts w:ascii="Arial" w:eastAsia="Times New Roman" w:hAnsi="Arial" w:cs="Arial"/>
          <w:color w:val="000000"/>
          <w:sz w:val="32"/>
          <w:szCs w:val="32"/>
        </w:rPr>
        <w:tab/>
        <w:t xml:space="preserve">220 posts and 8 rolls wire provided for </w:t>
      </w:r>
      <w:proofErr w:type="spellStart"/>
      <w:r w:rsidRPr="00457E94">
        <w:rPr>
          <w:rFonts w:ascii="Arial" w:eastAsia="Times New Roman" w:hAnsi="Arial" w:cs="Arial"/>
          <w:color w:val="000000"/>
          <w:sz w:val="32"/>
          <w:szCs w:val="32"/>
        </w:rPr>
        <w:t>empoldering</w:t>
      </w:r>
      <w:proofErr w:type="spellEnd"/>
      <w:r w:rsidRPr="00457E94">
        <w:rPr>
          <w:rFonts w:ascii="Arial" w:eastAsia="Times New Roman" w:hAnsi="Arial" w:cs="Arial"/>
          <w:color w:val="000000"/>
          <w:sz w:val="32"/>
          <w:szCs w:val="32"/>
        </w:rPr>
        <w:t xml:space="preserve"> of 10 acres at Canal No 2 |G$4M|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Name </w:t>
      </w:r>
      <w:r w:rsidRPr="00457E94">
        <w:rPr>
          <w:rFonts w:ascii="Arial" w:eastAsia="Times New Roman" w:hAnsi="Arial" w:cs="Arial"/>
          <w:color w:val="000000"/>
          <w:sz w:val="32"/>
          <w:szCs w:val="32"/>
        </w:rPr>
        <w:t>of Project – Training on Cost of Production and PISCA |2021-2023| 75 farmers |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Bull Rotation Programme |2024| 4 farmers benefitted|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Artificial Insemination |93 AI services conducted.</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Pasture developm</w:t>
      </w:r>
      <w:r w:rsidRPr="00457E94">
        <w:rPr>
          <w:rFonts w:ascii="Arial" w:eastAsia="Times New Roman" w:hAnsi="Arial" w:cs="Arial"/>
          <w:color w:val="000000"/>
          <w:sz w:val="32"/>
          <w:szCs w:val="32"/>
        </w:rPr>
        <w:t>ent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lastRenderedPageBreak/>
        <w:t>80 acres at Windsor Forest |at a cost of G$4.6 M), Maria’s Lodge- |G$16M) | G$20.4 Million| 2024</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Bee Relocation Services |20 wild colonies of bees were captured and relocated |G$36,000|2024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Riverain Boat Trips |G$1</w:t>
      </w:r>
      <w:r w:rsidRPr="00457E94">
        <w:rPr>
          <w:rFonts w:ascii="Arial" w:eastAsia="Times New Roman" w:hAnsi="Arial" w:cs="Arial"/>
          <w:color w:val="000000"/>
          <w:sz w:val="32"/>
          <w:szCs w:val="32"/>
        </w:rPr>
        <w:t>.5M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Training in Beekeeping |15 apiculturists benefited|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Barbados Black Belly project in Region 3 | 4 farmers benefited|2024</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t>TOTAL GLDA:</w:t>
      </w:r>
      <w:r w:rsidRPr="00457E94">
        <w:rPr>
          <w:rFonts w:ascii="Arial" w:eastAsia="Times New Roman" w:hAnsi="Arial" w:cs="Arial"/>
          <w:b/>
          <w:bCs/>
          <w:color w:val="000000"/>
          <w:sz w:val="32"/>
          <w:szCs w:val="32"/>
        </w:rPr>
        <w:tab/>
      </w:r>
      <w:r w:rsidRPr="00457E94">
        <w:rPr>
          <w:rFonts w:ascii="Arial" w:eastAsia="Times New Roman" w:hAnsi="Arial" w:cs="Arial"/>
          <w:b/>
          <w:bCs/>
          <w:color w:val="000000"/>
          <w:sz w:val="32"/>
          <w:szCs w:val="32"/>
        </w:rPr>
        <w:tab/>
      </w:r>
      <w:r w:rsidRPr="00457E94">
        <w:rPr>
          <w:rFonts w:ascii="Arial" w:eastAsia="Times New Roman" w:hAnsi="Arial" w:cs="Arial"/>
          <w:b/>
          <w:bCs/>
          <w:color w:val="000000"/>
          <w:sz w:val="32"/>
          <w:szCs w:val="32"/>
        </w:rPr>
        <w:tab/>
        <w:t xml:space="preserve">     $ 82 Million </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t>Guyana Marketing Corporation – Agro-processing and</w:t>
      </w:r>
      <w:r w:rsidRPr="00457E94">
        <w:rPr>
          <w:rFonts w:ascii="Arial" w:eastAsia="Times New Roman" w:hAnsi="Arial" w:cs="Arial"/>
          <w:b/>
          <w:bCs/>
          <w:color w:val="000000"/>
          <w:sz w:val="32"/>
          <w:szCs w:val="32"/>
        </w:rPr>
        <w:t xml:space="preserve"> value addition | $144,335,532 Million | 2022 to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Name of Project – Rehabilitating and Equipping the </w:t>
      </w:r>
      <w:proofErr w:type="spellStart"/>
      <w:r w:rsidRPr="00457E94">
        <w:rPr>
          <w:rFonts w:ascii="Arial" w:eastAsia="Times New Roman" w:hAnsi="Arial" w:cs="Arial"/>
          <w:color w:val="000000"/>
          <w:sz w:val="32"/>
          <w:szCs w:val="32"/>
        </w:rPr>
        <w:t>Parika</w:t>
      </w:r>
      <w:proofErr w:type="spellEnd"/>
      <w:r w:rsidRPr="00457E94">
        <w:rPr>
          <w:rFonts w:ascii="Arial" w:eastAsia="Times New Roman" w:hAnsi="Arial" w:cs="Arial"/>
          <w:color w:val="000000"/>
          <w:sz w:val="32"/>
          <w:szCs w:val="32"/>
        </w:rPr>
        <w:t xml:space="preserve"> Agro Processing Facility |2020-2023| $101,096,904 M</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Facility in operation producing a variety of chips with produce sourced from local farmers i</w:t>
      </w:r>
      <w:r w:rsidRPr="00457E94">
        <w:rPr>
          <w:rFonts w:ascii="Arial" w:eastAsia="Times New Roman" w:hAnsi="Arial" w:cs="Arial"/>
          <w:color w:val="000000"/>
          <w:sz w:val="32"/>
          <w:szCs w:val="32"/>
        </w:rPr>
        <w:t>n the Essequibo islands</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Name of Project – </w:t>
      </w:r>
      <w:r w:rsidRPr="00457E94">
        <w:rPr>
          <w:rFonts w:ascii="Arial" w:eastAsia="Times New Roman" w:hAnsi="Arial" w:cs="Arial"/>
          <w:color w:val="000000"/>
          <w:sz w:val="32"/>
          <w:szCs w:val="32"/>
        </w:rPr>
        <w:tab/>
        <w:t>Building and Equipping Dehydrating Facility |Electric) at Canal #2 |2024| $ 43,238,628 – at Design stage-</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Name of Project – Training of 15 female agro-processors in packaging and labelling in </w:t>
      </w:r>
      <w:proofErr w:type="spellStart"/>
      <w:r w:rsidRPr="00457E94">
        <w:rPr>
          <w:rFonts w:ascii="Arial" w:eastAsia="Times New Roman" w:hAnsi="Arial" w:cs="Arial"/>
          <w:color w:val="000000"/>
          <w:sz w:val="32"/>
          <w:szCs w:val="32"/>
        </w:rPr>
        <w:t>Wakenaam</w:t>
      </w:r>
      <w:proofErr w:type="spellEnd"/>
      <w:r w:rsidRPr="00457E94">
        <w:rPr>
          <w:rFonts w:ascii="Arial" w:eastAsia="Times New Roman" w:hAnsi="Arial" w:cs="Arial"/>
          <w:color w:val="000000"/>
          <w:sz w:val="32"/>
          <w:szCs w:val="32"/>
        </w:rPr>
        <w:t xml:space="preserve"> Island</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t>TOTAL</w:t>
      </w:r>
      <w:r w:rsidRPr="00457E94">
        <w:rPr>
          <w:rFonts w:ascii="Arial" w:eastAsia="Times New Roman" w:hAnsi="Arial" w:cs="Arial"/>
          <w:b/>
          <w:bCs/>
          <w:color w:val="000000"/>
          <w:sz w:val="32"/>
          <w:szCs w:val="32"/>
        </w:rPr>
        <w:t>:</w:t>
      </w:r>
      <w:r w:rsidRPr="00457E94">
        <w:rPr>
          <w:rFonts w:ascii="Arial" w:eastAsia="Times New Roman" w:hAnsi="Arial" w:cs="Arial"/>
          <w:b/>
          <w:bCs/>
          <w:color w:val="000000"/>
          <w:sz w:val="32"/>
          <w:szCs w:val="32"/>
        </w:rPr>
        <w:tab/>
      </w:r>
      <w:r w:rsidRPr="00457E94">
        <w:rPr>
          <w:rFonts w:ascii="Arial" w:eastAsia="Times New Roman" w:hAnsi="Arial" w:cs="Arial"/>
          <w:b/>
          <w:bCs/>
          <w:color w:val="000000"/>
          <w:sz w:val="32"/>
          <w:szCs w:val="32"/>
        </w:rPr>
        <w:tab/>
      </w:r>
      <w:r w:rsidRPr="00457E94">
        <w:rPr>
          <w:rFonts w:ascii="Arial" w:eastAsia="Times New Roman" w:hAnsi="Arial" w:cs="Arial"/>
          <w:b/>
          <w:bCs/>
          <w:color w:val="000000"/>
          <w:sz w:val="32"/>
          <w:szCs w:val="32"/>
        </w:rPr>
        <w:tab/>
        <w:t xml:space="preserve">     $144,335,532 Million</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b/>
          <w:bCs/>
          <w:color w:val="000000"/>
          <w:sz w:val="32"/>
          <w:szCs w:val="32"/>
        </w:rPr>
        <w:t>Fisheries Department | $101.1 Million | 2022 to 2024</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Name of Project – Rehabilitation of 27 Landing Sites |2020-2023| $61.6 M</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lastRenderedPageBreak/>
        <w:t xml:space="preserve">Name of Project – Aquaculture Production in </w:t>
      </w:r>
      <w:proofErr w:type="spellStart"/>
      <w:r w:rsidRPr="00457E94">
        <w:rPr>
          <w:rFonts w:ascii="Arial" w:eastAsia="Times New Roman" w:hAnsi="Arial" w:cs="Arial"/>
          <w:color w:val="000000"/>
          <w:sz w:val="32"/>
          <w:szCs w:val="32"/>
        </w:rPr>
        <w:t>Bonsika</w:t>
      </w:r>
      <w:proofErr w:type="spellEnd"/>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1.</w:t>
      </w:r>
      <w:r w:rsidRPr="00457E94">
        <w:rPr>
          <w:rFonts w:ascii="Arial" w:eastAsia="Times New Roman" w:hAnsi="Arial" w:cs="Arial"/>
          <w:color w:val="000000"/>
          <w:sz w:val="32"/>
          <w:szCs w:val="32"/>
        </w:rPr>
        <w:tab/>
      </w:r>
      <w:r w:rsidRPr="00457E94">
        <w:rPr>
          <w:rFonts w:ascii="Arial" w:eastAsia="Times New Roman" w:hAnsi="Arial" w:cs="Arial"/>
          <w:color w:val="000000"/>
          <w:sz w:val="32"/>
          <w:szCs w:val="32"/>
        </w:rPr>
        <w:t xml:space="preserve">Modifying 6 existing ponds and 6 water pumps and irrigation and drainage pipes for 6 farmers in </w:t>
      </w:r>
      <w:proofErr w:type="spellStart"/>
      <w:r w:rsidRPr="00457E94">
        <w:rPr>
          <w:rFonts w:ascii="Arial" w:eastAsia="Times New Roman" w:hAnsi="Arial" w:cs="Arial"/>
          <w:color w:val="000000"/>
          <w:sz w:val="32"/>
          <w:szCs w:val="32"/>
        </w:rPr>
        <w:t>Bonasika</w:t>
      </w:r>
      <w:proofErr w:type="spellEnd"/>
      <w:r w:rsidRPr="00457E94">
        <w:rPr>
          <w:rFonts w:ascii="Arial" w:eastAsia="Times New Roman" w:hAnsi="Arial" w:cs="Arial"/>
          <w:color w:val="000000"/>
          <w:sz w:val="32"/>
          <w:szCs w:val="32"/>
        </w:rPr>
        <w:t xml:space="preserve"> | 2024| $ 36 M.</w:t>
      </w: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2.</w:t>
      </w:r>
      <w:r w:rsidRPr="00457E94">
        <w:rPr>
          <w:rFonts w:ascii="Arial" w:eastAsia="Times New Roman" w:hAnsi="Arial" w:cs="Arial"/>
          <w:color w:val="000000"/>
          <w:sz w:val="32"/>
          <w:szCs w:val="32"/>
        </w:rPr>
        <w:tab/>
        <w:t>Phase 2 will involve construction of ponds for 10 farmers who have indicated interest in aquaculture</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Name of Project – </w:t>
      </w:r>
      <w:r w:rsidRPr="00457E94">
        <w:rPr>
          <w:rFonts w:ascii="Arial" w:eastAsia="Times New Roman" w:hAnsi="Arial" w:cs="Arial"/>
          <w:color w:val="000000"/>
          <w:sz w:val="32"/>
          <w:szCs w:val="32"/>
        </w:rPr>
        <w:tab/>
        <w:t>Constructio</w:t>
      </w:r>
      <w:r w:rsidRPr="00457E94">
        <w:rPr>
          <w:rFonts w:ascii="Arial" w:eastAsia="Times New Roman" w:hAnsi="Arial" w:cs="Arial"/>
          <w:color w:val="000000"/>
          <w:sz w:val="32"/>
          <w:szCs w:val="32"/>
        </w:rPr>
        <w:t xml:space="preserve">n </w:t>
      </w:r>
      <w:proofErr w:type="gramStart"/>
      <w:r w:rsidRPr="00457E94">
        <w:rPr>
          <w:rFonts w:ascii="Arial" w:eastAsia="Times New Roman" w:hAnsi="Arial" w:cs="Arial"/>
          <w:color w:val="000000"/>
          <w:sz w:val="32"/>
          <w:szCs w:val="32"/>
        </w:rPr>
        <w:t>of  a</w:t>
      </w:r>
      <w:proofErr w:type="gramEnd"/>
      <w:r w:rsidRPr="00457E94">
        <w:rPr>
          <w:rFonts w:ascii="Arial" w:eastAsia="Times New Roman" w:hAnsi="Arial" w:cs="Arial"/>
          <w:color w:val="000000"/>
          <w:sz w:val="32"/>
          <w:szCs w:val="32"/>
        </w:rPr>
        <w:t xml:space="preserve"> ramp for fishermen at Meter Meer  Zorg to offload their catch and onload/offload fishing gear and equipment |2024| $1,513,300.</w:t>
      </w:r>
    </w:p>
    <w:p w:rsidR="00457E94" w:rsidRPr="00457E94" w:rsidRDefault="00254BB8" w:rsidP="00457E94">
      <w:pPr>
        <w:spacing w:after="0" w:line="240" w:lineRule="auto"/>
        <w:rPr>
          <w:rFonts w:ascii="Times New Roman" w:eastAsia="Times New Roman" w:hAnsi="Times New Roman" w:cs="Times New Roman"/>
          <w:sz w:val="24"/>
          <w:szCs w:val="24"/>
        </w:rPr>
      </w:pPr>
    </w:p>
    <w:p w:rsidR="00457E94" w:rsidRPr="00457E94" w:rsidRDefault="00254BB8" w:rsidP="00457E94">
      <w:pPr>
        <w:spacing w:before="240" w:after="0" w:line="240" w:lineRule="auto"/>
        <w:jc w:val="both"/>
        <w:rPr>
          <w:rFonts w:ascii="Times New Roman" w:eastAsia="Times New Roman" w:hAnsi="Times New Roman" w:cs="Times New Roman"/>
          <w:sz w:val="24"/>
          <w:szCs w:val="24"/>
        </w:rPr>
      </w:pPr>
      <w:r w:rsidRPr="00457E94">
        <w:rPr>
          <w:rFonts w:ascii="Arial" w:eastAsia="Times New Roman" w:hAnsi="Arial" w:cs="Arial"/>
          <w:color w:val="000000"/>
          <w:sz w:val="32"/>
          <w:szCs w:val="32"/>
        </w:rPr>
        <w:t xml:space="preserve">Name of Project – Construction of a shed at </w:t>
      </w:r>
      <w:proofErr w:type="spellStart"/>
      <w:r w:rsidRPr="00457E94">
        <w:rPr>
          <w:rFonts w:ascii="Arial" w:eastAsia="Times New Roman" w:hAnsi="Arial" w:cs="Arial"/>
          <w:color w:val="000000"/>
          <w:sz w:val="32"/>
          <w:szCs w:val="32"/>
        </w:rPr>
        <w:t>Goed</w:t>
      </w:r>
      <w:proofErr w:type="spellEnd"/>
      <w:r w:rsidRPr="00457E94">
        <w:rPr>
          <w:rFonts w:ascii="Arial" w:eastAsia="Times New Roman" w:hAnsi="Arial" w:cs="Arial"/>
          <w:color w:val="000000"/>
          <w:sz w:val="32"/>
          <w:szCs w:val="32"/>
        </w:rPr>
        <w:t xml:space="preserve"> </w:t>
      </w:r>
      <w:proofErr w:type="spellStart"/>
      <w:r w:rsidRPr="00457E94">
        <w:rPr>
          <w:rFonts w:ascii="Arial" w:eastAsia="Times New Roman" w:hAnsi="Arial" w:cs="Arial"/>
          <w:color w:val="000000"/>
          <w:sz w:val="32"/>
          <w:szCs w:val="32"/>
        </w:rPr>
        <w:t>Fortuin</w:t>
      </w:r>
      <w:proofErr w:type="spellEnd"/>
      <w:r w:rsidRPr="00457E94">
        <w:rPr>
          <w:rFonts w:ascii="Arial" w:eastAsia="Times New Roman" w:hAnsi="Arial" w:cs="Arial"/>
          <w:color w:val="000000"/>
          <w:sz w:val="32"/>
          <w:szCs w:val="32"/>
        </w:rPr>
        <w:t xml:space="preserve"> for fishermen to mend their fishing gear and to shelter |2024| </w:t>
      </w:r>
      <w:r w:rsidRPr="00457E94">
        <w:rPr>
          <w:rFonts w:ascii="Arial" w:eastAsia="Times New Roman" w:hAnsi="Arial" w:cs="Arial"/>
          <w:color w:val="000000"/>
          <w:sz w:val="32"/>
          <w:szCs w:val="32"/>
        </w:rPr>
        <w:t>$2M</w:t>
      </w:r>
    </w:p>
    <w:p w:rsidR="005824DF" w:rsidRDefault="00254BB8" w:rsidP="00457E94">
      <w:pPr>
        <w:rPr>
          <w:rFonts w:ascii="Arial" w:eastAsia="Times New Roman" w:hAnsi="Arial" w:cs="Arial"/>
          <w:b/>
          <w:bCs/>
          <w:color w:val="000000"/>
          <w:sz w:val="32"/>
          <w:szCs w:val="32"/>
        </w:rPr>
      </w:pPr>
      <w:r w:rsidRPr="00457E94">
        <w:rPr>
          <w:rFonts w:ascii="Arial" w:eastAsia="Times New Roman" w:hAnsi="Arial" w:cs="Arial"/>
          <w:b/>
          <w:bCs/>
          <w:color w:val="000000"/>
          <w:sz w:val="32"/>
          <w:szCs w:val="32"/>
        </w:rPr>
        <w:t>TOTAL:</w:t>
      </w:r>
      <w:r w:rsidRPr="00457E94">
        <w:rPr>
          <w:rFonts w:ascii="Arial" w:eastAsia="Times New Roman" w:hAnsi="Arial" w:cs="Arial"/>
          <w:b/>
          <w:bCs/>
          <w:color w:val="000000"/>
          <w:sz w:val="32"/>
          <w:szCs w:val="32"/>
        </w:rPr>
        <w:tab/>
      </w:r>
      <w:r w:rsidRPr="00457E94">
        <w:rPr>
          <w:rFonts w:ascii="Arial" w:eastAsia="Times New Roman" w:hAnsi="Arial" w:cs="Arial"/>
          <w:b/>
          <w:bCs/>
          <w:color w:val="000000"/>
          <w:sz w:val="32"/>
          <w:szCs w:val="32"/>
        </w:rPr>
        <w:tab/>
      </w:r>
      <w:r w:rsidRPr="00457E94">
        <w:rPr>
          <w:rFonts w:ascii="Arial" w:eastAsia="Times New Roman" w:hAnsi="Arial" w:cs="Arial"/>
          <w:b/>
          <w:bCs/>
          <w:color w:val="000000"/>
          <w:sz w:val="32"/>
          <w:szCs w:val="32"/>
        </w:rPr>
        <w:tab/>
        <w:t xml:space="preserve">     $ 101.1 Million</w:t>
      </w:r>
    </w:p>
    <w:p w:rsidR="00254BB8" w:rsidRDefault="00254BB8" w:rsidP="00457E94">
      <w:pPr>
        <w:rPr>
          <w:rFonts w:ascii="Arial" w:eastAsia="Times New Roman" w:hAnsi="Arial" w:cs="Arial"/>
          <w:b/>
          <w:bCs/>
          <w:color w:val="000000"/>
          <w:sz w:val="32"/>
          <w:szCs w:val="32"/>
        </w:rPr>
      </w:pPr>
    </w:p>
    <w:p w:rsidR="00254BB8" w:rsidRDefault="00254BB8" w:rsidP="00457E94">
      <w:pPr>
        <w:rPr>
          <w:rFonts w:ascii="Arial" w:eastAsia="Times New Roman" w:hAnsi="Arial" w:cs="Arial"/>
          <w:b/>
          <w:bCs/>
          <w:color w:val="000000"/>
          <w:sz w:val="32"/>
          <w:szCs w:val="32"/>
        </w:rPr>
      </w:pPr>
    </w:p>
    <w:p w:rsidR="00254BB8" w:rsidRDefault="00254BB8" w:rsidP="00457E94">
      <w:pPr>
        <w:rPr>
          <w:rFonts w:ascii="Arial" w:eastAsia="Times New Roman" w:hAnsi="Arial" w:cs="Arial"/>
          <w:b/>
          <w:bCs/>
          <w:color w:val="000000"/>
          <w:sz w:val="32"/>
          <w:szCs w:val="32"/>
        </w:rPr>
      </w:pPr>
    </w:p>
    <w:p w:rsidR="00254BB8" w:rsidRDefault="00254BB8" w:rsidP="00457E94">
      <w:pPr>
        <w:rPr>
          <w:rFonts w:ascii="Arial" w:eastAsia="Times New Roman" w:hAnsi="Arial" w:cs="Arial"/>
          <w:b/>
          <w:bCs/>
          <w:color w:val="000000"/>
          <w:sz w:val="32"/>
          <w:szCs w:val="32"/>
        </w:rPr>
      </w:pPr>
    </w:p>
    <w:p w:rsidR="00254BB8" w:rsidRDefault="00254BB8" w:rsidP="00457E94">
      <w:pPr>
        <w:rPr>
          <w:rFonts w:ascii="Arial" w:eastAsia="Times New Roman" w:hAnsi="Arial" w:cs="Arial"/>
          <w:b/>
          <w:bCs/>
          <w:color w:val="000000"/>
          <w:sz w:val="32"/>
          <w:szCs w:val="32"/>
        </w:rPr>
      </w:pPr>
    </w:p>
    <w:p w:rsidR="00254BB8" w:rsidRDefault="00254BB8" w:rsidP="00457E94">
      <w:pPr>
        <w:rPr>
          <w:rFonts w:ascii="Arial" w:eastAsia="Times New Roman" w:hAnsi="Arial" w:cs="Arial"/>
          <w:b/>
          <w:bCs/>
          <w:color w:val="000000"/>
          <w:sz w:val="32"/>
          <w:szCs w:val="32"/>
        </w:rPr>
      </w:pPr>
    </w:p>
    <w:p w:rsidR="00254BB8" w:rsidRDefault="00254BB8" w:rsidP="00457E94">
      <w:pPr>
        <w:rPr>
          <w:rFonts w:ascii="Arial" w:eastAsia="Times New Roman" w:hAnsi="Arial" w:cs="Arial"/>
          <w:b/>
          <w:bCs/>
          <w:color w:val="000000"/>
          <w:sz w:val="32"/>
          <w:szCs w:val="32"/>
        </w:rPr>
      </w:pPr>
    </w:p>
    <w:p w:rsidR="00254BB8" w:rsidRDefault="00254BB8" w:rsidP="00457E94">
      <w:pPr>
        <w:rPr>
          <w:rFonts w:ascii="Arial" w:eastAsia="Times New Roman" w:hAnsi="Arial" w:cs="Arial"/>
          <w:b/>
          <w:bCs/>
          <w:color w:val="000000"/>
          <w:sz w:val="32"/>
          <w:szCs w:val="32"/>
        </w:rPr>
      </w:pPr>
    </w:p>
    <w:p w:rsidR="00254BB8" w:rsidRDefault="00254BB8" w:rsidP="00457E94">
      <w:pPr>
        <w:rPr>
          <w:rFonts w:ascii="Arial" w:eastAsia="Times New Roman" w:hAnsi="Arial" w:cs="Arial"/>
          <w:b/>
          <w:bCs/>
          <w:color w:val="000000"/>
          <w:sz w:val="32"/>
          <w:szCs w:val="32"/>
        </w:rPr>
      </w:pPr>
    </w:p>
    <w:p w:rsidR="00254BB8" w:rsidRDefault="00254BB8" w:rsidP="00457E94"/>
    <w:p w:rsidR="003439AB" w:rsidRPr="00FA19F9" w:rsidRDefault="00254BB8" w:rsidP="003439AB">
      <w:pPr>
        <w:spacing w:after="0"/>
        <w:jc w:val="center"/>
        <w:rPr>
          <w:rFonts w:cstheme="minorHAnsi"/>
        </w:rPr>
      </w:pPr>
      <w:r w:rsidRPr="00FA19F9">
        <w:rPr>
          <w:rFonts w:cstheme="minorHAnsi"/>
          <w:b/>
          <w:bCs/>
        </w:rPr>
        <w:t xml:space="preserve">Total Investments in </w:t>
      </w:r>
      <w:r w:rsidRPr="00FA19F9">
        <w:rPr>
          <w:rFonts w:cstheme="minorHAnsi"/>
          <w:b/>
          <w:bCs/>
          <w:color w:val="FF0000"/>
        </w:rPr>
        <w:t xml:space="preserve">Region 4 </w:t>
      </w:r>
      <w:r w:rsidRPr="00FA19F9">
        <w:rPr>
          <w:rFonts w:cstheme="minorHAnsi"/>
          <w:b/>
          <w:bCs/>
        </w:rPr>
        <w:t>2020-2025</w:t>
      </w:r>
    </w:p>
    <w:p w:rsidR="003439AB" w:rsidRDefault="00254BB8" w:rsidP="003439AB">
      <w:pPr>
        <w:spacing w:after="0"/>
        <w:jc w:val="center"/>
        <w:rPr>
          <w:rFonts w:cstheme="minorHAnsi"/>
          <w:b/>
          <w:bCs/>
        </w:rPr>
      </w:pPr>
      <w:r w:rsidRPr="00FA19F9">
        <w:rPr>
          <w:rFonts w:cstheme="minorHAnsi"/>
          <w:b/>
          <w:bCs/>
        </w:rPr>
        <w:t>Ministry of Agriculture |$</w:t>
      </w:r>
      <w:r w:rsidRPr="003439AB">
        <w:t xml:space="preserve"> </w:t>
      </w:r>
      <w:r w:rsidRPr="003439AB">
        <w:rPr>
          <w:rFonts w:cstheme="minorHAnsi"/>
          <w:b/>
          <w:bCs/>
        </w:rPr>
        <w:t>3,139,312,937</w:t>
      </w:r>
      <w:r w:rsidRPr="00FA19F9">
        <w:rPr>
          <w:rFonts w:cstheme="minorHAnsi"/>
          <w:b/>
          <w:bCs/>
          <w:color w:val="202124"/>
        </w:rPr>
        <w:t>| 202</w:t>
      </w:r>
      <w:r w:rsidRPr="00FA19F9">
        <w:rPr>
          <w:rFonts w:cstheme="minorHAnsi"/>
          <w:b/>
          <w:bCs/>
        </w:rPr>
        <w:t>0-2025</w:t>
      </w:r>
    </w:p>
    <w:p w:rsidR="003439AB" w:rsidRDefault="00254BB8" w:rsidP="003439AB">
      <w:pPr>
        <w:spacing w:after="0"/>
        <w:jc w:val="both"/>
        <w:rPr>
          <w:rFonts w:cstheme="minorHAnsi"/>
          <w:b/>
          <w:bCs/>
          <w:lang w:val="en"/>
        </w:rPr>
      </w:pPr>
    </w:p>
    <w:p w:rsidR="003439AB" w:rsidRPr="00FA19F9" w:rsidRDefault="00254BB8" w:rsidP="003439AB">
      <w:pPr>
        <w:spacing w:after="0"/>
        <w:jc w:val="both"/>
        <w:rPr>
          <w:rFonts w:cstheme="minorHAnsi"/>
          <w:b/>
          <w:bCs/>
          <w:lang w:val="en"/>
        </w:rPr>
      </w:pPr>
      <w:r w:rsidRPr="00FA19F9">
        <w:rPr>
          <w:rFonts w:cstheme="minorHAnsi"/>
          <w:b/>
          <w:bCs/>
          <w:lang w:val="en"/>
        </w:rPr>
        <w:lastRenderedPageBreak/>
        <w:t>-------------------------------------------------------------------------------------------------------------------------------</w:t>
      </w:r>
    </w:p>
    <w:p w:rsidR="00DC353F" w:rsidRPr="00FA19F9" w:rsidRDefault="00254BB8" w:rsidP="003439AB">
      <w:pPr>
        <w:spacing w:after="0"/>
        <w:rPr>
          <w:rFonts w:cstheme="minorHAnsi"/>
        </w:rPr>
      </w:pPr>
      <w:r w:rsidRPr="00FA19F9">
        <w:rPr>
          <w:rFonts w:cstheme="minorHAnsi"/>
          <w:b/>
          <w:bCs/>
        </w:rPr>
        <w:t xml:space="preserve">Total Investments in </w:t>
      </w:r>
      <w:r w:rsidRPr="00FA19F9">
        <w:rPr>
          <w:rFonts w:cstheme="minorHAnsi"/>
          <w:b/>
          <w:bCs/>
          <w:color w:val="FF0000"/>
        </w:rPr>
        <w:t>East Bank Demerara</w:t>
      </w:r>
      <w:r w:rsidRPr="00FA19F9">
        <w:rPr>
          <w:rFonts w:cstheme="minorHAnsi"/>
          <w:b/>
          <w:bCs/>
        </w:rPr>
        <w:t xml:space="preserve">, </w:t>
      </w:r>
      <w:r w:rsidRPr="00FA19F9">
        <w:rPr>
          <w:rFonts w:cstheme="minorHAnsi"/>
          <w:b/>
          <w:bCs/>
          <w:color w:val="FF0000"/>
        </w:rPr>
        <w:t xml:space="preserve">Region 4 </w:t>
      </w:r>
      <w:r w:rsidRPr="00FA19F9">
        <w:rPr>
          <w:rFonts w:cstheme="minorHAnsi"/>
          <w:b/>
          <w:bCs/>
        </w:rPr>
        <w:t>2020-2025</w:t>
      </w:r>
    </w:p>
    <w:p w:rsidR="00DC353F" w:rsidRPr="00FA19F9" w:rsidRDefault="00254BB8" w:rsidP="003439AB">
      <w:pPr>
        <w:spacing w:after="0"/>
        <w:rPr>
          <w:rFonts w:cstheme="minorHAnsi"/>
          <w:b/>
          <w:bCs/>
        </w:rPr>
      </w:pPr>
      <w:r w:rsidRPr="00FA19F9">
        <w:rPr>
          <w:rFonts w:cstheme="minorHAnsi"/>
          <w:b/>
          <w:bCs/>
        </w:rPr>
        <w:t>Ministry of Agriculture |$</w:t>
      </w:r>
      <w:r w:rsidRPr="00FA19F9">
        <w:rPr>
          <w:rFonts w:cstheme="minorHAnsi"/>
          <w:b/>
          <w:bCs/>
        </w:rPr>
        <w:t>1,756,974,642</w:t>
      </w:r>
      <w:r w:rsidRPr="00FA19F9">
        <w:rPr>
          <w:rFonts w:cstheme="minorHAnsi"/>
          <w:b/>
          <w:bCs/>
          <w:color w:val="202124"/>
        </w:rPr>
        <w:t>| 202</w:t>
      </w:r>
      <w:r w:rsidRPr="00FA19F9">
        <w:rPr>
          <w:rFonts w:cstheme="minorHAnsi"/>
          <w:b/>
          <w:bCs/>
        </w:rPr>
        <w:t>0-2025</w:t>
      </w:r>
    </w:p>
    <w:p w:rsidR="00DC353F" w:rsidRPr="00FA19F9" w:rsidRDefault="00254BB8" w:rsidP="00A308BD">
      <w:pPr>
        <w:spacing w:after="0"/>
        <w:ind w:left="360" w:hanging="360"/>
        <w:jc w:val="both"/>
        <w:rPr>
          <w:rFonts w:cstheme="minorHAnsi"/>
        </w:rPr>
      </w:pPr>
    </w:p>
    <w:p w:rsidR="00DC353F" w:rsidRPr="00FA19F9" w:rsidRDefault="00254BB8" w:rsidP="00A308BD">
      <w:pPr>
        <w:numPr>
          <w:ilvl w:val="0"/>
          <w:numId w:val="1"/>
        </w:numPr>
        <w:spacing w:after="0"/>
        <w:jc w:val="both"/>
        <w:rPr>
          <w:rFonts w:cstheme="minorHAnsi"/>
          <w:b/>
          <w:lang w:val="en"/>
        </w:rPr>
      </w:pPr>
      <w:r w:rsidRPr="00FA19F9">
        <w:rPr>
          <w:rFonts w:cstheme="minorHAnsi"/>
          <w:b/>
          <w:bCs/>
          <w:lang w:val="en"/>
        </w:rPr>
        <w:t xml:space="preserve">NAREI | $33,059,770| 2024-2025 </w:t>
      </w:r>
    </w:p>
    <w:p w:rsidR="00DC353F" w:rsidRPr="00FA19F9" w:rsidRDefault="00254BB8" w:rsidP="00A308BD">
      <w:pPr>
        <w:spacing w:after="0"/>
        <w:jc w:val="both"/>
        <w:rPr>
          <w:rFonts w:cstheme="minorHAnsi"/>
          <w:b/>
          <w:bCs/>
          <w:lang w:val="en"/>
        </w:rPr>
      </w:pPr>
      <w:r w:rsidRPr="00FA19F9">
        <w:rPr>
          <w:rFonts w:cstheme="minorHAnsi"/>
          <w:b/>
          <w:bCs/>
          <w:lang w:val="en"/>
        </w:rPr>
        <w:t xml:space="preserve">Input &amp; equipment distribution (GOG Fertilizer Distribution, Interventions (Agri Inputs – Small tools) – </w:t>
      </w:r>
      <w:r w:rsidRPr="00FA19F9">
        <w:rPr>
          <w:rFonts w:cstheme="minorHAnsi"/>
          <w:b/>
          <w:bCs/>
          <w:lang w:val="en"/>
        </w:rPr>
        <w:t>Presidential and Ministerial outreach commitments)</w:t>
      </w:r>
    </w:p>
    <w:p w:rsidR="00DC353F" w:rsidRPr="00FA19F9" w:rsidRDefault="00254BB8" w:rsidP="00A308BD">
      <w:pPr>
        <w:spacing w:after="0"/>
        <w:jc w:val="both"/>
        <w:rPr>
          <w:rFonts w:cstheme="minorHAnsi"/>
          <w:lang w:val="en"/>
        </w:rPr>
      </w:pPr>
      <w:r w:rsidRPr="00FA19F9">
        <w:rPr>
          <w:rFonts w:cstheme="minorHAnsi"/>
          <w:lang w:val="en"/>
        </w:rPr>
        <w:t>Number of persons impacted: 1910| 2024 | $18,789,540</w:t>
      </w:r>
    </w:p>
    <w:p w:rsidR="00DC353F" w:rsidRPr="00FA19F9" w:rsidRDefault="00254BB8" w:rsidP="00A308BD">
      <w:pPr>
        <w:spacing w:after="0"/>
        <w:jc w:val="both"/>
        <w:rPr>
          <w:rFonts w:cstheme="minorHAnsi"/>
          <w:lang w:val="en"/>
        </w:rPr>
      </w:pPr>
      <w:r w:rsidRPr="00FA19F9">
        <w:rPr>
          <w:rFonts w:cstheme="minorHAnsi"/>
          <w:lang w:val="en"/>
        </w:rPr>
        <w:t>Number of persons impacted: 345| 2025 | $3,109,210</w:t>
      </w:r>
    </w:p>
    <w:p w:rsidR="00A23A75" w:rsidRPr="00FA19F9" w:rsidRDefault="00254BB8" w:rsidP="00A308BD">
      <w:pPr>
        <w:spacing w:after="0"/>
        <w:jc w:val="both"/>
        <w:rPr>
          <w:rFonts w:cstheme="minorHAnsi"/>
          <w:b/>
          <w:bCs/>
          <w:lang w:val="en"/>
        </w:rPr>
      </w:pPr>
    </w:p>
    <w:p w:rsidR="00DC353F" w:rsidRPr="00FA19F9" w:rsidRDefault="00254BB8" w:rsidP="00A308BD">
      <w:pPr>
        <w:spacing w:after="0"/>
        <w:jc w:val="both"/>
        <w:rPr>
          <w:rFonts w:cstheme="minorHAnsi"/>
          <w:b/>
          <w:bCs/>
          <w:lang w:val="en"/>
        </w:rPr>
      </w:pPr>
      <w:r w:rsidRPr="00FA19F9">
        <w:rPr>
          <w:rFonts w:cstheme="minorHAnsi"/>
          <w:b/>
          <w:bCs/>
          <w:lang w:val="en"/>
        </w:rPr>
        <w:t>Shade House Construction (East Bank of Demerara)</w:t>
      </w:r>
    </w:p>
    <w:p w:rsidR="00DC353F" w:rsidRPr="00FA19F9" w:rsidRDefault="00254BB8" w:rsidP="00A308BD">
      <w:pPr>
        <w:spacing w:after="0"/>
        <w:jc w:val="both"/>
        <w:rPr>
          <w:rFonts w:cstheme="minorHAnsi"/>
          <w:lang w:val="en"/>
        </w:rPr>
      </w:pPr>
      <w:r w:rsidRPr="00FA19F9">
        <w:rPr>
          <w:rFonts w:cstheme="minorHAnsi"/>
          <w:lang w:val="en"/>
        </w:rPr>
        <w:t>Number of persons impacted: 34| 2024 | $5,000,000</w:t>
      </w:r>
    </w:p>
    <w:p w:rsidR="00DC353F" w:rsidRPr="00FA19F9" w:rsidRDefault="00254BB8" w:rsidP="00A308BD">
      <w:pPr>
        <w:spacing w:after="0"/>
        <w:jc w:val="both"/>
        <w:rPr>
          <w:rFonts w:cstheme="minorHAnsi"/>
          <w:lang w:val="en"/>
        </w:rPr>
      </w:pPr>
      <w:r w:rsidRPr="00FA19F9">
        <w:rPr>
          <w:rFonts w:cstheme="minorHAnsi"/>
          <w:lang w:val="en"/>
        </w:rPr>
        <w:t>Number of persons impacted: 14 | 2025 (April) | $ 2,000,000</w:t>
      </w:r>
    </w:p>
    <w:p w:rsidR="00A23A75" w:rsidRPr="00FA19F9" w:rsidRDefault="00254BB8" w:rsidP="00A308BD">
      <w:pPr>
        <w:spacing w:after="0"/>
        <w:jc w:val="both"/>
        <w:rPr>
          <w:rFonts w:cstheme="minorHAnsi"/>
          <w:b/>
          <w:bCs/>
        </w:rPr>
      </w:pPr>
    </w:p>
    <w:p w:rsidR="00DC353F" w:rsidRPr="00FA19F9" w:rsidRDefault="00254BB8" w:rsidP="00A308BD">
      <w:pPr>
        <w:spacing w:after="0"/>
        <w:jc w:val="both"/>
        <w:rPr>
          <w:rFonts w:cstheme="minorHAnsi"/>
          <w:b/>
          <w:bCs/>
        </w:rPr>
      </w:pPr>
      <w:r w:rsidRPr="00FA19F9">
        <w:rPr>
          <w:rFonts w:cstheme="minorHAnsi"/>
          <w:b/>
          <w:bCs/>
        </w:rPr>
        <w:t>Demonstration Plot Establishment</w:t>
      </w:r>
    </w:p>
    <w:p w:rsidR="00DC353F" w:rsidRPr="00FA19F9" w:rsidRDefault="00254BB8" w:rsidP="00A308BD">
      <w:pPr>
        <w:numPr>
          <w:ilvl w:val="0"/>
          <w:numId w:val="2"/>
        </w:numPr>
        <w:spacing w:after="0"/>
        <w:jc w:val="both"/>
        <w:rPr>
          <w:rFonts w:cstheme="minorHAnsi"/>
          <w:b/>
        </w:rPr>
      </w:pPr>
      <w:r w:rsidRPr="00FA19F9">
        <w:rPr>
          <w:rFonts w:cstheme="minorHAnsi"/>
          <w:b/>
          <w:bCs/>
        </w:rPr>
        <w:t>Pineapple, Corn, Peanut, Cabbage, Purple Cabbage, Black Sigatoka Management</w:t>
      </w:r>
      <w:r w:rsidRPr="00FA19F9">
        <w:rPr>
          <w:rFonts w:cstheme="minorHAnsi"/>
          <w:b/>
        </w:rPr>
        <w:t xml:space="preserve"> </w:t>
      </w:r>
      <w:r w:rsidRPr="00FA19F9">
        <w:rPr>
          <w:rFonts w:cstheme="minorHAnsi"/>
          <w:b/>
          <w:bCs/>
        </w:rPr>
        <w:t>and Guava Production</w:t>
      </w:r>
    </w:p>
    <w:p w:rsidR="00DC353F" w:rsidRPr="00FA19F9" w:rsidRDefault="00254BB8" w:rsidP="00A308BD">
      <w:pPr>
        <w:spacing w:after="0"/>
        <w:jc w:val="both"/>
        <w:rPr>
          <w:rFonts w:cstheme="minorHAnsi"/>
          <w:bCs/>
          <w:lang w:val="en"/>
        </w:rPr>
      </w:pPr>
      <w:r w:rsidRPr="00FA19F9">
        <w:rPr>
          <w:rFonts w:cstheme="minorHAnsi"/>
          <w:lang w:val="en"/>
        </w:rPr>
        <w:t xml:space="preserve">Number of persons impacted: 296 |2024 | </w:t>
      </w:r>
      <w:r w:rsidRPr="00FA19F9">
        <w:rPr>
          <w:rFonts w:cstheme="minorHAnsi"/>
          <w:bCs/>
          <w:lang w:val="en"/>
        </w:rPr>
        <w:t>$ 1,810,000</w:t>
      </w:r>
    </w:p>
    <w:p w:rsidR="00DC353F" w:rsidRPr="00FA19F9" w:rsidRDefault="00254BB8" w:rsidP="00A308BD">
      <w:pPr>
        <w:spacing w:after="0"/>
        <w:jc w:val="both"/>
        <w:rPr>
          <w:rFonts w:cstheme="minorHAnsi"/>
          <w:bCs/>
          <w:lang w:val="en"/>
        </w:rPr>
      </w:pPr>
      <w:r w:rsidRPr="00FA19F9">
        <w:rPr>
          <w:rFonts w:cstheme="minorHAnsi"/>
          <w:lang w:val="en"/>
        </w:rPr>
        <w:t>Number of per</w:t>
      </w:r>
      <w:r w:rsidRPr="00FA19F9">
        <w:rPr>
          <w:rFonts w:cstheme="minorHAnsi"/>
          <w:lang w:val="en"/>
        </w:rPr>
        <w:t>sons impacted: 132 |2025 (April) |</w:t>
      </w:r>
      <w:r w:rsidRPr="00FA19F9">
        <w:rPr>
          <w:rFonts w:cstheme="minorHAnsi"/>
          <w:bCs/>
          <w:lang w:val="en"/>
        </w:rPr>
        <w:t>$ 973,520</w:t>
      </w:r>
    </w:p>
    <w:p w:rsidR="00A23A75" w:rsidRPr="00FA19F9" w:rsidRDefault="00254BB8" w:rsidP="00A308BD">
      <w:pPr>
        <w:spacing w:after="0"/>
        <w:jc w:val="both"/>
        <w:rPr>
          <w:rFonts w:cstheme="minorHAnsi"/>
          <w:b/>
          <w:lang w:val="en"/>
        </w:rPr>
      </w:pPr>
    </w:p>
    <w:p w:rsidR="00DC353F" w:rsidRPr="00FA19F9" w:rsidRDefault="00254BB8" w:rsidP="00A308BD">
      <w:pPr>
        <w:spacing w:after="0"/>
        <w:jc w:val="both"/>
        <w:rPr>
          <w:rFonts w:cstheme="minorHAnsi"/>
          <w:b/>
          <w:lang w:val="en"/>
        </w:rPr>
      </w:pPr>
      <w:r w:rsidRPr="00FA19F9">
        <w:rPr>
          <w:rFonts w:cstheme="minorHAnsi"/>
          <w:b/>
          <w:lang w:val="en"/>
        </w:rPr>
        <w:t>Farmers Field Schools, Inter Agency Workshops &amp; Seminars, Farmers Training sessions</w:t>
      </w:r>
    </w:p>
    <w:p w:rsidR="00DC353F" w:rsidRPr="00FA19F9" w:rsidRDefault="00254BB8" w:rsidP="00A308BD">
      <w:pPr>
        <w:spacing w:after="0"/>
        <w:jc w:val="both"/>
        <w:rPr>
          <w:rFonts w:cstheme="minorHAnsi"/>
          <w:bCs/>
          <w:lang w:val="en"/>
        </w:rPr>
      </w:pPr>
      <w:r w:rsidRPr="00FA19F9">
        <w:rPr>
          <w:rFonts w:cstheme="minorHAnsi"/>
          <w:lang w:val="en"/>
        </w:rPr>
        <w:t>Number of persons impacted: 1001 |2024 |</w:t>
      </w:r>
      <w:r w:rsidRPr="00FA19F9">
        <w:rPr>
          <w:rFonts w:cstheme="minorHAnsi"/>
          <w:bCs/>
          <w:lang w:val="en"/>
        </w:rPr>
        <w:t>$ 765,000</w:t>
      </w:r>
    </w:p>
    <w:p w:rsidR="00DC353F" w:rsidRPr="00FA19F9" w:rsidRDefault="00254BB8" w:rsidP="00A308BD">
      <w:pPr>
        <w:spacing w:after="0"/>
        <w:jc w:val="both"/>
        <w:rPr>
          <w:rFonts w:cstheme="minorHAnsi"/>
          <w:bCs/>
          <w:lang w:val="en"/>
        </w:rPr>
      </w:pPr>
      <w:r w:rsidRPr="00FA19F9">
        <w:rPr>
          <w:rFonts w:cstheme="minorHAnsi"/>
          <w:lang w:val="en"/>
        </w:rPr>
        <w:t>Number of persons impacted: 193| 2025 (April) |</w:t>
      </w:r>
      <w:r w:rsidRPr="00FA19F9">
        <w:rPr>
          <w:rFonts w:cstheme="minorHAnsi"/>
          <w:bCs/>
          <w:lang w:val="en"/>
        </w:rPr>
        <w:t>$ 612,500</w:t>
      </w:r>
    </w:p>
    <w:p w:rsidR="00DC353F" w:rsidRPr="00FA19F9" w:rsidRDefault="00254BB8" w:rsidP="00A308BD">
      <w:pPr>
        <w:spacing w:after="0"/>
        <w:jc w:val="both"/>
        <w:rPr>
          <w:rFonts w:cstheme="minorHAnsi"/>
          <w:b/>
          <w:bCs/>
          <w:lang w:val="en"/>
        </w:rPr>
      </w:pPr>
      <w:r w:rsidRPr="00FA19F9">
        <w:rPr>
          <w:rFonts w:cstheme="minorHAnsi"/>
          <w:b/>
          <w:bCs/>
          <w:lang w:val="en"/>
        </w:rPr>
        <w:t>Total: $33,059,770</w:t>
      </w:r>
    </w:p>
    <w:p w:rsidR="00A23A75" w:rsidRPr="00FA19F9" w:rsidRDefault="00254BB8" w:rsidP="00A308BD">
      <w:pPr>
        <w:spacing w:after="0"/>
        <w:jc w:val="both"/>
        <w:rPr>
          <w:rFonts w:cstheme="minorHAnsi"/>
          <w:b/>
          <w:bCs/>
          <w:lang w:val="en"/>
        </w:rPr>
      </w:pPr>
      <w:r w:rsidRPr="00FA19F9">
        <w:rPr>
          <w:rFonts w:cstheme="minorHAnsi"/>
          <w:b/>
          <w:bCs/>
          <w:lang w:val="en"/>
        </w:rPr>
        <w:t>-------------------------------------------------------------------------------------------------------------------------------</w:t>
      </w:r>
    </w:p>
    <w:p w:rsidR="00396846" w:rsidRPr="00FA19F9" w:rsidRDefault="00254BB8" w:rsidP="00A308BD">
      <w:pPr>
        <w:spacing w:after="0"/>
        <w:ind w:left="360"/>
        <w:jc w:val="both"/>
        <w:rPr>
          <w:rFonts w:cstheme="minorHAnsi"/>
          <w:b/>
          <w:bCs/>
          <w:lang w:val="en"/>
        </w:rPr>
      </w:pPr>
    </w:p>
    <w:p w:rsidR="00DC353F" w:rsidRPr="00FA19F9" w:rsidRDefault="00254BB8" w:rsidP="00A308BD">
      <w:pPr>
        <w:numPr>
          <w:ilvl w:val="0"/>
          <w:numId w:val="1"/>
        </w:numPr>
        <w:spacing w:after="0"/>
        <w:jc w:val="both"/>
        <w:rPr>
          <w:rFonts w:cstheme="minorHAnsi"/>
          <w:b/>
          <w:bCs/>
          <w:lang w:val="en"/>
        </w:rPr>
      </w:pPr>
      <w:r w:rsidRPr="00FA19F9">
        <w:rPr>
          <w:rFonts w:cstheme="minorHAnsi"/>
          <w:b/>
          <w:bCs/>
          <w:lang w:val="en"/>
        </w:rPr>
        <w:t>Fisheries Department| $2,600,849| 2022-2023</w:t>
      </w:r>
    </w:p>
    <w:p w:rsidR="00DC353F" w:rsidRPr="00FA19F9" w:rsidRDefault="00254BB8" w:rsidP="00A308BD">
      <w:pPr>
        <w:spacing w:after="0"/>
        <w:jc w:val="both"/>
        <w:rPr>
          <w:rFonts w:cstheme="minorHAnsi"/>
          <w:b/>
          <w:bCs/>
          <w:lang w:val="en"/>
        </w:rPr>
      </w:pPr>
      <w:r w:rsidRPr="00FA19F9">
        <w:rPr>
          <w:rFonts w:cstheme="minorHAnsi"/>
          <w:b/>
          <w:bCs/>
          <w:lang w:val="en"/>
        </w:rPr>
        <w:t>Enhancement of Landing Sites [Construction of Shed Facility for Fishing, Sanitary F</w:t>
      </w:r>
      <w:r w:rsidRPr="00FA19F9">
        <w:rPr>
          <w:rFonts w:cstheme="minorHAnsi"/>
          <w:b/>
          <w:bCs/>
          <w:lang w:val="en"/>
        </w:rPr>
        <w:t xml:space="preserve">acility, Solar Lighting Facility] at Grove </w:t>
      </w:r>
    </w:p>
    <w:p w:rsidR="00A308BD" w:rsidRPr="00FA19F9" w:rsidRDefault="00254BB8" w:rsidP="00A308BD">
      <w:pPr>
        <w:spacing w:after="0"/>
        <w:jc w:val="both"/>
        <w:rPr>
          <w:rFonts w:cstheme="minorHAnsi"/>
          <w:b/>
          <w:bCs/>
          <w:lang w:val="en"/>
        </w:rPr>
      </w:pPr>
    </w:p>
    <w:p w:rsidR="00DC353F" w:rsidRPr="00FA19F9" w:rsidRDefault="00254BB8" w:rsidP="00A308BD">
      <w:pPr>
        <w:spacing w:after="0"/>
        <w:jc w:val="both"/>
        <w:rPr>
          <w:rFonts w:cstheme="minorHAnsi"/>
          <w:b/>
          <w:bCs/>
          <w:lang w:val="en"/>
        </w:rPr>
      </w:pPr>
      <w:r w:rsidRPr="00FA19F9">
        <w:rPr>
          <w:rFonts w:cstheme="minorHAnsi"/>
          <w:b/>
          <w:bCs/>
          <w:lang w:val="en"/>
        </w:rPr>
        <w:t>Total: $2,600,849</w:t>
      </w:r>
    </w:p>
    <w:p w:rsidR="0059610D" w:rsidRPr="00FA19F9" w:rsidRDefault="00254BB8" w:rsidP="00A308BD">
      <w:pPr>
        <w:spacing w:after="0"/>
        <w:jc w:val="both"/>
        <w:rPr>
          <w:rFonts w:cstheme="minorHAnsi"/>
          <w:b/>
          <w:bCs/>
          <w:lang w:val="en"/>
        </w:rPr>
      </w:pPr>
      <w:r w:rsidRPr="00FA19F9">
        <w:rPr>
          <w:rFonts w:cstheme="minorHAnsi"/>
          <w:b/>
          <w:bCs/>
          <w:lang w:val="en"/>
        </w:rPr>
        <w:t>-------------------------------------------------------------------------------------------------------------------------------</w:t>
      </w:r>
    </w:p>
    <w:p w:rsidR="002C134B" w:rsidRPr="00FA19F9" w:rsidRDefault="00254BB8" w:rsidP="00A308BD">
      <w:pPr>
        <w:numPr>
          <w:ilvl w:val="0"/>
          <w:numId w:val="1"/>
        </w:numPr>
        <w:spacing w:after="0"/>
        <w:jc w:val="both"/>
        <w:rPr>
          <w:rFonts w:cstheme="minorHAnsi"/>
          <w:b/>
          <w:bCs/>
          <w:lang w:val="en"/>
        </w:rPr>
      </w:pPr>
      <w:r w:rsidRPr="00FA19F9">
        <w:rPr>
          <w:rFonts w:cstheme="minorHAnsi"/>
          <w:b/>
          <w:bCs/>
          <w:lang w:val="en"/>
        </w:rPr>
        <w:t>GLDA | $74,897,520| 2024-2025</w:t>
      </w:r>
    </w:p>
    <w:p w:rsidR="002C134B" w:rsidRPr="00FA19F9" w:rsidRDefault="00254BB8" w:rsidP="00A308BD">
      <w:pPr>
        <w:widowControl w:val="0"/>
        <w:spacing w:after="0" w:line="240" w:lineRule="auto"/>
        <w:jc w:val="both"/>
        <w:rPr>
          <w:rFonts w:cstheme="minorHAnsi"/>
          <w:b/>
          <w:bCs/>
        </w:rPr>
      </w:pPr>
      <w:r w:rsidRPr="00FA19F9">
        <w:rPr>
          <w:rFonts w:cstheme="minorHAnsi"/>
          <w:b/>
          <w:bCs/>
        </w:rPr>
        <w:t xml:space="preserve">Genetic Improvement (Layer Chicks, </w:t>
      </w:r>
      <w:r w:rsidRPr="00FA19F9">
        <w:rPr>
          <w:rFonts w:cstheme="minorHAnsi"/>
          <w:b/>
          <w:bCs/>
        </w:rPr>
        <w:t>Broilers, Sheep, Black Giant Chicks, Pigs, Bee Equipment, Feed, Pen, Solar Freezers, Farrowing Crates, Modular Duck Processing Facility)</w:t>
      </w:r>
    </w:p>
    <w:p w:rsidR="002C134B" w:rsidRPr="00FA19F9" w:rsidRDefault="00254BB8" w:rsidP="00A308BD">
      <w:pPr>
        <w:widowControl w:val="0"/>
        <w:spacing w:after="0" w:line="240" w:lineRule="auto"/>
        <w:jc w:val="both"/>
        <w:rPr>
          <w:rFonts w:cstheme="minorHAnsi"/>
        </w:rPr>
      </w:pPr>
      <w:r w:rsidRPr="00FA19F9">
        <w:rPr>
          <w:rFonts w:cstheme="minorHAnsi"/>
        </w:rPr>
        <w:t>Number of Persons Impacted:215 | 2024-2025| $74,897,520</w:t>
      </w:r>
    </w:p>
    <w:p w:rsidR="00A308BD" w:rsidRPr="00FA19F9" w:rsidRDefault="00254BB8" w:rsidP="00A308BD">
      <w:pPr>
        <w:widowControl w:val="0"/>
        <w:spacing w:after="0" w:line="240" w:lineRule="auto"/>
        <w:jc w:val="both"/>
        <w:rPr>
          <w:rFonts w:cstheme="minorHAnsi"/>
        </w:rPr>
      </w:pPr>
    </w:p>
    <w:p w:rsidR="002C134B" w:rsidRPr="00FA19F9" w:rsidRDefault="00254BB8" w:rsidP="00A308BD">
      <w:pPr>
        <w:spacing w:after="0"/>
        <w:jc w:val="both"/>
        <w:rPr>
          <w:rFonts w:cstheme="minorHAnsi"/>
          <w:b/>
          <w:bCs/>
          <w:lang w:val="en"/>
        </w:rPr>
      </w:pPr>
      <w:r w:rsidRPr="00FA19F9">
        <w:rPr>
          <w:rFonts w:cstheme="minorHAnsi"/>
          <w:b/>
          <w:bCs/>
          <w:lang w:val="en"/>
        </w:rPr>
        <w:t>Total: $</w:t>
      </w:r>
      <w:r w:rsidRPr="00FA19F9">
        <w:rPr>
          <w:rFonts w:cstheme="minorHAnsi"/>
          <w:b/>
          <w:bCs/>
        </w:rPr>
        <w:t>74,897,520</w:t>
      </w:r>
    </w:p>
    <w:p w:rsidR="000727FA" w:rsidRPr="00FA19F9" w:rsidRDefault="00254BB8" w:rsidP="00A308BD">
      <w:pPr>
        <w:spacing w:after="0"/>
        <w:jc w:val="both"/>
        <w:rPr>
          <w:rFonts w:cstheme="minorHAnsi"/>
          <w:b/>
          <w:bCs/>
          <w:lang w:val="en"/>
        </w:rPr>
      </w:pPr>
      <w:r w:rsidRPr="00FA19F9">
        <w:rPr>
          <w:rFonts w:cstheme="minorHAnsi"/>
          <w:b/>
          <w:bCs/>
          <w:lang w:val="en"/>
        </w:rPr>
        <w:t>-------------------------------------------</w:t>
      </w:r>
      <w:r w:rsidRPr="00FA19F9">
        <w:rPr>
          <w:rFonts w:cstheme="minorHAnsi"/>
          <w:b/>
          <w:bCs/>
          <w:lang w:val="en"/>
        </w:rPr>
        <w:t>------------------------------------------------------------------------------------</w:t>
      </w:r>
    </w:p>
    <w:p w:rsidR="000E2135" w:rsidRPr="00FA19F9" w:rsidRDefault="00254BB8" w:rsidP="00A308BD">
      <w:pPr>
        <w:numPr>
          <w:ilvl w:val="0"/>
          <w:numId w:val="1"/>
        </w:numPr>
        <w:spacing w:after="0"/>
        <w:jc w:val="both"/>
        <w:rPr>
          <w:rFonts w:cstheme="minorHAnsi"/>
          <w:b/>
          <w:bCs/>
          <w:lang w:val="en"/>
        </w:rPr>
      </w:pPr>
      <w:r w:rsidRPr="00FA19F9">
        <w:rPr>
          <w:rFonts w:cstheme="minorHAnsi"/>
          <w:b/>
          <w:bCs/>
          <w:lang w:val="en"/>
        </w:rPr>
        <w:t xml:space="preserve">NDIA | </w:t>
      </w:r>
      <w:r w:rsidRPr="00FA19F9">
        <w:rPr>
          <w:rFonts w:cstheme="minorHAnsi"/>
          <w:b/>
          <w:bCs/>
          <w:lang w:val="en"/>
        </w:rPr>
        <w:t>$</w:t>
      </w:r>
      <w:r w:rsidRPr="00FA19F9">
        <w:rPr>
          <w:rFonts w:cstheme="minorHAnsi"/>
          <w:b/>
          <w:bCs/>
          <w:lang w:val="en"/>
        </w:rPr>
        <w:t>1,646,416,503</w:t>
      </w:r>
      <w:r w:rsidRPr="00FA19F9">
        <w:rPr>
          <w:rFonts w:cstheme="minorHAnsi"/>
          <w:b/>
          <w:bCs/>
          <w:lang w:val="en"/>
        </w:rPr>
        <w:t>| 202</w:t>
      </w:r>
      <w:r w:rsidRPr="00FA19F9">
        <w:rPr>
          <w:rFonts w:cstheme="minorHAnsi"/>
          <w:b/>
          <w:bCs/>
          <w:lang w:val="en"/>
        </w:rPr>
        <w:t>0</w:t>
      </w:r>
      <w:r w:rsidRPr="00FA19F9">
        <w:rPr>
          <w:rFonts w:cstheme="minorHAnsi"/>
          <w:b/>
          <w:bCs/>
          <w:lang w:val="en"/>
        </w:rPr>
        <w:t>-2025</w:t>
      </w:r>
    </w:p>
    <w:p w:rsidR="00DC4DCD" w:rsidRPr="00FA19F9" w:rsidRDefault="00254BB8" w:rsidP="00A308BD">
      <w:pPr>
        <w:widowControl w:val="0"/>
        <w:spacing w:after="0" w:line="240" w:lineRule="auto"/>
        <w:jc w:val="both"/>
        <w:rPr>
          <w:rFonts w:cstheme="minorHAnsi"/>
          <w:b/>
          <w:bCs/>
          <w:lang w:val="en"/>
        </w:rPr>
      </w:pPr>
      <w:r w:rsidRPr="00FA19F9">
        <w:rPr>
          <w:rFonts w:cstheme="minorHAnsi"/>
          <w:b/>
          <w:bCs/>
          <w:lang w:val="en"/>
        </w:rPr>
        <w:lastRenderedPageBreak/>
        <w:t xml:space="preserve">Construction of Revetment for River </w:t>
      </w:r>
      <w:proofErr w:type="spellStart"/>
      <w:r w:rsidRPr="00FA19F9">
        <w:rPr>
          <w:rFonts w:cstheme="minorHAnsi"/>
          <w:b/>
          <w:bCs/>
          <w:lang w:val="en"/>
        </w:rPr>
        <w:t>Defence</w:t>
      </w:r>
      <w:proofErr w:type="spellEnd"/>
      <w:r w:rsidRPr="00FA19F9">
        <w:rPr>
          <w:rFonts w:cstheme="minorHAnsi"/>
          <w:b/>
          <w:bCs/>
          <w:lang w:val="en"/>
        </w:rPr>
        <w:t xml:space="preserve"> Protection </w:t>
      </w:r>
      <w:r w:rsidRPr="00FA19F9">
        <w:rPr>
          <w:rFonts w:cstheme="minorHAnsi"/>
          <w:b/>
          <w:bCs/>
          <w:lang w:val="en"/>
        </w:rPr>
        <w:t>- Friendship</w:t>
      </w:r>
    </w:p>
    <w:p w:rsidR="00636F76" w:rsidRPr="00FA19F9" w:rsidRDefault="00254BB8" w:rsidP="000223F6">
      <w:pPr>
        <w:widowControl w:val="0"/>
        <w:spacing w:after="0" w:line="240" w:lineRule="auto"/>
        <w:jc w:val="both"/>
        <w:rPr>
          <w:rFonts w:cstheme="minorHAnsi"/>
        </w:rPr>
      </w:pPr>
      <w:r w:rsidRPr="00FA19F9">
        <w:rPr>
          <w:rFonts w:cstheme="minorHAnsi"/>
        </w:rPr>
        <w:t xml:space="preserve">Status: Completed </w:t>
      </w:r>
      <w:r w:rsidRPr="00FA19F9">
        <w:rPr>
          <w:rFonts w:cstheme="minorHAnsi"/>
        </w:rPr>
        <w:t>| 202</w:t>
      </w:r>
      <w:r w:rsidRPr="00FA19F9">
        <w:rPr>
          <w:rFonts w:cstheme="minorHAnsi"/>
        </w:rPr>
        <w:t>0</w:t>
      </w:r>
      <w:r w:rsidRPr="00FA19F9">
        <w:rPr>
          <w:rFonts w:cstheme="minorHAnsi"/>
        </w:rPr>
        <w:t>| $</w:t>
      </w:r>
      <w:r w:rsidRPr="00FA19F9">
        <w:rPr>
          <w:rFonts w:cstheme="minorHAnsi"/>
        </w:rPr>
        <w:t>8,232,050</w:t>
      </w:r>
    </w:p>
    <w:p w:rsidR="000223F6" w:rsidRPr="00FA19F9" w:rsidRDefault="00254BB8" w:rsidP="000223F6">
      <w:pPr>
        <w:widowControl w:val="0"/>
        <w:spacing w:after="0" w:line="240" w:lineRule="auto"/>
        <w:jc w:val="both"/>
        <w:rPr>
          <w:rFonts w:cstheme="minorHAnsi"/>
          <w:b/>
          <w:bCs/>
        </w:rPr>
      </w:pPr>
    </w:p>
    <w:p w:rsidR="007A51CE" w:rsidRPr="00FA19F9" w:rsidRDefault="00254BB8" w:rsidP="00A308BD">
      <w:pPr>
        <w:spacing w:after="0"/>
        <w:jc w:val="both"/>
        <w:rPr>
          <w:rFonts w:cstheme="minorHAnsi"/>
          <w:b/>
          <w:bCs/>
        </w:rPr>
      </w:pPr>
      <w:r w:rsidRPr="00FA19F9">
        <w:rPr>
          <w:rFonts w:cstheme="minorHAnsi"/>
          <w:b/>
          <w:bCs/>
        </w:rPr>
        <w:t>Rehabilitation of Fulton Sluice</w:t>
      </w:r>
      <w:r w:rsidRPr="00FA19F9">
        <w:rPr>
          <w:rFonts w:cstheme="minorHAnsi"/>
          <w:b/>
          <w:bCs/>
        </w:rPr>
        <w:t xml:space="preserve"> </w:t>
      </w:r>
      <w:r w:rsidRPr="00FA19F9">
        <w:rPr>
          <w:rFonts w:cstheme="minorHAnsi"/>
          <w:b/>
          <w:bCs/>
          <w:lang w:val="en"/>
        </w:rPr>
        <w:t>- Friendship</w:t>
      </w:r>
    </w:p>
    <w:p w:rsidR="006824E2" w:rsidRPr="00FA19F9" w:rsidRDefault="00254BB8" w:rsidP="00A308BD">
      <w:pPr>
        <w:widowControl w:val="0"/>
        <w:spacing w:after="0" w:line="240" w:lineRule="auto"/>
        <w:jc w:val="both"/>
        <w:rPr>
          <w:rFonts w:cstheme="minorHAnsi"/>
        </w:rPr>
      </w:pPr>
      <w:r w:rsidRPr="00FA19F9">
        <w:rPr>
          <w:rFonts w:cstheme="minorHAnsi"/>
        </w:rPr>
        <w:t>Status: Completed</w:t>
      </w:r>
      <w:r w:rsidRPr="00FA19F9">
        <w:rPr>
          <w:rFonts w:cstheme="minorHAnsi"/>
        </w:rPr>
        <w:t>| 202</w:t>
      </w:r>
      <w:r w:rsidRPr="00FA19F9">
        <w:rPr>
          <w:rFonts w:cstheme="minorHAnsi"/>
        </w:rPr>
        <w:t>0</w:t>
      </w:r>
      <w:r w:rsidRPr="00FA19F9">
        <w:rPr>
          <w:rFonts w:cstheme="minorHAnsi"/>
        </w:rPr>
        <w:t xml:space="preserve">| </w:t>
      </w:r>
      <w:r w:rsidRPr="00FA19F9">
        <w:rPr>
          <w:rFonts w:cstheme="minorHAnsi"/>
        </w:rPr>
        <w:t>$</w:t>
      </w:r>
      <w:r w:rsidRPr="00FA19F9">
        <w:rPr>
          <w:rFonts w:cstheme="minorHAnsi"/>
        </w:rPr>
        <w:t>12,969,500</w:t>
      </w:r>
    </w:p>
    <w:p w:rsidR="007C3837" w:rsidRPr="00FA19F9" w:rsidRDefault="00254BB8" w:rsidP="00A308BD">
      <w:pPr>
        <w:widowControl w:val="0"/>
        <w:spacing w:after="0" w:line="240" w:lineRule="auto"/>
        <w:jc w:val="both"/>
        <w:rPr>
          <w:rFonts w:cstheme="minorHAnsi"/>
        </w:rPr>
      </w:pPr>
    </w:p>
    <w:p w:rsidR="00CD3CB1" w:rsidRPr="00FA19F9" w:rsidRDefault="00254BB8" w:rsidP="00A308BD">
      <w:pPr>
        <w:widowControl w:val="0"/>
        <w:spacing w:after="0" w:line="240" w:lineRule="auto"/>
        <w:jc w:val="both"/>
        <w:rPr>
          <w:rFonts w:cstheme="minorHAnsi"/>
          <w:b/>
          <w:bCs/>
        </w:rPr>
      </w:pPr>
      <w:r w:rsidRPr="00FA19F9">
        <w:rPr>
          <w:rFonts w:cstheme="minorHAnsi"/>
          <w:b/>
          <w:bCs/>
        </w:rPr>
        <w:t xml:space="preserve">Rehabilitation of Alliance 1 Sluice </w:t>
      </w:r>
    </w:p>
    <w:p w:rsidR="006E28DF" w:rsidRPr="00FA19F9" w:rsidRDefault="00254BB8" w:rsidP="00D03723">
      <w:pPr>
        <w:widowControl w:val="0"/>
        <w:spacing w:after="0" w:line="240" w:lineRule="auto"/>
        <w:jc w:val="both"/>
        <w:rPr>
          <w:rFonts w:cstheme="minorHAnsi"/>
        </w:rPr>
      </w:pPr>
      <w:r w:rsidRPr="00FA19F9">
        <w:rPr>
          <w:rFonts w:cstheme="minorHAnsi"/>
        </w:rPr>
        <w:t xml:space="preserve">Status: Completed </w:t>
      </w:r>
      <w:r w:rsidRPr="00FA19F9">
        <w:rPr>
          <w:rFonts w:cstheme="minorHAnsi"/>
        </w:rPr>
        <w:t>| 202</w:t>
      </w:r>
      <w:r w:rsidRPr="00FA19F9">
        <w:rPr>
          <w:rFonts w:cstheme="minorHAnsi"/>
        </w:rPr>
        <w:t>1</w:t>
      </w:r>
      <w:r w:rsidRPr="00FA19F9">
        <w:rPr>
          <w:rFonts w:cstheme="minorHAnsi"/>
        </w:rPr>
        <w:t>| $</w:t>
      </w:r>
      <w:r w:rsidRPr="00FA19F9">
        <w:rPr>
          <w:rFonts w:cstheme="minorHAnsi"/>
        </w:rPr>
        <w:t>13,880,500</w:t>
      </w:r>
    </w:p>
    <w:p w:rsidR="00D03723" w:rsidRPr="00FA19F9" w:rsidRDefault="00254BB8" w:rsidP="00D03723">
      <w:pPr>
        <w:widowControl w:val="0"/>
        <w:spacing w:after="0" w:line="240" w:lineRule="auto"/>
        <w:jc w:val="both"/>
        <w:rPr>
          <w:rFonts w:cstheme="minorHAnsi"/>
          <w:b/>
          <w:bCs/>
          <w:lang w:val="en"/>
        </w:rPr>
      </w:pPr>
    </w:p>
    <w:p w:rsidR="00114B0F" w:rsidRPr="00FA19F9" w:rsidRDefault="00254BB8" w:rsidP="00A308BD">
      <w:pPr>
        <w:widowControl w:val="0"/>
        <w:spacing w:after="0" w:line="240" w:lineRule="auto"/>
        <w:jc w:val="both"/>
        <w:rPr>
          <w:rFonts w:cstheme="minorHAnsi"/>
          <w:b/>
          <w:bCs/>
          <w:lang w:val="en"/>
        </w:rPr>
      </w:pPr>
      <w:r w:rsidRPr="00FA19F9">
        <w:rPr>
          <w:rFonts w:cstheme="minorHAnsi"/>
          <w:b/>
          <w:bCs/>
          <w:lang w:val="en"/>
        </w:rPr>
        <w:t xml:space="preserve">Rehabilitation of </w:t>
      </w:r>
      <w:proofErr w:type="gramStart"/>
      <w:r w:rsidRPr="00FA19F9">
        <w:rPr>
          <w:rFonts w:cstheme="minorHAnsi"/>
          <w:b/>
          <w:bCs/>
          <w:lang w:val="en"/>
        </w:rPr>
        <w:t>Alliance  Bridge</w:t>
      </w:r>
      <w:proofErr w:type="gramEnd"/>
      <w:r w:rsidRPr="00FA19F9">
        <w:rPr>
          <w:rFonts w:cstheme="minorHAnsi"/>
          <w:b/>
          <w:bCs/>
          <w:lang w:val="en"/>
        </w:rPr>
        <w:t xml:space="preserve"> </w:t>
      </w:r>
      <w:proofErr w:type="spellStart"/>
      <w:r w:rsidRPr="00FA19F9">
        <w:rPr>
          <w:rFonts w:cstheme="minorHAnsi"/>
          <w:b/>
          <w:bCs/>
          <w:lang w:val="en"/>
        </w:rPr>
        <w:t>Timehri</w:t>
      </w:r>
      <w:proofErr w:type="spellEnd"/>
      <w:r w:rsidRPr="00FA19F9">
        <w:rPr>
          <w:rFonts w:cstheme="minorHAnsi"/>
          <w:b/>
          <w:bCs/>
          <w:lang w:val="en"/>
        </w:rPr>
        <w:t xml:space="preserve"> </w:t>
      </w:r>
    </w:p>
    <w:p w:rsidR="00E96D22" w:rsidRPr="00FA19F9" w:rsidRDefault="00254BB8" w:rsidP="00BB3CAE">
      <w:pPr>
        <w:widowControl w:val="0"/>
        <w:spacing w:after="0" w:line="240" w:lineRule="auto"/>
        <w:jc w:val="both"/>
        <w:rPr>
          <w:rFonts w:cstheme="minorHAnsi"/>
        </w:rPr>
      </w:pPr>
      <w:r w:rsidRPr="00FA19F9">
        <w:rPr>
          <w:rFonts w:cstheme="minorHAnsi"/>
        </w:rPr>
        <w:t xml:space="preserve">Status: Completed </w:t>
      </w:r>
      <w:r w:rsidRPr="00FA19F9">
        <w:rPr>
          <w:rFonts w:cstheme="minorHAnsi"/>
        </w:rPr>
        <w:t>| 202</w:t>
      </w:r>
      <w:r w:rsidRPr="00FA19F9">
        <w:rPr>
          <w:rFonts w:cstheme="minorHAnsi"/>
        </w:rPr>
        <w:t>1</w:t>
      </w:r>
      <w:r w:rsidRPr="00FA19F9">
        <w:rPr>
          <w:rFonts w:cstheme="minorHAnsi"/>
        </w:rPr>
        <w:t>| $</w:t>
      </w:r>
      <w:r w:rsidRPr="00FA19F9">
        <w:rPr>
          <w:rFonts w:cstheme="minorHAnsi"/>
        </w:rPr>
        <w:t>13,784,720</w:t>
      </w:r>
    </w:p>
    <w:p w:rsidR="00BB3CAE" w:rsidRPr="00FA19F9" w:rsidRDefault="00254BB8" w:rsidP="00BB3CAE">
      <w:pPr>
        <w:widowControl w:val="0"/>
        <w:spacing w:after="0" w:line="240" w:lineRule="auto"/>
        <w:jc w:val="both"/>
        <w:rPr>
          <w:rFonts w:cstheme="minorHAnsi"/>
          <w:b/>
          <w:bCs/>
          <w:lang w:val="en"/>
        </w:rPr>
      </w:pPr>
    </w:p>
    <w:p w:rsidR="00303D36" w:rsidRPr="00FA19F9" w:rsidRDefault="00254BB8" w:rsidP="00A308BD">
      <w:pPr>
        <w:widowControl w:val="0"/>
        <w:spacing w:after="0" w:line="240" w:lineRule="auto"/>
        <w:jc w:val="both"/>
        <w:rPr>
          <w:rFonts w:cstheme="minorHAnsi"/>
          <w:b/>
          <w:bCs/>
        </w:rPr>
      </w:pPr>
      <w:r w:rsidRPr="00FA19F9">
        <w:rPr>
          <w:rFonts w:cstheme="minorHAnsi"/>
          <w:b/>
          <w:bCs/>
        </w:rPr>
        <w:t xml:space="preserve">Rehabilitation of Drainage Culvert in Diamond </w:t>
      </w:r>
    </w:p>
    <w:p w:rsidR="00086EC7" w:rsidRPr="00FA19F9" w:rsidRDefault="00254BB8" w:rsidP="00A308BD">
      <w:pPr>
        <w:widowControl w:val="0"/>
        <w:spacing w:after="0" w:line="240" w:lineRule="auto"/>
        <w:jc w:val="both"/>
        <w:rPr>
          <w:rFonts w:cstheme="minorHAnsi"/>
        </w:rPr>
      </w:pPr>
      <w:r w:rsidRPr="00FA19F9">
        <w:rPr>
          <w:rFonts w:cstheme="minorHAnsi"/>
        </w:rPr>
        <w:t xml:space="preserve">Status: Completed </w:t>
      </w:r>
      <w:r w:rsidRPr="00FA19F9">
        <w:rPr>
          <w:rFonts w:cstheme="minorHAnsi"/>
        </w:rPr>
        <w:t>| 202</w:t>
      </w:r>
      <w:r w:rsidRPr="00FA19F9">
        <w:rPr>
          <w:rFonts w:cstheme="minorHAnsi"/>
        </w:rPr>
        <w:t>3</w:t>
      </w:r>
      <w:r w:rsidRPr="00FA19F9">
        <w:rPr>
          <w:rFonts w:cstheme="minorHAnsi"/>
        </w:rPr>
        <w:t>| $</w:t>
      </w:r>
      <w:r w:rsidRPr="00FA19F9">
        <w:rPr>
          <w:rFonts w:cstheme="minorHAnsi"/>
        </w:rPr>
        <w:t>17,200,540</w:t>
      </w:r>
    </w:p>
    <w:p w:rsidR="00D83F67" w:rsidRPr="00FA19F9" w:rsidRDefault="00254BB8" w:rsidP="00A308BD">
      <w:pPr>
        <w:widowControl w:val="0"/>
        <w:spacing w:after="0" w:line="240" w:lineRule="auto"/>
        <w:jc w:val="both"/>
        <w:rPr>
          <w:rFonts w:cstheme="minorHAnsi"/>
        </w:rPr>
      </w:pPr>
    </w:p>
    <w:p w:rsidR="00B96DEB" w:rsidRPr="00FA19F9" w:rsidRDefault="00254BB8" w:rsidP="00A308BD">
      <w:pPr>
        <w:widowControl w:val="0"/>
        <w:spacing w:after="0" w:line="240" w:lineRule="auto"/>
        <w:jc w:val="both"/>
        <w:rPr>
          <w:rFonts w:cstheme="minorHAnsi"/>
          <w:b/>
          <w:bCs/>
          <w:lang w:val="en"/>
        </w:rPr>
      </w:pPr>
      <w:r w:rsidRPr="00FA19F9">
        <w:rPr>
          <w:rFonts w:cstheme="minorHAnsi"/>
          <w:b/>
          <w:bCs/>
          <w:lang w:val="en"/>
        </w:rPr>
        <w:t>Construction of sluice</w:t>
      </w:r>
      <w:r w:rsidRPr="00FA19F9">
        <w:rPr>
          <w:rFonts w:cstheme="minorHAnsi"/>
          <w:b/>
          <w:bCs/>
          <w:lang w:val="en"/>
        </w:rPr>
        <w:t xml:space="preserve"> at </w:t>
      </w:r>
      <w:r w:rsidRPr="00FA19F9">
        <w:rPr>
          <w:rFonts w:cstheme="minorHAnsi"/>
          <w:b/>
          <w:bCs/>
          <w:lang w:val="en"/>
        </w:rPr>
        <w:t xml:space="preserve">Little Diamond </w:t>
      </w:r>
    </w:p>
    <w:p w:rsidR="00B35873" w:rsidRPr="00FA19F9" w:rsidRDefault="00254BB8" w:rsidP="00B962E1">
      <w:pPr>
        <w:widowControl w:val="0"/>
        <w:spacing w:after="0" w:line="240" w:lineRule="auto"/>
        <w:jc w:val="both"/>
        <w:rPr>
          <w:rFonts w:cstheme="minorHAnsi"/>
        </w:rPr>
      </w:pPr>
      <w:r w:rsidRPr="00FA19F9">
        <w:rPr>
          <w:rFonts w:cstheme="minorHAnsi"/>
        </w:rPr>
        <w:t xml:space="preserve">Status: Completed </w:t>
      </w:r>
      <w:r w:rsidRPr="00FA19F9">
        <w:rPr>
          <w:rFonts w:cstheme="minorHAnsi"/>
        </w:rPr>
        <w:t>| 202</w:t>
      </w:r>
      <w:r w:rsidRPr="00FA19F9">
        <w:rPr>
          <w:rFonts w:cstheme="minorHAnsi"/>
        </w:rPr>
        <w:t>3</w:t>
      </w:r>
      <w:r w:rsidRPr="00FA19F9">
        <w:rPr>
          <w:rFonts w:cstheme="minorHAnsi"/>
        </w:rPr>
        <w:t>| $</w:t>
      </w:r>
      <w:r w:rsidRPr="00FA19F9">
        <w:rPr>
          <w:rFonts w:cstheme="minorHAnsi"/>
        </w:rPr>
        <w:t>123,312,473</w:t>
      </w:r>
    </w:p>
    <w:p w:rsidR="00B962E1" w:rsidRPr="00FA19F9" w:rsidRDefault="00254BB8" w:rsidP="00B962E1">
      <w:pPr>
        <w:widowControl w:val="0"/>
        <w:spacing w:after="0" w:line="240" w:lineRule="auto"/>
        <w:jc w:val="both"/>
        <w:rPr>
          <w:rFonts w:cstheme="minorHAnsi"/>
          <w:b/>
          <w:bCs/>
          <w:lang w:val="en"/>
        </w:rPr>
      </w:pPr>
    </w:p>
    <w:p w:rsidR="00F37F74" w:rsidRPr="00FA19F9" w:rsidRDefault="00254BB8" w:rsidP="00A308BD">
      <w:pPr>
        <w:widowControl w:val="0"/>
        <w:spacing w:after="0" w:line="240" w:lineRule="auto"/>
        <w:jc w:val="both"/>
        <w:rPr>
          <w:rFonts w:cstheme="minorHAnsi"/>
          <w:b/>
          <w:bCs/>
          <w:lang w:val="en"/>
        </w:rPr>
      </w:pPr>
      <w:r w:rsidRPr="00FA19F9">
        <w:rPr>
          <w:rFonts w:cstheme="minorHAnsi"/>
          <w:b/>
          <w:bCs/>
          <w:lang w:val="en"/>
        </w:rPr>
        <w:t xml:space="preserve">Rehabilitation of drainage network within Urban Dairy Cattle Farming </w:t>
      </w:r>
    </w:p>
    <w:p w:rsidR="00BB03D0" w:rsidRPr="00FA19F9" w:rsidRDefault="00254BB8" w:rsidP="00A308BD">
      <w:pPr>
        <w:widowControl w:val="0"/>
        <w:spacing w:after="0" w:line="240" w:lineRule="auto"/>
        <w:jc w:val="both"/>
        <w:rPr>
          <w:rFonts w:cstheme="minorHAnsi"/>
        </w:rPr>
      </w:pPr>
      <w:r w:rsidRPr="00FA19F9">
        <w:rPr>
          <w:rFonts w:cstheme="minorHAnsi"/>
        </w:rPr>
        <w:t xml:space="preserve">Status: Completed </w:t>
      </w:r>
      <w:r w:rsidRPr="00FA19F9">
        <w:rPr>
          <w:rFonts w:cstheme="minorHAnsi"/>
        </w:rPr>
        <w:t>| 2024| $</w:t>
      </w:r>
      <w:r w:rsidRPr="00FA19F9">
        <w:rPr>
          <w:rFonts w:cstheme="minorHAnsi"/>
        </w:rPr>
        <w:t>80,000,000</w:t>
      </w:r>
    </w:p>
    <w:p w:rsidR="00BB03D0" w:rsidRPr="00FA19F9" w:rsidRDefault="00254BB8" w:rsidP="00A308BD">
      <w:pPr>
        <w:spacing w:after="0"/>
        <w:jc w:val="both"/>
        <w:rPr>
          <w:rFonts w:cstheme="minorHAnsi"/>
          <w:b/>
          <w:bCs/>
          <w:lang w:val="en"/>
        </w:rPr>
      </w:pPr>
    </w:p>
    <w:p w:rsidR="00943495" w:rsidRPr="00FA19F9" w:rsidRDefault="00254BB8" w:rsidP="00A308BD">
      <w:pPr>
        <w:widowControl w:val="0"/>
        <w:spacing w:after="0" w:line="240" w:lineRule="auto"/>
        <w:jc w:val="both"/>
        <w:rPr>
          <w:rFonts w:cstheme="minorHAnsi"/>
          <w:b/>
          <w:bCs/>
          <w:lang w:val="en"/>
        </w:rPr>
      </w:pPr>
      <w:r w:rsidRPr="00FA19F9">
        <w:rPr>
          <w:rFonts w:cstheme="minorHAnsi"/>
          <w:b/>
          <w:bCs/>
          <w:lang w:val="en"/>
        </w:rPr>
        <w:t xml:space="preserve">Rehabilitation of supply relief drainage and irrigation network </w:t>
      </w:r>
    </w:p>
    <w:p w:rsidR="00813425" w:rsidRPr="00FA19F9" w:rsidRDefault="00254BB8" w:rsidP="00A308BD">
      <w:pPr>
        <w:widowControl w:val="0"/>
        <w:spacing w:after="0" w:line="240" w:lineRule="auto"/>
        <w:jc w:val="both"/>
        <w:rPr>
          <w:rFonts w:cstheme="minorHAnsi"/>
        </w:rPr>
      </w:pPr>
      <w:r w:rsidRPr="00FA19F9">
        <w:rPr>
          <w:rFonts w:cstheme="minorHAnsi"/>
        </w:rPr>
        <w:t xml:space="preserve">Status: Completed </w:t>
      </w:r>
      <w:r w:rsidRPr="00FA19F9">
        <w:rPr>
          <w:rFonts w:cstheme="minorHAnsi"/>
        </w:rPr>
        <w:t>| 2024| $</w:t>
      </w:r>
      <w:r w:rsidRPr="00FA19F9">
        <w:rPr>
          <w:rFonts w:cstheme="minorHAnsi"/>
        </w:rPr>
        <w:t>32,000,000</w:t>
      </w:r>
    </w:p>
    <w:p w:rsidR="006F509A" w:rsidRPr="00FA19F9" w:rsidRDefault="00254BB8" w:rsidP="00A308BD">
      <w:pPr>
        <w:widowControl w:val="0"/>
        <w:spacing w:after="0" w:line="240" w:lineRule="auto"/>
        <w:jc w:val="both"/>
        <w:rPr>
          <w:rFonts w:cstheme="minorHAnsi"/>
        </w:rPr>
      </w:pPr>
    </w:p>
    <w:p w:rsidR="002F0AA7" w:rsidRPr="00FA19F9" w:rsidRDefault="00254BB8" w:rsidP="00A308BD">
      <w:pPr>
        <w:widowControl w:val="0"/>
        <w:spacing w:after="0" w:line="240" w:lineRule="auto"/>
        <w:jc w:val="both"/>
        <w:rPr>
          <w:rFonts w:cstheme="minorHAnsi"/>
          <w:b/>
          <w:bCs/>
          <w:lang w:val="en"/>
        </w:rPr>
      </w:pPr>
      <w:r w:rsidRPr="00FA19F9">
        <w:rPr>
          <w:rFonts w:cstheme="minorHAnsi"/>
          <w:b/>
          <w:bCs/>
          <w:lang w:val="en"/>
        </w:rPr>
        <w:t xml:space="preserve">Rehabilitation of drainage network within Alliance Road </w:t>
      </w:r>
    </w:p>
    <w:p w:rsidR="00B35873" w:rsidRPr="00FA19F9" w:rsidRDefault="00254BB8" w:rsidP="00EF784C">
      <w:pPr>
        <w:widowControl w:val="0"/>
        <w:spacing w:after="0" w:line="240" w:lineRule="auto"/>
        <w:jc w:val="both"/>
        <w:rPr>
          <w:rFonts w:cstheme="minorHAnsi"/>
        </w:rPr>
      </w:pPr>
      <w:r w:rsidRPr="00FA19F9">
        <w:rPr>
          <w:rFonts w:cstheme="minorHAnsi"/>
        </w:rPr>
        <w:t xml:space="preserve">Status: Completed </w:t>
      </w:r>
      <w:r w:rsidRPr="00FA19F9">
        <w:rPr>
          <w:rFonts w:cstheme="minorHAnsi"/>
        </w:rPr>
        <w:t>| 2024| $</w:t>
      </w:r>
      <w:r w:rsidRPr="00FA19F9">
        <w:rPr>
          <w:rFonts w:cstheme="minorHAnsi"/>
        </w:rPr>
        <w:t>45,000,000</w:t>
      </w:r>
    </w:p>
    <w:p w:rsidR="00EF784C" w:rsidRPr="00FA19F9" w:rsidRDefault="00254BB8" w:rsidP="00EF784C">
      <w:pPr>
        <w:widowControl w:val="0"/>
        <w:spacing w:after="0" w:line="240" w:lineRule="auto"/>
        <w:jc w:val="both"/>
        <w:rPr>
          <w:rFonts w:cstheme="minorHAnsi"/>
        </w:rPr>
      </w:pPr>
    </w:p>
    <w:p w:rsidR="003961AF" w:rsidRPr="00FA19F9" w:rsidRDefault="00254BB8" w:rsidP="00EF784C">
      <w:pPr>
        <w:widowControl w:val="0"/>
        <w:spacing w:after="0" w:line="240" w:lineRule="auto"/>
        <w:jc w:val="both"/>
        <w:rPr>
          <w:rFonts w:cstheme="minorHAnsi"/>
          <w:b/>
          <w:bCs/>
          <w:lang w:val="en"/>
        </w:rPr>
      </w:pPr>
      <w:r w:rsidRPr="00FA19F9">
        <w:rPr>
          <w:rFonts w:cstheme="minorHAnsi"/>
          <w:b/>
          <w:bCs/>
          <w:lang w:val="en"/>
        </w:rPr>
        <w:t xml:space="preserve">Rehabilitation of drainage structure at </w:t>
      </w:r>
      <w:proofErr w:type="spellStart"/>
      <w:r w:rsidRPr="00FA19F9">
        <w:rPr>
          <w:rFonts w:cstheme="minorHAnsi"/>
          <w:b/>
          <w:bCs/>
          <w:lang w:val="en"/>
        </w:rPr>
        <w:t>Brickery</w:t>
      </w:r>
      <w:proofErr w:type="spellEnd"/>
      <w:r w:rsidRPr="00FA19F9">
        <w:rPr>
          <w:rFonts w:cstheme="minorHAnsi"/>
          <w:b/>
          <w:bCs/>
          <w:lang w:val="en"/>
        </w:rPr>
        <w:t xml:space="preserve"> </w:t>
      </w:r>
    </w:p>
    <w:p w:rsidR="00EF784C" w:rsidRPr="00FA19F9" w:rsidRDefault="00254BB8" w:rsidP="00EF784C">
      <w:pPr>
        <w:widowControl w:val="0"/>
        <w:spacing w:after="0" w:line="240" w:lineRule="auto"/>
        <w:jc w:val="both"/>
        <w:rPr>
          <w:rFonts w:cstheme="minorHAnsi"/>
        </w:rPr>
      </w:pPr>
      <w:r w:rsidRPr="00FA19F9">
        <w:rPr>
          <w:rFonts w:cstheme="minorHAnsi"/>
        </w:rPr>
        <w:t xml:space="preserve">Status: Completed </w:t>
      </w:r>
      <w:r w:rsidRPr="00FA19F9">
        <w:rPr>
          <w:rFonts w:cstheme="minorHAnsi"/>
        </w:rPr>
        <w:t>| 2024| $</w:t>
      </w:r>
      <w:r w:rsidRPr="00FA19F9">
        <w:rPr>
          <w:rFonts w:cstheme="minorHAnsi"/>
        </w:rPr>
        <w:t>25,215,800</w:t>
      </w:r>
    </w:p>
    <w:p w:rsidR="002D0E7B" w:rsidRPr="00FA19F9" w:rsidRDefault="00254BB8" w:rsidP="00EF784C">
      <w:pPr>
        <w:widowControl w:val="0"/>
        <w:spacing w:after="0" w:line="240" w:lineRule="auto"/>
        <w:jc w:val="both"/>
        <w:rPr>
          <w:rFonts w:cstheme="minorHAnsi"/>
        </w:rPr>
      </w:pPr>
    </w:p>
    <w:p w:rsidR="00CB41C6" w:rsidRPr="00FA19F9" w:rsidRDefault="00254BB8" w:rsidP="0040104D">
      <w:pPr>
        <w:widowControl w:val="0"/>
        <w:spacing w:after="0" w:line="240" w:lineRule="auto"/>
        <w:jc w:val="both"/>
        <w:rPr>
          <w:rFonts w:cstheme="minorHAnsi"/>
          <w:b/>
          <w:bCs/>
          <w:lang w:val="en"/>
        </w:rPr>
      </w:pPr>
      <w:r w:rsidRPr="00FA19F9">
        <w:rPr>
          <w:rFonts w:cstheme="minorHAnsi"/>
          <w:b/>
          <w:bCs/>
          <w:lang w:val="en"/>
        </w:rPr>
        <w:t>Construction of sluice</w:t>
      </w:r>
      <w:r w:rsidRPr="00FA19F9">
        <w:rPr>
          <w:rFonts w:cstheme="minorHAnsi"/>
          <w:b/>
          <w:bCs/>
          <w:lang w:val="en"/>
        </w:rPr>
        <w:tab/>
        <w:t xml:space="preserve"> at A-DAM</w:t>
      </w:r>
      <w:r w:rsidRPr="00FA19F9">
        <w:rPr>
          <w:rFonts w:cstheme="minorHAnsi"/>
          <w:b/>
          <w:bCs/>
          <w:lang w:val="en"/>
        </w:rPr>
        <w:tab/>
        <w:t xml:space="preserve"> </w:t>
      </w:r>
    </w:p>
    <w:p w:rsidR="0040104D" w:rsidRPr="00FA19F9" w:rsidRDefault="00254BB8" w:rsidP="0040104D">
      <w:pPr>
        <w:widowControl w:val="0"/>
        <w:spacing w:after="0" w:line="240" w:lineRule="auto"/>
        <w:jc w:val="both"/>
        <w:rPr>
          <w:rFonts w:cstheme="minorHAnsi"/>
        </w:rPr>
      </w:pPr>
      <w:r w:rsidRPr="00FA19F9">
        <w:rPr>
          <w:rFonts w:cstheme="minorHAnsi"/>
        </w:rPr>
        <w:t xml:space="preserve">Status: </w:t>
      </w:r>
      <w:r w:rsidRPr="00FA19F9">
        <w:rPr>
          <w:rFonts w:cstheme="minorHAnsi"/>
        </w:rPr>
        <w:t>Ongoing</w:t>
      </w:r>
      <w:r w:rsidRPr="00FA19F9">
        <w:rPr>
          <w:rFonts w:cstheme="minorHAnsi"/>
        </w:rPr>
        <w:t xml:space="preserve"> | 202</w:t>
      </w:r>
      <w:r w:rsidRPr="00FA19F9">
        <w:rPr>
          <w:rFonts w:cstheme="minorHAnsi"/>
        </w:rPr>
        <w:t>5</w:t>
      </w:r>
      <w:r w:rsidRPr="00FA19F9">
        <w:rPr>
          <w:rFonts w:cstheme="minorHAnsi"/>
        </w:rPr>
        <w:t>| $</w:t>
      </w:r>
      <w:r w:rsidRPr="00FA19F9">
        <w:rPr>
          <w:rFonts w:cstheme="minorHAnsi"/>
        </w:rPr>
        <w:t>162,780,240</w:t>
      </w:r>
    </w:p>
    <w:p w:rsidR="002B0C13" w:rsidRPr="00FA19F9" w:rsidRDefault="00254BB8" w:rsidP="0040104D">
      <w:pPr>
        <w:widowControl w:val="0"/>
        <w:spacing w:after="0" w:line="240" w:lineRule="auto"/>
        <w:jc w:val="both"/>
        <w:rPr>
          <w:rFonts w:cstheme="minorHAnsi"/>
        </w:rPr>
      </w:pPr>
    </w:p>
    <w:p w:rsidR="00E5767E" w:rsidRPr="00FA19F9" w:rsidRDefault="00254BB8" w:rsidP="002B0C13">
      <w:pPr>
        <w:widowControl w:val="0"/>
        <w:spacing w:after="0" w:line="240" w:lineRule="auto"/>
        <w:jc w:val="both"/>
        <w:rPr>
          <w:rFonts w:cstheme="minorHAnsi"/>
          <w:b/>
          <w:bCs/>
          <w:lang w:val="en"/>
        </w:rPr>
      </w:pPr>
      <w:r w:rsidRPr="00FA19F9">
        <w:rPr>
          <w:rFonts w:cstheme="minorHAnsi"/>
          <w:b/>
          <w:bCs/>
          <w:lang w:val="en"/>
        </w:rPr>
        <w:t>Construction of sluice</w:t>
      </w:r>
      <w:r w:rsidRPr="00FA19F9">
        <w:rPr>
          <w:rFonts w:cstheme="minorHAnsi"/>
          <w:b/>
          <w:bCs/>
          <w:lang w:val="en"/>
        </w:rPr>
        <w:tab/>
      </w:r>
      <w:r w:rsidRPr="00FA19F9">
        <w:rPr>
          <w:rFonts w:cstheme="minorHAnsi"/>
          <w:b/>
          <w:bCs/>
          <w:lang w:val="en"/>
        </w:rPr>
        <w:t xml:space="preserve"> at </w:t>
      </w:r>
      <w:proofErr w:type="spellStart"/>
      <w:r w:rsidRPr="00FA19F9">
        <w:rPr>
          <w:rFonts w:cstheme="minorHAnsi"/>
          <w:b/>
          <w:bCs/>
          <w:lang w:val="en"/>
        </w:rPr>
        <w:t>Brickery</w:t>
      </w:r>
      <w:proofErr w:type="spellEnd"/>
      <w:r w:rsidRPr="00FA19F9">
        <w:rPr>
          <w:rFonts w:cstheme="minorHAnsi"/>
          <w:b/>
          <w:bCs/>
          <w:lang w:val="en"/>
        </w:rPr>
        <w:t xml:space="preserve"> </w:t>
      </w:r>
    </w:p>
    <w:p w:rsidR="0040104D" w:rsidRPr="00FA19F9" w:rsidRDefault="00254BB8" w:rsidP="0090704C">
      <w:pPr>
        <w:widowControl w:val="0"/>
        <w:spacing w:after="0" w:line="240" w:lineRule="auto"/>
        <w:jc w:val="both"/>
        <w:rPr>
          <w:rFonts w:cstheme="minorHAnsi"/>
          <w:b/>
          <w:bCs/>
          <w:lang w:val="en"/>
        </w:rPr>
      </w:pPr>
      <w:r w:rsidRPr="00FA19F9">
        <w:rPr>
          <w:rFonts w:cstheme="minorHAnsi"/>
        </w:rPr>
        <w:t>Status: Ongoing | 2025| $</w:t>
      </w:r>
      <w:r w:rsidRPr="00FA19F9">
        <w:rPr>
          <w:rFonts w:cstheme="minorHAnsi"/>
        </w:rPr>
        <w:t>37,467,600</w:t>
      </w:r>
    </w:p>
    <w:p w:rsidR="0040104D" w:rsidRPr="00FA19F9" w:rsidRDefault="00254BB8" w:rsidP="0090704C">
      <w:pPr>
        <w:widowControl w:val="0"/>
        <w:spacing w:after="0" w:line="240" w:lineRule="auto"/>
        <w:jc w:val="both"/>
        <w:rPr>
          <w:rFonts w:cstheme="minorHAnsi"/>
          <w:b/>
          <w:bCs/>
          <w:lang w:val="en"/>
        </w:rPr>
      </w:pPr>
    </w:p>
    <w:p w:rsidR="000A2AD4" w:rsidRPr="00FA19F9" w:rsidRDefault="00254BB8" w:rsidP="00D8050A">
      <w:pPr>
        <w:widowControl w:val="0"/>
        <w:spacing w:after="0" w:line="240" w:lineRule="auto"/>
        <w:jc w:val="both"/>
        <w:rPr>
          <w:rFonts w:cstheme="minorHAnsi"/>
          <w:b/>
          <w:bCs/>
          <w:lang w:val="en"/>
        </w:rPr>
      </w:pPr>
      <w:r w:rsidRPr="00FA19F9">
        <w:rPr>
          <w:rFonts w:cstheme="minorHAnsi"/>
          <w:b/>
          <w:bCs/>
          <w:lang w:val="en"/>
        </w:rPr>
        <w:t>Construction of sluice</w:t>
      </w:r>
      <w:r w:rsidRPr="00FA19F9">
        <w:rPr>
          <w:rFonts w:cstheme="minorHAnsi"/>
          <w:b/>
          <w:bCs/>
          <w:lang w:val="en"/>
        </w:rPr>
        <w:tab/>
        <w:t xml:space="preserve"> at Pancham, Friendship </w:t>
      </w:r>
    </w:p>
    <w:p w:rsidR="00D8050A" w:rsidRPr="00FA19F9" w:rsidRDefault="00254BB8" w:rsidP="0090704C">
      <w:pPr>
        <w:widowControl w:val="0"/>
        <w:spacing w:after="0" w:line="240" w:lineRule="auto"/>
        <w:jc w:val="both"/>
        <w:rPr>
          <w:rFonts w:cstheme="minorHAnsi"/>
        </w:rPr>
      </w:pPr>
      <w:r w:rsidRPr="00FA19F9">
        <w:rPr>
          <w:rFonts w:cstheme="minorHAnsi"/>
        </w:rPr>
        <w:t xml:space="preserve">Status: Ongoing | </w:t>
      </w:r>
      <w:r w:rsidRPr="00FA19F9">
        <w:rPr>
          <w:rFonts w:cstheme="minorHAnsi"/>
        </w:rPr>
        <w:t>2025| $</w:t>
      </w:r>
      <w:r w:rsidRPr="00FA19F9">
        <w:rPr>
          <w:rFonts w:cstheme="minorHAnsi"/>
        </w:rPr>
        <w:t xml:space="preserve"> 18,429,180</w:t>
      </w:r>
    </w:p>
    <w:p w:rsidR="002F7906" w:rsidRPr="00FA19F9" w:rsidRDefault="00254BB8" w:rsidP="0090704C">
      <w:pPr>
        <w:widowControl w:val="0"/>
        <w:spacing w:after="0" w:line="240" w:lineRule="auto"/>
        <w:jc w:val="both"/>
        <w:rPr>
          <w:rFonts w:cstheme="minorHAnsi"/>
          <w:b/>
          <w:bCs/>
          <w:lang w:val="en"/>
        </w:rPr>
      </w:pPr>
    </w:p>
    <w:p w:rsidR="0090704C" w:rsidRPr="00FA19F9" w:rsidRDefault="00254BB8" w:rsidP="0090704C">
      <w:pPr>
        <w:widowControl w:val="0"/>
        <w:spacing w:after="0" w:line="240" w:lineRule="auto"/>
        <w:jc w:val="both"/>
        <w:rPr>
          <w:rFonts w:cstheme="minorHAnsi"/>
          <w:b/>
          <w:bCs/>
          <w:lang w:val="en"/>
        </w:rPr>
      </w:pPr>
      <w:r w:rsidRPr="00FA19F9">
        <w:rPr>
          <w:rFonts w:cstheme="minorHAnsi"/>
          <w:b/>
          <w:bCs/>
          <w:lang w:val="en"/>
        </w:rPr>
        <w:t>Construction of Pump Station at Jimbo, Grove, E.B.D</w:t>
      </w:r>
    </w:p>
    <w:p w:rsidR="0090704C" w:rsidRPr="00FA19F9" w:rsidRDefault="00254BB8" w:rsidP="0090704C">
      <w:pPr>
        <w:widowControl w:val="0"/>
        <w:spacing w:after="0" w:line="240" w:lineRule="auto"/>
        <w:jc w:val="both"/>
        <w:rPr>
          <w:rFonts w:cstheme="minorHAnsi"/>
        </w:rPr>
      </w:pPr>
      <w:r w:rsidRPr="00FA19F9">
        <w:rPr>
          <w:rFonts w:cstheme="minorHAnsi"/>
        </w:rPr>
        <w:t xml:space="preserve">Status: </w:t>
      </w:r>
      <w:r w:rsidRPr="00FA19F9">
        <w:rPr>
          <w:rFonts w:cstheme="minorHAnsi"/>
        </w:rPr>
        <w:t>Ongoing</w:t>
      </w:r>
      <w:r w:rsidRPr="00FA19F9">
        <w:rPr>
          <w:rFonts w:cstheme="minorHAnsi"/>
        </w:rPr>
        <w:t>| 202</w:t>
      </w:r>
      <w:r w:rsidRPr="00FA19F9">
        <w:rPr>
          <w:rFonts w:cstheme="minorHAnsi"/>
        </w:rPr>
        <w:t>5</w:t>
      </w:r>
      <w:r w:rsidRPr="00FA19F9">
        <w:rPr>
          <w:rFonts w:cstheme="minorHAnsi"/>
        </w:rPr>
        <w:t>| $795,308,480</w:t>
      </w:r>
    </w:p>
    <w:p w:rsidR="0090704C" w:rsidRPr="00FA19F9" w:rsidRDefault="00254BB8" w:rsidP="0090704C">
      <w:pPr>
        <w:spacing w:after="0"/>
        <w:jc w:val="both"/>
        <w:rPr>
          <w:rFonts w:cstheme="minorHAnsi"/>
          <w:b/>
          <w:bCs/>
          <w:lang w:val="en"/>
        </w:rPr>
      </w:pPr>
    </w:p>
    <w:p w:rsidR="00CF5BBA" w:rsidRPr="00FA19F9" w:rsidRDefault="00254BB8" w:rsidP="00A40651">
      <w:pPr>
        <w:widowControl w:val="0"/>
        <w:spacing w:after="0" w:line="240" w:lineRule="auto"/>
        <w:jc w:val="both"/>
        <w:rPr>
          <w:rFonts w:cstheme="minorHAnsi"/>
          <w:b/>
          <w:bCs/>
          <w:lang w:val="en"/>
        </w:rPr>
      </w:pPr>
      <w:r w:rsidRPr="00FA19F9">
        <w:rPr>
          <w:rFonts w:cstheme="minorHAnsi"/>
          <w:b/>
          <w:bCs/>
          <w:lang w:val="en"/>
        </w:rPr>
        <w:t xml:space="preserve">Construction of bridge at Alliance, EBD </w:t>
      </w:r>
    </w:p>
    <w:p w:rsidR="00EF784C" w:rsidRPr="00FA19F9" w:rsidRDefault="00254BB8" w:rsidP="00EF784C">
      <w:pPr>
        <w:widowControl w:val="0"/>
        <w:spacing w:after="0" w:line="240" w:lineRule="auto"/>
        <w:jc w:val="both"/>
        <w:rPr>
          <w:rFonts w:cstheme="minorHAnsi"/>
        </w:rPr>
      </w:pPr>
      <w:r w:rsidRPr="00FA19F9">
        <w:rPr>
          <w:rFonts w:cstheme="minorHAnsi"/>
        </w:rPr>
        <w:t xml:space="preserve">Status: </w:t>
      </w:r>
      <w:r w:rsidRPr="00FA19F9">
        <w:rPr>
          <w:rFonts w:cstheme="minorHAnsi"/>
        </w:rPr>
        <w:t>Completed</w:t>
      </w:r>
      <w:r w:rsidRPr="00FA19F9">
        <w:rPr>
          <w:rFonts w:cstheme="minorHAnsi"/>
        </w:rPr>
        <w:t>| 202</w:t>
      </w:r>
      <w:r w:rsidRPr="00FA19F9">
        <w:rPr>
          <w:rFonts w:cstheme="minorHAnsi"/>
        </w:rPr>
        <w:t>5</w:t>
      </w:r>
      <w:r w:rsidRPr="00FA19F9">
        <w:rPr>
          <w:rFonts w:cstheme="minorHAnsi"/>
        </w:rPr>
        <w:t>| $</w:t>
      </w:r>
      <w:r w:rsidRPr="00FA19F9">
        <w:rPr>
          <w:rFonts w:cstheme="minorHAnsi"/>
        </w:rPr>
        <w:t>70,157,750</w:t>
      </w:r>
    </w:p>
    <w:p w:rsidR="0044349E" w:rsidRPr="00FA19F9" w:rsidRDefault="00254BB8" w:rsidP="00EF784C">
      <w:pPr>
        <w:widowControl w:val="0"/>
        <w:spacing w:after="0" w:line="240" w:lineRule="auto"/>
        <w:jc w:val="both"/>
        <w:rPr>
          <w:rFonts w:cstheme="minorHAnsi"/>
          <w:b/>
          <w:bCs/>
          <w:lang w:val="en"/>
        </w:rPr>
      </w:pPr>
    </w:p>
    <w:p w:rsidR="00901294" w:rsidRPr="00FA19F9" w:rsidRDefault="00254BB8" w:rsidP="00A40651">
      <w:pPr>
        <w:widowControl w:val="0"/>
        <w:spacing w:after="0" w:line="240" w:lineRule="auto"/>
        <w:jc w:val="both"/>
        <w:rPr>
          <w:rFonts w:cstheme="minorHAnsi"/>
          <w:b/>
          <w:bCs/>
          <w:lang w:val="en"/>
        </w:rPr>
      </w:pPr>
      <w:r w:rsidRPr="00FA19F9">
        <w:rPr>
          <w:rFonts w:cstheme="minorHAnsi"/>
          <w:b/>
          <w:bCs/>
          <w:lang w:val="en"/>
        </w:rPr>
        <w:t xml:space="preserve">Rehabilitation of </w:t>
      </w:r>
      <w:proofErr w:type="spellStart"/>
      <w:r w:rsidRPr="00FA19F9">
        <w:rPr>
          <w:rFonts w:cstheme="minorHAnsi"/>
          <w:b/>
          <w:bCs/>
          <w:lang w:val="en"/>
        </w:rPr>
        <w:t>Jubliee</w:t>
      </w:r>
      <w:proofErr w:type="spellEnd"/>
      <w:r w:rsidRPr="00FA19F9">
        <w:rPr>
          <w:rFonts w:cstheme="minorHAnsi"/>
          <w:b/>
          <w:bCs/>
          <w:lang w:val="en"/>
        </w:rPr>
        <w:t xml:space="preserve"> Drive (Shorty) Sluice</w:t>
      </w:r>
      <w:r w:rsidRPr="00FA19F9">
        <w:rPr>
          <w:rFonts w:cstheme="minorHAnsi"/>
          <w:b/>
          <w:bCs/>
          <w:lang w:val="en"/>
        </w:rPr>
        <w:t xml:space="preserve"> at</w:t>
      </w:r>
      <w:r w:rsidRPr="00FA19F9">
        <w:rPr>
          <w:rFonts w:cstheme="minorHAnsi"/>
          <w:b/>
          <w:bCs/>
          <w:lang w:val="en"/>
        </w:rPr>
        <w:t xml:space="preserve"> Friendship </w:t>
      </w:r>
    </w:p>
    <w:p w:rsidR="00A40651" w:rsidRPr="00FA19F9" w:rsidRDefault="00254BB8" w:rsidP="00391132">
      <w:pPr>
        <w:widowControl w:val="0"/>
        <w:spacing w:after="0" w:line="240" w:lineRule="auto"/>
        <w:jc w:val="both"/>
        <w:rPr>
          <w:rFonts w:cstheme="minorHAnsi"/>
        </w:rPr>
      </w:pPr>
      <w:r w:rsidRPr="00FA19F9">
        <w:rPr>
          <w:rFonts w:cstheme="minorHAnsi"/>
        </w:rPr>
        <w:t>Status: Ongoing| 202</w:t>
      </w:r>
      <w:r w:rsidRPr="00FA19F9">
        <w:rPr>
          <w:rFonts w:cstheme="minorHAnsi"/>
        </w:rPr>
        <w:t>5</w:t>
      </w:r>
      <w:r w:rsidRPr="00FA19F9">
        <w:rPr>
          <w:rFonts w:cstheme="minorHAnsi"/>
        </w:rPr>
        <w:t>| $</w:t>
      </w:r>
      <w:r w:rsidRPr="00FA19F9">
        <w:rPr>
          <w:rFonts w:cstheme="minorHAnsi"/>
        </w:rPr>
        <w:t>138,830,140</w:t>
      </w:r>
    </w:p>
    <w:p w:rsidR="00391132" w:rsidRPr="00FA19F9" w:rsidRDefault="00254BB8" w:rsidP="00391132">
      <w:pPr>
        <w:widowControl w:val="0"/>
        <w:spacing w:after="0" w:line="240" w:lineRule="auto"/>
        <w:jc w:val="both"/>
        <w:rPr>
          <w:rFonts w:cstheme="minorHAnsi"/>
          <w:b/>
          <w:bCs/>
          <w:lang w:val="en"/>
        </w:rPr>
      </w:pPr>
    </w:p>
    <w:p w:rsidR="000C4725" w:rsidRPr="00FA19F9" w:rsidRDefault="00254BB8" w:rsidP="00A40651">
      <w:pPr>
        <w:widowControl w:val="0"/>
        <w:spacing w:after="0" w:line="240" w:lineRule="auto"/>
        <w:jc w:val="both"/>
        <w:rPr>
          <w:rFonts w:cstheme="minorHAnsi"/>
          <w:b/>
          <w:bCs/>
          <w:lang w:val="en"/>
        </w:rPr>
      </w:pPr>
      <w:r w:rsidRPr="00FA19F9">
        <w:rPr>
          <w:rFonts w:cstheme="minorHAnsi"/>
          <w:b/>
          <w:bCs/>
          <w:lang w:val="en"/>
        </w:rPr>
        <w:t xml:space="preserve">Construction of CNC relief structure at Good Success and CNC junction, EBD </w:t>
      </w:r>
    </w:p>
    <w:p w:rsidR="00A40651" w:rsidRPr="00FA19F9" w:rsidRDefault="00254BB8" w:rsidP="000774EC">
      <w:pPr>
        <w:widowControl w:val="0"/>
        <w:spacing w:after="0" w:line="240" w:lineRule="auto"/>
        <w:jc w:val="both"/>
        <w:rPr>
          <w:rFonts w:cstheme="minorHAnsi"/>
        </w:rPr>
      </w:pPr>
      <w:r w:rsidRPr="00FA19F9">
        <w:rPr>
          <w:rFonts w:cstheme="minorHAnsi"/>
        </w:rPr>
        <w:lastRenderedPageBreak/>
        <w:t>Status: Ongoing| 202</w:t>
      </w:r>
      <w:r w:rsidRPr="00FA19F9">
        <w:rPr>
          <w:rFonts w:cstheme="minorHAnsi"/>
        </w:rPr>
        <w:t>5</w:t>
      </w:r>
      <w:r w:rsidRPr="00FA19F9">
        <w:rPr>
          <w:rFonts w:cstheme="minorHAnsi"/>
        </w:rPr>
        <w:t>| $</w:t>
      </w:r>
      <w:r w:rsidRPr="00FA19F9">
        <w:rPr>
          <w:rFonts w:cstheme="minorHAnsi"/>
        </w:rPr>
        <w:t>18,107,670</w:t>
      </w:r>
    </w:p>
    <w:p w:rsidR="000774EC" w:rsidRPr="00FA19F9" w:rsidRDefault="00254BB8" w:rsidP="000774EC">
      <w:pPr>
        <w:widowControl w:val="0"/>
        <w:spacing w:after="0" w:line="240" w:lineRule="auto"/>
        <w:jc w:val="both"/>
        <w:rPr>
          <w:rFonts w:cstheme="minorHAnsi"/>
          <w:b/>
          <w:bCs/>
          <w:lang w:val="en"/>
        </w:rPr>
      </w:pPr>
    </w:p>
    <w:p w:rsidR="007F1C7D" w:rsidRPr="00FA19F9" w:rsidRDefault="00254BB8" w:rsidP="00A40651">
      <w:pPr>
        <w:widowControl w:val="0"/>
        <w:spacing w:after="0" w:line="240" w:lineRule="auto"/>
        <w:jc w:val="both"/>
        <w:rPr>
          <w:rFonts w:cstheme="minorHAnsi"/>
          <w:b/>
          <w:bCs/>
          <w:lang w:val="en"/>
        </w:rPr>
      </w:pPr>
      <w:r w:rsidRPr="00FA19F9">
        <w:rPr>
          <w:rFonts w:cstheme="minorHAnsi"/>
          <w:b/>
          <w:bCs/>
          <w:lang w:val="en"/>
        </w:rPr>
        <w:t xml:space="preserve">Construction of 2 No. Timber Bridges at </w:t>
      </w:r>
      <w:proofErr w:type="spellStart"/>
      <w:r w:rsidRPr="00FA19F9">
        <w:rPr>
          <w:rFonts w:cstheme="minorHAnsi"/>
          <w:b/>
          <w:bCs/>
          <w:lang w:val="en"/>
        </w:rPr>
        <w:t>Yarrowcabra</w:t>
      </w:r>
      <w:proofErr w:type="spellEnd"/>
      <w:r w:rsidRPr="00FA19F9">
        <w:rPr>
          <w:rFonts w:cstheme="minorHAnsi"/>
          <w:b/>
          <w:bCs/>
          <w:lang w:val="en"/>
        </w:rPr>
        <w:t>, Soesdyke Linden Highway, Region No.4</w:t>
      </w:r>
    </w:p>
    <w:p w:rsidR="00A40651" w:rsidRPr="00FA19F9" w:rsidRDefault="00254BB8" w:rsidP="005C263C">
      <w:pPr>
        <w:widowControl w:val="0"/>
        <w:spacing w:after="0" w:line="240" w:lineRule="auto"/>
        <w:jc w:val="both"/>
        <w:rPr>
          <w:rFonts w:cstheme="minorHAnsi"/>
        </w:rPr>
      </w:pPr>
      <w:r w:rsidRPr="00FA19F9">
        <w:rPr>
          <w:rFonts w:cstheme="minorHAnsi"/>
        </w:rPr>
        <w:t xml:space="preserve">Status: Ongoing| </w:t>
      </w:r>
      <w:r w:rsidRPr="00FA19F9">
        <w:rPr>
          <w:rFonts w:cstheme="minorHAnsi"/>
        </w:rPr>
        <w:t>202</w:t>
      </w:r>
      <w:r w:rsidRPr="00FA19F9">
        <w:rPr>
          <w:rFonts w:cstheme="minorHAnsi"/>
        </w:rPr>
        <w:t>5</w:t>
      </w:r>
      <w:r w:rsidRPr="00FA19F9">
        <w:rPr>
          <w:rFonts w:cstheme="minorHAnsi"/>
        </w:rPr>
        <w:t>| $</w:t>
      </w:r>
      <w:r w:rsidRPr="00FA19F9">
        <w:rPr>
          <w:rFonts w:cstheme="minorHAnsi"/>
        </w:rPr>
        <w:t>17,876,460</w:t>
      </w:r>
    </w:p>
    <w:p w:rsidR="005C263C" w:rsidRPr="00FA19F9" w:rsidRDefault="00254BB8" w:rsidP="005C263C">
      <w:pPr>
        <w:widowControl w:val="0"/>
        <w:spacing w:after="0" w:line="240" w:lineRule="auto"/>
        <w:jc w:val="both"/>
        <w:rPr>
          <w:rFonts w:cstheme="minorHAnsi"/>
          <w:b/>
          <w:bCs/>
          <w:lang w:val="en"/>
        </w:rPr>
      </w:pPr>
    </w:p>
    <w:p w:rsidR="00003577" w:rsidRPr="00FA19F9" w:rsidRDefault="00254BB8" w:rsidP="00A40651">
      <w:pPr>
        <w:widowControl w:val="0"/>
        <w:spacing w:after="0" w:line="240" w:lineRule="auto"/>
        <w:jc w:val="both"/>
        <w:rPr>
          <w:rFonts w:cstheme="minorHAnsi"/>
          <w:b/>
          <w:bCs/>
          <w:lang w:val="en"/>
        </w:rPr>
      </w:pPr>
      <w:r w:rsidRPr="00FA19F9">
        <w:rPr>
          <w:rFonts w:cstheme="minorHAnsi"/>
          <w:b/>
          <w:bCs/>
          <w:lang w:val="en"/>
        </w:rPr>
        <w:t xml:space="preserve">Rehabilitation of Drainage Channel at </w:t>
      </w:r>
      <w:proofErr w:type="spellStart"/>
      <w:r w:rsidRPr="00FA19F9">
        <w:rPr>
          <w:rFonts w:cstheme="minorHAnsi"/>
          <w:b/>
          <w:bCs/>
          <w:lang w:val="en"/>
        </w:rPr>
        <w:t>Brickery</w:t>
      </w:r>
      <w:proofErr w:type="spellEnd"/>
      <w:r w:rsidRPr="00FA19F9">
        <w:rPr>
          <w:rFonts w:cstheme="minorHAnsi"/>
          <w:b/>
          <w:bCs/>
          <w:lang w:val="en"/>
        </w:rPr>
        <w:t xml:space="preserve"> North, East Bank Demerara, Region No.4</w:t>
      </w:r>
    </w:p>
    <w:p w:rsidR="00A40651" w:rsidRPr="00FA19F9" w:rsidRDefault="00254BB8" w:rsidP="00754B4E">
      <w:pPr>
        <w:widowControl w:val="0"/>
        <w:spacing w:after="0" w:line="240" w:lineRule="auto"/>
        <w:jc w:val="both"/>
        <w:rPr>
          <w:rFonts w:cstheme="minorHAnsi"/>
          <w:b/>
          <w:bCs/>
          <w:lang w:val="en"/>
        </w:rPr>
      </w:pPr>
      <w:r w:rsidRPr="00FA19F9">
        <w:rPr>
          <w:rFonts w:cstheme="minorHAnsi"/>
        </w:rPr>
        <w:t>Status: Ongoing| 202</w:t>
      </w:r>
      <w:r w:rsidRPr="00FA19F9">
        <w:rPr>
          <w:rFonts w:cstheme="minorHAnsi"/>
        </w:rPr>
        <w:t>5</w:t>
      </w:r>
      <w:r w:rsidRPr="00FA19F9">
        <w:rPr>
          <w:rFonts w:cstheme="minorHAnsi"/>
        </w:rPr>
        <w:t>| $</w:t>
      </w:r>
      <w:r w:rsidRPr="00FA19F9">
        <w:rPr>
          <w:rFonts w:cstheme="minorHAnsi"/>
        </w:rPr>
        <w:t>15,863,400</w:t>
      </w:r>
    </w:p>
    <w:p w:rsidR="00A40651" w:rsidRPr="00FA19F9" w:rsidRDefault="00254BB8" w:rsidP="00A308BD">
      <w:pPr>
        <w:spacing w:after="0"/>
        <w:jc w:val="both"/>
        <w:rPr>
          <w:rFonts w:cstheme="minorHAnsi"/>
          <w:b/>
          <w:bCs/>
          <w:lang w:val="en"/>
        </w:rPr>
      </w:pPr>
    </w:p>
    <w:p w:rsidR="00A40651" w:rsidRPr="00FA19F9" w:rsidRDefault="00254BB8" w:rsidP="00A308BD">
      <w:pPr>
        <w:spacing w:after="0"/>
        <w:jc w:val="both"/>
        <w:rPr>
          <w:rFonts w:cstheme="minorHAnsi"/>
          <w:b/>
          <w:bCs/>
          <w:lang w:val="en"/>
        </w:rPr>
      </w:pPr>
    </w:p>
    <w:p w:rsidR="00790214" w:rsidRPr="00FA19F9" w:rsidRDefault="00254BB8" w:rsidP="00A308BD">
      <w:pPr>
        <w:spacing w:after="0"/>
        <w:jc w:val="both"/>
        <w:rPr>
          <w:rFonts w:cstheme="minorHAnsi"/>
          <w:b/>
          <w:bCs/>
          <w:lang w:val="en"/>
        </w:rPr>
      </w:pPr>
      <w:r w:rsidRPr="00FA19F9">
        <w:rPr>
          <w:rFonts w:cstheme="minorHAnsi"/>
          <w:b/>
          <w:bCs/>
          <w:lang w:val="en"/>
        </w:rPr>
        <w:t>Total: $</w:t>
      </w:r>
      <w:r w:rsidRPr="00FA19F9">
        <w:rPr>
          <w:rFonts w:cstheme="minorHAnsi"/>
          <w:b/>
          <w:bCs/>
          <w:lang w:val="en"/>
        </w:rPr>
        <w:t xml:space="preserve">1,646,416,503 </w:t>
      </w:r>
    </w:p>
    <w:p w:rsidR="00A308BD" w:rsidRPr="00FA19F9" w:rsidRDefault="00254BB8" w:rsidP="00A308BD">
      <w:pPr>
        <w:spacing w:after="0"/>
        <w:jc w:val="both"/>
        <w:rPr>
          <w:rFonts w:cstheme="minorHAnsi"/>
          <w:b/>
          <w:bCs/>
          <w:lang w:val="en"/>
        </w:rPr>
      </w:pPr>
      <w:r w:rsidRPr="00FA19F9">
        <w:rPr>
          <w:rFonts w:cstheme="minorHAnsi"/>
          <w:b/>
          <w:bCs/>
          <w:lang w:val="en"/>
        </w:rPr>
        <w:t>-------------------------------------------------------------------------------------------------------------------------------</w:t>
      </w:r>
    </w:p>
    <w:p w:rsidR="00FA19F9" w:rsidRPr="004A5601" w:rsidRDefault="00254BB8" w:rsidP="003439AB">
      <w:pPr>
        <w:spacing w:after="0"/>
        <w:rPr>
          <w:rFonts w:cstheme="minorHAnsi"/>
        </w:rPr>
      </w:pPr>
      <w:r w:rsidRPr="004A5601">
        <w:rPr>
          <w:rFonts w:cstheme="minorHAnsi"/>
          <w:b/>
          <w:bCs/>
        </w:rPr>
        <w:t xml:space="preserve">Total Investments in </w:t>
      </w:r>
      <w:r w:rsidRPr="00DC353F">
        <w:rPr>
          <w:rFonts w:cstheme="minorHAnsi"/>
          <w:b/>
          <w:bCs/>
          <w:color w:val="FF0000"/>
        </w:rPr>
        <w:t xml:space="preserve">East </w:t>
      </w:r>
      <w:r>
        <w:rPr>
          <w:rFonts w:cstheme="minorHAnsi"/>
          <w:b/>
          <w:bCs/>
          <w:color w:val="FF0000"/>
        </w:rPr>
        <w:t>Coast</w:t>
      </w:r>
      <w:r w:rsidRPr="00DC353F">
        <w:rPr>
          <w:rFonts w:cstheme="minorHAnsi"/>
          <w:b/>
          <w:bCs/>
          <w:color w:val="FF0000"/>
        </w:rPr>
        <w:t xml:space="preserve"> Demerara</w:t>
      </w:r>
      <w:r>
        <w:rPr>
          <w:rFonts w:cstheme="minorHAnsi"/>
          <w:b/>
          <w:bCs/>
        </w:rPr>
        <w:t xml:space="preserve">, </w:t>
      </w:r>
      <w:r w:rsidRPr="004A5601">
        <w:rPr>
          <w:rFonts w:cstheme="minorHAnsi"/>
          <w:b/>
          <w:bCs/>
          <w:color w:val="FF0000"/>
        </w:rPr>
        <w:t xml:space="preserve">Region </w:t>
      </w:r>
      <w:r>
        <w:rPr>
          <w:rFonts w:cstheme="minorHAnsi"/>
          <w:b/>
          <w:bCs/>
          <w:color w:val="FF0000"/>
        </w:rPr>
        <w:t>4</w:t>
      </w:r>
      <w:r w:rsidRPr="004A5601">
        <w:rPr>
          <w:rFonts w:cstheme="minorHAnsi"/>
          <w:b/>
          <w:bCs/>
          <w:color w:val="FF0000"/>
        </w:rPr>
        <w:t xml:space="preserve"> </w:t>
      </w:r>
      <w:r w:rsidRPr="004A5601">
        <w:rPr>
          <w:rFonts w:cstheme="minorHAnsi"/>
          <w:b/>
          <w:bCs/>
        </w:rPr>
        <w:t>2020-2025</w:t>
      </w:r>
    </w:p>
    <w:p w:rsidR="00725517" w:rsidRPr="00FA19F9" w:rsidRDefault="00254BB8" w:rsidP="003439AB">
      <w:pPr>
        <w:spacing w:after="0"/>
        <w:rPr>
          <w:rFonts w:cstheme="minorHAnsi"/>
          <w:b/>
          <w:bCs/>
        </w:rPr>
      </w:pPr>
      <w:r w:rsidRPr="004A5601">
        <w:rPr>
          <w:rFonts w:cstheme="minorHAnsi"/>
          <w:b/>
          <w:bCs/>
        </w:rPr>
        <w:t>Ministry of Agriculture |</w:t>
      </w:r>
      <w:r w:rsidRPr="00FA19F9">
        <w:rPr>
          <w:rFonts w:cstheme="minorHAnsi"/>
          <w:b/>
          <w:bCs/>
        </w:rPr>
        <w:t>$1,382,338,295</w:t>
      </w:r>
      <w:r w:rsidRPr="004A5601">
        <w:rPr>
          <w:rFonts w:cstheme="minorHAnsi"/>
          <w:b/>
          <w:bCs/>
          <w:color w:val="202124"/>
        </w:rPr>
        <w:t>| 202</w:t>
      </w:r>
      <w:r w:rsidRPr="004A5601">
        <w:rPr>
          <w:rFonts w:cstheme="minorHAnsi"/>
          <w:b/>
          <w:bCs/>
        </w:rPr>
        <w:t>0-2025</w:t>
      </w:r>
    </w:p>
    <w:p w:rsidR="00725517" w:rsidRPr="00FA19F9" w:rsidRDefault="00254BB8" w:rsidP="00725517">
      <w:pPr>
        <w:pStyle w:val="ListParagraph"/>
        <w:numPr>
          <w:ilvl w:val="0"/>
          <w:numId w:val="3"/>
        </w:numPr>
        <w:spacing w:before="240" w:after="240"/>
        <w:ind w:left="360"/>
        <w:rPr>
          <w:rFonts w:cstheme="minorHAnsi"/>
          <w:b/>
          <w:bCs/>
        </w:rPr>
      </w:pPr>
      <w:r w:rsidRPr="00FA19F9">
        <w:rPr>
          <w:rFonts w:cstheme="minorHAnsi"/>
          <w:b/>
          <w:bCs/>
        </w:rPr>
        <w:t xml:space="preserve">Fisheries </w:t>
      </w:r>
      <w:r w:rsidRPr="00FA19F9">
        <w:rPr>
          <w:rFonts w:cstheme="minorHAnsi"/>
          <w:b/>
          <w:bCs/>
        </w:rPr>
        <w:t>Department| $68,534,949| 2022-2023</w:t>
      </w:r>
    </w:p>
    <w:p w:rsidR="00725517" w:rsidRPr="00FA19F9" w:rsidRDefault="00254BB8" w:rsidP="00725517">
      <w:pPr>
        <w:spacing w:line="240" w:lineRule="auto"/>
        <w:rPr>
          <w:rFonts w:eastAsia="Times New Roman" w:cstheme="minorHAnsi"/>
          <w:b/>
          <w:bCs/>
        </w:rPr>
      </w:pPr>
      <w:r w:rsidRPr="00FA19F9">
        <w:rPr>
          <w:rFonts w:eastAsia="Times New Roman" w:cstheme="minorHAnsi"/>
          <w:b/>
          <w:bCs/>
          <w:color w:val="000000"/>
        </w:rPr>
        <w:t>Enhancement of Landing Sites [Construction of Shed Facility for Fishing, Sanitary Facility, Solar Lighting Facility]:</w:t>
      </w:r>
    </w:p>
    <w:p w:rsidR="00725517" w:rsidRPr="00FA19F9" w:rsidRDefault="00254BB8" w:rsidP="00725517">
      <w:pPr>
        <w:pStyle w:val="ListParagraph"/>
        <w:numPr>
          <w:ilvl w:val="0"/>
          <w:numId w:val="4"/>
        </w:numPr>
        <w:spacing w:after="0" w:line="240" w:lineRule="auto"/>
        <w:rPr>
          <w:rFonts w:eastAsia="Times New Roman" w:cstheme="minorHAnsi"/>
        </w:rPr>
      </w:pPr>
      <w:proofErr w:type="spellStart"/>
      <w:r w:rsidRPr="00FA19F9">
        <w:rPr>
          <w:rFonts w:eastAsia="Times New Roman" w:cstheme="minorHAnsi"/>
          <w:color w:val="000000"/>
        </w:rPr>
        <w:t>Liliendaal</w:t>
      </w:r>
      <w:proofErr w:type="spellEnd"/>
      <w:r w:rsidRPr="00FA19F9">
        <w:rPr>
          <w:rFonts w:eastAsia="Times New Roman" w:cstheme="minorHAnsi"/>
          <w:color w:val="000000"/>
        </w:rPr>
        <w:tab/>
      </w:r>
      <w:r w:rsidRPr="00FA19F9">
        <w:rPr>
          <w:rFonts w:eastAsia="Times New Roman" w:cstheme="minorHAnsi"/>
          <w:color w:val="000000"/>
        </w:rPr>
        <w:tab/>
      </w:r>
      <w:r w:rsidRPr="00FA19F9">
        <w:rPr>
          <w:rFonts w:eastAsia="Times New Roman" w:cstheme="minorHAnsi"/>
          <w:color w:val="000000"/>
        </w:rPr>
        <w:tab/>
        <w:t>$3,729,950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Montrose</w:t>
      </w:r>
      <w:r w:rsidRPr="00FA19F9">
        <w:rPr>
          <w:rFonts w:eastAsia="Times New Roman" w:cstheme="minorHAnsi"/>
          <w:color w:val="000000"/>
        </w:rPr>
        <w:tab/>
      </w:r>
      <w:r w:rsidRPr="00FA19F9">
        <w:rPr>
          <w:rFonts w:eastAsia="Times New Roman" w:cstheme="minorHAnsi"/>
          <w:color w:val="000000"/>
        </w:rPr>
        <w:tab/>
      </w:r>
      <w:r w:rsidRPr="00FA19F9">
        <w:rPr>
          <w:rFonts w:eastAsia="Times New Roman" w:cstheme="minorHAnsi"/>
          <w:color w:val="000000"/>
        </w:rPr>
        <w:tab/>
        <w:t>$4,026,950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Ogle</w:t>
      </w:r>
      <w:r w:rsidRPr="00FA19F9">
        <w:rPr>
          <w:rFonts w:eastAsia="Times New Roman" w:cstheme="minorHAnsi"/>
          <w:color w:val="000000"/>
        </w:rPr>
        <w:tab/>
      </w:r>
      <w:r w:rsidRPr="00FA19F9">
        <w:rPr>
          <w:rFonts w:eastAsia="Times New Roman" w:cstheme="minorHAnsi"/>
          <w:color w:val="000000"/>
        </w:rPr>
        <w:tab/>
      </w:r>
      <w:r w:rsidRPr="00FA19F9">
        <w:rPr>
          <w:rFonts w:eastAsia="Times New Roman" w:cstheme="minorHAnsi"/>
          <w:color w:val="000000"/>
        </w:rPr>
        <w:tab/>
        <w:t>$4,006,350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La Bonne Intention</w:t>
      </w:r>
      <w:r w:rsidRPr="00FA19F9">
        <w:rPr>
          <w:rFonts w:eastAsia="Times New Roman" w:cstheme="minorHAnsi"/>
          <w:color w:val="000000"/>
        </w:rPr>
        <w:tab/>
        <w:t>$3,872,350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Annandale</w:t>
      </w:r>
      <w:r w:rsidRPr="00FA19F9">
        <w:rPr>
          <w:rFonts w:eastAsia="Times New Roman" w:cstheme="minorHAnsi"/>
          <w:color w:val="000000"/>
        </w:rPr>
        <w:tab/>
      </w:r>
      <w:r w:rsidRPr="00FA19F9">
        <w:rPr>
          <w:rFonts w:eastAsia="Times New Roman" w:cstheme="minorHAnsi"/>
          <w:color w:val="000000"/>
        </w:rPr>
        <w:tab/>
      </w:r>
      <w:r>
        <w:rPr>
          <w:rFonts w:eastAsia="Times New Roman" w:cstheme="minorHAnsi"/>
          <w:color w:val="000000"/>
        </w:rPr>
        <w:tab/>
      </w:r>
      <w:r w:rsidRPr="00FA19F9">
        <w:rPr>
          <w:rFonts w:eastAsia="Times New Roman" w:cstheme="minorHAnsi"/>
          <w:color w:val="000000"/>
        </w:rPr>
        <w:t>$8,977,500</w:t>
      </w:r>
    </w:p>
    <w:p w:rsidR="00725517" w:rsidRPr="00FA19F9" w:rsidRDefault="00254BB8" w:rsidP="00725517">
      <w:pPr>
        <w:pStyle w:val="ListParagraph"/>
        <w:numPr>
          <w:ilvl w:val="0"/>
          <w:numId w:val="4"/>
        </w:numPr>
        <w:spacing w:after="0" w:line="240" w:lineRule="auto"/>
        <w:rPr>
          <w:rFonts w:eastAsia="Times New Roman" w:cstheme="minorHAnsi"/>
        </w:rPr>
      </w:pPr>
      <w:proofErr w:type="spellStart"/>
      <w:r w:rsidRPr="00FA19F9">
        <w:rPr>
          <w:rFonts w:eastAsia="Times New Roman" w:cstheme="minorHAnsi"/>
          <w:color w:val="000000"/>
        </w:rPr>
        <w:t>Enmore</w:t>
      </w:r>
      <w:proofErr w:type="spellEnd"/>
      <w:r w:rsidRPr="00FA19F9">
        <w:rPr>
          <w:rFonts w:eastAsia="Times New Roman" w:cstheme="minorHAnsi"/>
          <w:color w:val="000000"/>
        </w:rPr>
        <w:tab/>
      </w:r>
      <w:r w:rsidRPr="00FA19F9">
        <w:rPr>
          <w:rFonts w:eastAsia="Times New Roman" w:cstheme="minorHAnsi"/>
          <w:color w:val="000000"/>
        </w:rPr>
        <w:tab/>
      </w:r>
      <w:r w:rsidRPr="00FA19F9">
        <w:rPr>
          <w:rFonts w:eastAsia="Times New Roman" w:cstheme="minorHAnsi"/>
          <w:color w:val="000000"/>
        </w:rPr>
        <w:tab/>
        <w:t>$8,529,500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Mon Repos</w:t>
      </w:r>
      <w:r w:rsidRPr="00FA19F9">
        <w:rPr>
          <w:rFonts w:eastAsia="Times New Roman" w:cstheme="minorHAnsi"/>
          <w:color w:val="000000"/>
        </w:rPr>
        <w:tab/>
      </w:r>
      <w:r w:rsidRPr="00FA19F9">
        <w:rPr>
          <w:rFonts w:eastAsia="Times New Roman" w:cstheme="minorHAnsi"/>
          <w:color w:val="000000"/>
        </w:rPr>
        <w:tab/>
        <w:t>$8,922,500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Beach Front, Unity</w:t>
      </w:r>
      <w:r w:rsidRPr="00FA19F9">
        <w:rPr>
          <w:rFonts w:eastAsia="Times New Roman" w:cstheme="minorHAnsi"/>
          <w:color w:val="000000"/>
        </w:rPr>
        <w:tab/>
        <w:t>$6,009,200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Beehive/Greenfield</w:t>
      </w:r>
      <w:r w:rsidRPr="00FA19F9">
        <w:rPr>
          <w:rFonts w:eastAsia="Times New Roman" w:cstheme="minorHAnsi"/>
          <w:color w:val="000000"/>
        </w:rPr>
        <w:tab/>
        <w:t>$3,415,820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Low Land/Hope</w:t>
      </w:r>
      <w:r w:rsidRPr="00FA19F9">
        <w:rPr>
          <w:rFonts w:eastAsia="Times New Roman" w:cstheme="minorHAnsi"/>
          <w:color w:val="000000"/>
        </w:rPr>
        <w:tab/>
      </w:r>
      <w:r w:rsidRPr="00FA19F9">
        <w:rPr>
          <w:rFonts w:eastAsia="Times New Roman" w:cstheme="minorHAnsi"/>
          <w:color w:val="000000"/>
        </w:rPr>
        <w:tab/>
        <w:t>$3,432,100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Enterprise</w:t>
      </w:r>
      <w:r w:rsidRPr="00FA19F9">
        <w:rPr>
          <w:rFonts w:eastAsia="Times New Roman" w:cstheme="minorHAnsi"/>
          <w:color w:val="000000"/>
        </w:rPr>
        <w:tab/>
      </w:r>
      <w:r w:rsidRPr="00FA19F9">
        <w:rPr>
          <w:rFonts w:eastAsia="Times New Roman" w:cstheme="minorHAnsi"/>
          <w:color w:val="000000"/>
        </w:rPr>
        <w:tab/>
      </w:r>
      <w:r>
        <w:rPr>
          <w:rFonts w:eastAsia="Times New Roman" w:cstheme="minorHAnsi"/>
          <w:color w:val="000000"/>
        </w:rPr>
        <w:tab/>
      </w:r>
      <w:r w:rsidRPr="00FA19F9">
        <w:rPr>
          <w:rFonts w:eastAsia="Times New Roman" w:cstheme="minorHAnsi"/>
          <w:color w:val="000000"/>
        </w:rPr>
        <w:t>$2,479,500</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8 Door Sluice, Hope</w:t>
      </w:r>
      <w:r w:rsidRPr="00FA19F9">
        <w:rPr>
          <w:rFonts w:eastAsia="Times New Roman" w:cstheme="minorHAnsi"/>
          <w:color w:val="000000"/>
        </w:rPr>
        <w:tab/>
        <w:t>$7,224,661</w:t>
      </w:r>
    </w:p>
    <w:p w:rsidR="00725517" w:rsidRPr="00FA19F9" w:rsidRDefault="00254BB8" w:rsidP="00725517">
      <w:pPr>
        <w:pStyle w:val="ListParagraph"/>
        <w:numPr>
          <w:ilvl w:val="0"/>
          <w:numId w:val="4"/>
        </w:numPr>
        <w:spacing w:after="0" w:line="240" w:lineRule="auto"/>
        <w:rPr>
          <w:rFonts w:eastAsia="Times New Roman" w:cstheme="minorHAnsi"/>
        </w:rPr>
      </w:pPr>
      <w:r w:rsidRPr="00FA19F9">
        <w:rPr>
          <w:rFonts w:eastAsia="Times New Roman" w:cstheme="minorHAnsi"/>
          <w:color w:val="000000"/>
        </w:rPr>
        <w:t>Belmonte, Mahaica</w:t>
      </w:r>
      <w:r w:rsidRPr="00FA19F9">
        <w:rPr>
          <w:rFonts w:eastAsia="Times New Roman" w:cstheme="minorHAnsi"/>
          <w:color w:val="000000"/>
        </w:rPr>
        <w:tab/>
        <w:t>$3,908,568</w:t>
      </w:r>
    </w:p>
    <w:p w:rsidR="00725517" w:rsidRPr="00FA19F9" w:rsidRDefault="00254BB8" w:rsidP="00725517">
      <w:pPr>
        <w:spacing w:line="240" w:lineRule="auto"/>
        <w:ind w:left="360"/>
        <w:rPr>
          <w:rFonts w:eastAsia="Times New Roman" w:cstheme="minorHAnsi"/>
        </w:rPr>
      </w:pPr>
    </w:p>
    <w:p w:rsidR="00725517" w:rsidRPr="00FA19F9" w:rsidRDefault="00254BB8" w:rsidP="00725517">
      <w:pPr>
        <w:spacing w:line="240" w:lineRule="auto"/>
        <w:rPr>
          <w:rFonts w:eastAsia="Times New Roman" w:cstheme="minorHAnsi"/>
        </w:rPr>
      </w:pPr>
      <w:r w:rsidRPr="00FA19F9">
        <w:rPr>
          <w:rFonts w:eastAsia="Times New Roman" w:cstheme="minorHAnsi"/>
          <w:b/>
          <w:bCs/>
          <w:color w:val="000000"/>
        </w:rPr>
        <w:t>Total: $68,534,949</w:t>
      </w:r>
    </w:p>
    <w:p w:rsidR="00725517" w:rsidRPr="00FA19F9" w:rsidRDefault="00254BB8" w:rsidP="00725517">
      <w:pPr>
        <w:widowControl w:val="0"/>
        <w:rPr>
          <w:rFonts w:cstheme="minorHAnsi"/>
        </w:rPr>
      </w:pPr>
      <w:r w:rsidRPr="00FA19F9">
        <w:rPr>
          <w:rFonts w:cstheme="minorHAnsi"/>
          <w:b/>
          <w:bCs/>
        </w:rPr>
        <w:t>---------------------------------------------------------------------------------------------------------------------</w:t>
      </w:r>
    </w:p>
    <w:p w:rsidR="00725517" w:rsidRPr="00FA19F9" w:rsidRDefault="00254BB8" w:rsidP="00725517">
      <w:pPr>
        <w:pStyle w:val="ListParagraph"/>
        <w:numPr>
          <w:ilvl w:val="0"/>
          <w:numId w:val="3"/>
        </w:numPr>
        <w:spacing w:before="240" w:after="240"/>
        <w:ind w:left="360"/>
        <w:rPr>
          <w:rFonts w:cstheme="minorHAnsi"/>
          <w:b/>
          <w:bCs/>
          <w:color w:val="202124"/>
        </w:rPr>
      </w:pPr>
      <w:r w:rsidRPr="00FA19F9">
        <w:rPr>
          <w:rFonts w:cstheme="minorHAnsi"/>
          <w:b/>
          <w:bCs/>
        </w:rPr>
        <w:t>GRDB | $22,600,000</w:t>
      </w:r>
      <w:r w:rsidRPr="00FA19F9">
        <w:rPr>
          <w:rFonts w:cstheme="minorHAnsi"/>
          <w:b/>
          <w:bCs/>
          <w:color w:val="202124"/>
        </w:rPr>
        <w:t xml:space="preserve"> | 2024-2025</w:t>
      </w:r>
    </w:p>
    <w:p w:rsidR="00725517" w:rsidRPr="00FA19F9" w:rsidRDefault="00254BB8" w:rsidP="00725517">
      <w:pPr>
        <w:pStyle w:val="ListParagraph"/>
        <w:jc w:val="center"/>
        <w:rPr>
          <w:rFonts w:cstheme="minorHAnsi"/>
        </w:rPr>
      </w:pPr>
      <w:r w:rsidRPr="00FA19F9">
        <w:rPr>
          <w:rFonts w:cstheme="minorHAnsi"/>
          <w:b/>
          <w:bCs/>
        </w:rPr>
        <w:t>(GENERAL FOR REGION)</w:t>
      </w:r>
    </w:p>
    <w:p w:rsidR="00725517" w:rsidRPr="00FA19F9" w:rsidRDefault="00254BB8" w:rsidP="00725517">
      <w:pPr>
        <w:widowControl w:val="0"/>
        <w:spacing w:line="240" w:lineRule="auto"/>
        <w:rPr>
          <w:rFonts w:cstheme="minorHAnsi"/>
          <w:b/>
          <w:bCs/>
        </w:rPr>
      </w:pPr>
      <w:r w:rsidRPr="00FA19F9">
        <w:rPr>
          <w:rFonts w:cstheme="minorHAnsi"/>
          <w:b/>
          <w:bCs/>
        </w:rPr>
        <w:t xml:space="preserve">Construction of Drying floor at </w:t>
      </w:r>
      <w:proofErr w:type="spellStart"/>
      <w:r w:rsidRPr="00FA19F9">
        <w:rPr>
          <w:rFonts w:cstheme="minorHAnsi"/>
          <w:b/>
          <w:bCs/>
        </w:rPr>
        <w:t>Nootenzuil</w:t>
      </w:r>
      <w:proofErr w:type="spellEnd"/>
      <w:r w:rsidRPr="00FA19F9">
        <w:rPr>
          <w:rFonts w:cstheme="minorHAnsi"/>
          <w:b/>
          <w:bCs/>
        </w:rPr>
        <w:t xml:space="preserve"> </w:t>
      </w:r>
    </w:p>
    <w:p w:rsidR="00725517" w:rsidRPr="00FA19F9" w:rsidRDefault="00254BB8" w:rsidP="00725517">
      <w:pPr>
        <w:widowControl w:val="0"/>
        <w:spacing w:line="240" w:lineRule="auto"/>
        <w:rPr>
          <w:rFonts w:cstheme="minorHAnsi"/>
        </w:rPr>
      </w:pPr>
      <w:r w:rsidRPr="00FA19F9">
        <w:rPr>
          <w:rFonts w:cstheme="minorHAnsi"/>
        </w:rPr>
        <w:t>Number of persons impacted: NA| 2025 | $22</w:t>
      </w:r>
      <w:r w:rsidRPr="00FA19F9">
        <w:rPr>
          <w:rFonts w:cstheme="minorHAnsi"/>
        </w:rPr>
        <w:t>,600,000</w:t>
      </w:r>
    </w:p>
    <w:p w:rsidR="00725517" w:rsidRPr="00FA19F9" w:rsidRDefault="00254BB8" w:rsidP="00725517">
      <w:pPr>
        <w:widowControl w:val="0"/>
        <w:spacing w:line="240" w:lineRule="auto"/>
        <w:rPr>
          <w:rFonts w:cstheme="minorHAnsi"/>
        </w:rPr>
      </w:pPr>
    </w:p>
    <w:p w:rsidR="00725517" w:rsidRPr="00FA19F9" w:rsidRDefault="00254BB8" w:rsidP="00725517">
      <w:pPr>
        <w:widowControl w:val="0"/>
        <w:spacing w:line="240" w:lineRule="auto"/>
        <w:rPr>
          <w:rFonts w:cstheme="minorHAnsi"/>
          <w:b/>
          <w:bCs/>
        </w:rPr>
      </w:pPr>
      <w:r w:rsidRPr="00FA19F9">
        <w:rPr>
          <w:rFonts w:cstheme="minorHAnsi"/>
          <w:b/>
          <w:bCs/>
        </w:rPr>
        <w:t>Total: $22,600,000</w:t>
      </w:r>
    </w:p>
    <w:p w:rsidR="00725517" w:rsidRPr="00FA19F9" w:rsidRDefault="00254BB8" w:rsidP="00725517">
      <w:pPr>
        <w:widowControl w:val="0"/>
        <w:spacing w:line="240" w:lineRule="auto"/>
        <w:rPr>
          <w:rFonts w:cstheme="minorHAnsi"/>
        </w:rPr>
      </w:pPr>
    </w:p>
    <w:p w:rsidR="00725517" w:rsidRPr="00FA19F9" w:rsidRDefault="00254BB8" w:rsidP="00476933">
      <w:pPr>
        <w:widowControl w:val="0"/>
        <w:rPr>
          <w:rFonts w:cstheme="minorHAnsi"/>
        </w:rPr>
      </w:pPr>
      <w:r w:rsidRPr="00FA19F9">
        <w:rPr>
          <w:rFonts w:cstheme="minorHAnsi"/>
          <w:b/>
          <w:bCs/>
        </w:rPr>
        <w:t>---------------------------------------------------------------------------------------------------------------------</w:t>
      </w:r>
    </w:p>
    <w:p w:rsidR="00725517" w:rsidRPr="00FA19F9" w:rsidRDefault="00254BB8" w:rsidP="00725517">
      <w:pPr>
        <w:pStyle w:val="ListParagraph"/>
        <w:widowControl w:val="0"/>
        <w:numPr>
          <w:ilvl w:val="0"/>
          <w:numId w:val="3"/>
        </w:numPr>
        <w:spacing w:before="240" w:after="240" w:line="240" w:lineRule="auto"/>
        <w:ind w:left="360"/>
        <w:rPr>
          <w:rFonts w:cstheme="minorHAnsi"/>
          <w:b/>
          <w:bCs/>
        </w:rPr>
      </w:pPr>
      <w:r w:rsidRPr="00FA19F9">
        <w:rPr>
          <w:rFonts w:cstheme="minorHAnsi"/>
          <w:b/>
          <w:bCs/>
        </w:rPr>
        <w:t xml:space="preserve">NAREI | $47,780,000 </w:t>
      </w:r>
      <w:r w:rsidRPr="00FA19F9">
        <w:rPr>
          <w:rFonts w:cstheme="minorHAnsi"/>
          <w:b/>
          <w:bCs/>
          <w:color w:val="202124"/>
        </w:rPr>
        <w:t xml:space="preserve">| </w:t>
      </w:r>
      <w:r w:rsidRPr="00FA19F9">
        <w:rPr>
          <w:rFonts w:cstheme="minorHAnsi"/>
          <w:b/>
          <w:bCs/>
        </w:rPr>
        <w:t>2024-2025</w:t>
      </w:r>
    </w:p>
    <w:p w:rsidR="00476933" w:rsidRPr="00476933" w:rsidRDefault="00254BB8" w:rsidP="00476933">
      <w:pPr>
        <w:ind w:right="-846"/>
        <w:rPr>
          <w:rFonts w:cstheme="minorHAnsi"/>
        </w:rPr>
      </w:pPr>
      <w:r w:rsidRPr="00476933">
        <w:rPr>
          <w:rFonts w:cstheme="minorHAnsi"/>
        </w:rPr>
        <w:t>---------------------------------------------------------------------------------------------------------------------------</w:t>
      </w:r>
    </w:p>
    <w:p w:rsidR="00725517" w:rsidRPr="00476933" w:rsidRDefault="00254BB8" w:rsidP="00725517">
      <w:pPr>
        <w:widowControl w:val="0"/>
        <w:spacing w:line="240" w:lineRule="auto"/>
        <w:rPr>
          <w:rFonts w:cstheme="minorHAnsi"/>
          <w:b/>
          <w:bCs/>
        </w:rPr>
      </w:pPr>
      <w:r w:rsidRPr="00FA19F9">
        <w:rPr>
          <w:rFonts w:cstheme="minorHAnsi"/>
          <w:b/>
          <w:bCs/>
        </w:rPr>
        <w:t>Input &amp; equipment distribution (GOG Fertilizer Distribution, Interventions (Agri Inputs – Small tools) – Presidential and Ministeria</w:t>
      </w:r>
      <w:r w:rsidRPr="00FA19F9">
        <w:rPr>
          <w:rFonts w:cstheme="minorHAnsi"/>
          <w:b/>
          <w:bCs/>
        </w:rPr>
        <w:t>l outreach commitments)</w:t>
      </w:r>
    </w:p>
    <w:p w:rsidR="00725517" w:rsidRPr="00FA19F9" w:rsidRDefault="00254BB8" w:rsidP="00725517">
      <w:pPr>
        <w:widowControl w:val="0"/>
        <w:spacing w:line="240" w:lineRule="auto"/>
        <w:rPr>
          <w:rFonts w:cstheme="minorHAnsi"/>
        </w:rPr>
      </w:pPr>
      <w:r w:rsidRPr="00FA19F9">
        <w:rPr>
          <w:rFonts w:cstheme="minorHAnsi"/>
        </w:rPr>
        <w:t>Number of persons impacted: 2654| 2024 | $6,535,300</w:t>
      </w:r>
    </w:p>
    <w:p w:rsidR="00725517" w:rsidRPr="00FA19F9" w:rsidRDefault="00254BB8" w:rsidP="00725517">
      <w:pPr>
        <w:widowControl w:val="0"/>
        <w:spacing w:line="240" w:lineRule="auto"/>
        <w:rPr>
          <w:rFonts w:cstheme="minorHAnsi"/>
        </w:rPr>
      </w:pPr>
      <w:r w:rsidRPr="00FA19F9">
        <w:rPr>
          <w:rFonts w:cstheme="minorHAnsi"/>
        </w:rPr>
        <w:t>Number of persons impacted: 617 |2025 | $3,406,900</w:t>
      </w:r>
    </w:p>
    <w:p w:rsidR="00725517" w:rsidRPr="00FA19F9" w:rsidRDefault="00254BB8" w:rsidP="00476933">
      <w:pPr>
        <w:ind w:right="-846"/>
        <w:rPr>
          <w:rFonts w:cstheme="minorHAnsi"/>
        </w:rPr>
      </w:pPr>
      <w:r w:rsidRPr="00476933">
        <w:rPr>
          <w:rFonts w:cstheme="minorHAnsi"/>
        </w:rPr>
        <w:t>---------------------------------------------------------------------------------------------------------------------------</w:t>
      </w:r>
    </w:p>
    <w:p w:rsidR="00725517" w:rsidRPr="00FA19F9" w:rsidRDefault="00254BB8" w:rsidP="00725517">
      <w:pPr>
        <w:widowControl w:val="0"/>
        <w:spacing w:line="240" w:lineRule="auto"/>
        <w:rPr>
          <w:rFonts w:cstheme="minorHAnsi"/>
          <w:b/>
          <w:bCs/>
        </w:rPr>
      </w:pPr>
      <w:r w:rsidRPr="00FA19F9">
        <w:rPr>
          <w:rFonts w:cstheme="minorHAnsi"/>
          <w:b/>
          <w:bCs/>
        </w:rPr>
        <w:t>Shade</w:t>
      </w:r>
      <w:r w:rsidRPr="00FA19F9">
        <w:rPr>
          <w:rFonts w:cstheme="minorHAnsi"/>
          <w:b/>
          <w:bCs/>
        </w:rPr>
        <w:t xml:space="preserve"> House Construction (East </w:t>
      </w:r>
      <w:r>
        <w:rPr>
          <w:rFonts w:cstheme="minorHAnsi"/>
          <w:b/>
          <w:bCs/>
        </w:rPr>
        <w:t>Coast</w:t>
      </w:r>
      <w:r w:rsidRPr="00FA19F9">
        <w:rPr>
          <w:rFonts w:cstheme="minorHAnsi"/>
          <w:b/>
          <w:bCs/>
        </w:rPr>
        <w:t xml:space="preserve"> of Demerara)</w:t>
      </w:r>
    </w:p>
    <w:p w:rsidR="00725517" w:rsidRPr="00FA19F9" w:rsidRDefault="00254BB8" w:rsidP="00725517">
      <w:pPr>
        <w:widowControl w:val="0"/>
        <w:spacing w:line="240" w:lineRule="auto"/>
        <w:rPr>
          <w:rFonts w:cstheme="minorHAnsi"/>
        </w:rPr>
      </w:pPr>
      <w:r w:rsidRPr="00FA19F9">
        <w:rPr>
          <w:rFonts w:cstheme="minorHAnsi"/>
        </w:rPr>
        <w:t>Number of persons impacted: 8 const. 934| 2024 | $20,000,000</w:t>
      </w:r>
    </w:p>
    <w:p w:rsidR="00725517" w:rsidRPr="00FA19F9" w:rsidRDefault="00254BB8" w:rsidP="00725517">
      <w:pPr>
        <w:widowControl w:val="0"/>
        <w:spacing w:line="240" w:lineRule="auto"/>
        <w:rPr>
          <w:rFonts w:cstheme="minorHAnsi"/>
        </w:rPr>
      </w:pPr>
      <w:r w:rsidRPr="00FA19F9">
        <w:rPr>
          <w:rFonts w:cstheme="minorHAnsi"/>
        </w:rPr>
        <w:t>Number of persons impacted: 7 const. 296 | 2025 (April) | $ 16,500,000</w:t>
      </w:r>
    </w:p>
    <w:p w:rsidR="00725517" w:rsidRPr="00FA19F9" w:rsidRDefault="00254BB8" w:rsidP="00476933">
      <w:pPr>
        <w:ind w:right="-846"/>
        <w:rPr>
          <w:rFonts w:cstheme="minorHAnsi"/>
        </w:rPr>
      </w:pPr>
      <w:r w:rsidRPr="00476933">
        <w:rPr>
          <w:rFonts w:cstheme="minorHAnsi"/>
        </w:rPr>
        <w:t>-------------------------------------------------------------------------------</w:t>
      </w:r>
      <w:r w:rsidRPr="00476933">
        <w:rPr>
          <w:rFonts w:cstheme="minorHAnsi"/>
        </w:rPr>
        <w:t>--------------------------------------------</w:t>
      </w:r>
    </w:p>
    <w:p w:rsidR="00725517" w:rsidRPr="00FA19F9" w:rsidRDefault="00254BB8" w:rsidP="00725517">
      <w:pPr>
        <w:widowControl w:val="0"/>
        <w:spacing w:line="240" w:lineRule="auto"/>
        <w:rPr>
          <w:rFonts w:cstheme="minorHAnsi"/>
          <w:b/>
          <w:bCs/>
        </w:rPr>
      </w:pPr>
      <w:r w:rsidRPr="00FA19F9">
        <w:rPr>
          <w:rFonts w:cstheme="minorHAnsi"/>
          <w:b/>
          <w:bCs/>
        </w:rPr>
        <w:t>Demonstration Plot Establishment for Plantain Production</w:t>
      </w:r>
    </w:p>
    <w:p w:rsidR="00725517" w:rsidRPr="00476933" w:rsidRDefault="00254BB8" w:rsidP="00725517">
      <w:pPr>
        <w:widowControl w:val="0"/>
        <w:numPr>
          <w:ilvl w:val="0"/>
          <w:numId w:val="2"/>
        </w:numPr>
        <w:spacing w:after="0" w:line="240" w:lineRule="auto"/>
        <w:rPr>
          <w:rFonts w:cstheme="minorHAnsi"/>
          <w:b/>
        </w:rPr>
      </w:pPr>
      <w:r w:rsidRPr="00FA19F9">
        <w:rPr>
          <w:rFonts w:cstheme="minorHAnsi"/>
          <w:b/>
          <w:bCs/>
        </w:rPr>
        <w:t xml:space="preserve">Black Sigatoka Management </w:t>
      </w:r>
    </w:p>
    <w:p w:rsidR="00725517" w:rsidRPr="00FA19F9" w:rsidRDefault="00254BB8" w:rsidP="00725517">
      <w:pPr>
        <w:widowControl w:val="0"/>
        <w:spacing w:line="240" w:lineRule="auto"/>
        <w:rPr>
          <w:rFonts w:cstheme="minorHAnsi"/>
          <w:bCs/>
        </w:rPr>
      </w:pPr>
      <w:r w:rsidRPr="00FA19F9">
        <w:rPr>
          <w:rFonts w:cstheme="minorHAnsi"/>
        </w:rPr>
        <w:t xml:space="preserve">Number of persons impacted: 67 |2024 | </w:t>
      </w:r>
      <w:r w:rsidRPr="00FA19F9">
        <w:rPr>
          <w:rFonts w:cstheme="minorHAnsi"/>
          <w:bCs/>
        </w:rPr>
        <w:t>$</w:t>
      </w:r>
      <w:r w:rsidRPr="00FA19F9">
        <w:rPr>
          <w:rFonts w:cstheme="minorHAnsi"/>
          <w:bCs/>
          <w:color w:val="FF0000"/>
        </w:rPr>
        <w:t xml:space="preserve"> </w:t>
      </w:r>
      <w:r w:rsidRPr="00FA19F9">
        <w:rPr>
          <w:rFonts w:cstheme="minorHAnsi"/>
          <w:bCs/>
        </w:rPr>
        <w:t>213,000</w:t>
      </w:r>
    </w:p>
    <w:p w:rsidR="00725517" w:rsidRPr="00FA19F9" w:rsidRDefault="00254BB8" w:rsidP="00725517">
      <w:pPr>
        <w:widowControl w:val="0"/>
        <w:spacing w:line="240" w:lineRule="auto"/>
        <w:rPr>
          <w:rFonts w:cstheme="minorHAnsi"/>
          <w:bCs/>
        </w:rPr>
      </w:pPr>
      <w:r w:rsidRPr="00FA19F9">
        <w:rPr>
          <w:rFonts w:cstheme="minorHAnsi"/>
        </w:rPr>
        <w:t>Number of persons impacted: 41 |2025 (April) |</w:t>
      </w:r>
      <w:r w:rsidRPr="00FA19F9">
        <w:rPr>
          <w:rFonts w:cstheme="minorHAnsi"/>
          <w:bCs/>
        </w:rPr>
        <w:t>$ 90,000</w:t>
      </w:r>
    </w:p>
    <w:p w:rsidR="00476933" w:rsidRPr="00476933" w:rsidRDefault="00254BB8" w:rsidP="00476933">
      <w:pPr>
        <w:ind w:right="-846"/>
        <w:rPr>
          <w:rFonts w:cstheme="minorHAnsi"/>
        </w:rPr>
      </w:pPr>
      <w:r w:rsidRPr="00476933">
        <w:rPr>
          <w:rFonts w:cstheme="minorHAnsi"/>
        </w:rPr>
        <w:t>---------------------------------------------------------------------------------------------------------------------------</w:t>
      </w:r>
    </w:p>
    <w:p w:rsidR="00725517" w:rsidRPr="00FA19F9" w:rsidRDefault="00254BB8" w:rsidP="00725517">
      <w:pPr>
        <w:widowControl w:val="0"/>
        <w:spacing w:line="240" w:lineRule="auto"/>
        <w:rPr>
          <w:rFonts w:cstheme="minorHAnsi"/>
          <w:b/>
        </w:rPr>
      </w:pPr>
      <w:r w:rsidRPr="00FA19F9">
        <w:rPr>
          <w:rFonts w:cstheme="minorHAnsi"/>
          <w:b/>
        </w:rPr>
        <w:t>Farmers Field Schools, Inter Agency Workshops &amp; Seminars, Farmers Training sessions</w:t>
      </w:r>
    </w:p>
    <w:p w:rsidR="00725517" w:rsidRPr="00FA19F9" w:rsidRDefault="00254BB8" w:rsidP="00725517">
      <w:pPr>
        <w:widowControl w:val="0"/>
        <w:spacing w:line="240" w:lineRule="auto"/>
        <w:rPr>
          <w:rFonts w:cstheme="minorHAnsi"/>
          <w:bCs/>
        </w:rPr>
      </w:pPr>
      <w:r w:rsidRPr="00FA19F9">
        <w:rPr>
          <w:rFonts w:cstheme="minorHAnsi"/>
        </w:rPr>
        <w:t>Number of persons impacted: 631 |2024 |</w:t>
      </w:r>
      <w:r w:rsidRPr="00FA19F9">
        <w:rPr>
          <w:rFonts w:cstheme="minorHAnsi"/>
          <w:bCs/>
        </w:rPr>
        <w:t>$ 721,800</w:t>
      </w:r>
    </w:p>
    <w:p w:rsidR="00725517" w:rsidRPr="00FA19F9" w:rsidRDefault="00254BB8" w:rsidP="00725517">
      <w:pPr>
        <w:widowControl w:val="0"/>
        <w:spacing w:line="240" w:lineRule="auto"/>
        <w:rPr>
          <w:rFonts w:cstheme="minorHAnsi"/>
          <w:bCs/>
        </w:rPr>
      </w:pPr>
      <w:r w:rsidRPr="00FA19F9">
        <w:rPr>
          <w:rFonts w:cstheme="minorHAnsi"/>
        </w:rPr>
        <w:t>Number of persons impacted: 82| 2025 (April) |</w:t>
      </w:r>
      <w:r w:rsidRPr="00FA19F9">
        <w:rPr>
          <w:rFonts w:cstheme="minorHAnsi"/>
          <w:bCs/>
        </w:rPr>
        <w:t>$ 313,000</w:t>
      </w:r>
    </w:p>
    <w:p w:rsidR="00725517" w:rsidRPr="00476933" w:rsidRDefault="00254BB8" w:rsidP="00476933">
      <w:pPr>
        <w:widowControl w:val="0"/>
        <w:spacing w:line="240" w:lineRule="auto"/>
        <w:ind w:left="1440" w:hanging="1440"/>
        <w:rPr>
          <w:rFonts w:cstheme="minorHAnsi"/>
        </w:rPr>
      </w:pPr>
      <w:r w:rsidRPr="00FA19F9">
        <w:rPr>
          <w:rFonts w:cstheme="minorHAnsi"/>
        </w:rPr>
        <w:t>Total Number of persons impacted: 3,012 | $47,780,000</w:t>
      </w:r>
    </w:p>
    <w:p w:rsidR="00725517" w:rsidRPr="00FA19F9" w:rsidRDefault="00254BB8" w:rsidP="00725517">
      <w:pPr>
        <w:widowControl w:val="0"/>
        <w:spacing w:line="240" w:lineRule="auto"/>
        <w:rPr>
          <w:rFonts w:cstheme="minorHAnsi"/>
          <w:b/>
          <w:bCs/>
        </w:rPr>
      </w:pPr>
      <w:r w:rsidRPr="00FA19F9">
        <w:rPr>
          <w:rFonts w:cstheme="minorHAnsi"/>
          <w:b/>
          <w:bCs/>
        </w:rPr>
        <w:t>Total: $47,780,000</w:t>
      </w:r>
    </w:p>
    <w:p w:rsidR="00476933" w:rsidRPr="00476933" w:rsidRDefault="00254BB8" w:rsidP="00476933">
      <w:pPr>
        <w:widowControl w:val="0"/>
        <w:rPr>
          <w:rFonts w:cstheme="minorHAnsi"/>
        </w:rPr>
      </w:pPr>
      <w:r w:rsidRPr="00476933">
        <w:rPr>
          <w:rFonts w:cstheme="minorHAnsi"/>
          <w:b/>
          <w:bCs/>
        </w:rPr>
        <w:t>---------------------------------------------------------------------------------------------------------------------</w:t>
      </w:r>
    </w:p>
    <w:p w:rsidR="00725517" w:rsidRPr="00FA19F9" w:rsidRDefault="00254BB8" w:rsidP="00725517">
      <w:pPr>
        <w:pStyle w:val="ListParagraph"/>
        <w:numPr>
          <w:ilvl w:val="0"/>
          <w:numId w:val="3"/>
        </w:numPr>
        <w:spacing w:before="240" w:after="240"/>
        <w:ind w:left="360"/>
        <w:rPr>
          <w:rFonts w:cstheme="minorHAnsi"/>
          <w:b/>
          <w:bCs/>
          <w:color w:val="202124"/>
        </w:rPr>
      </w:pPr>
      <w:r w:rsidRPr="00FA19F9">
        <w:rPr>
          <w:rFonts w:cstheme="minorHAnsi"/>
          <w:b/>
          <w:bCs/>
        </w:rPr>
        <w:t xml:space="preserve">GLDA | </w:t>
      </w:r>
      <w:r w:rsidRPr="00FA19F9">
        <w:rPr>
          <w:rFonts w:cstheme="minorHAnsi"/>
          <w:b/>
          <w:bCs/>
        </w:rPr>
        <w:t>$74,897,520</w:t>
      </w:r>
      <w:r w:rsidRPr="00FA19F9">
        <w:rPr>
          <w:rFonts w:cstheme="minorHAnsi"/>
          <w:b/>
          <w:bCs/>
          <w:color w:val="202124"/>
        </w:rPr>
        <w:t>| 2024-2025</w:t>
      </w:r>
    </w:p>
    <w:p w:rsidR="00725517" w:rsidRPr="00FA19F9" w:rsidRDefault="00254BB8" w:rsidP="00476933">
      <w:pPr>
        <w:widowControl w:val="0"/>
        <w:spacing w:line="240" w:lineRule="auto"/>
        <w:jc w:val="both"/>
        <w:rPr>
          <w:rFonts w:cstheme="minorHAnsi"/>
          <w:b/>
          <w:bCs/>
        </w:rPr>
      </w:pPr>
      <w:r w:rsidRPr="00FA19F9">
        <w:rPr>
          <w:rFonts w:cstheme="minorHAnsi"/>
          <w:b/>
          <w:bCs/>
        </w:rPr>
        <w:t>Genetic Improvement (Layer Chicks, Broilers, Sheep, Black Giant Chicks, Pigs, Bee Equipment, Feed, Pen, Solar Freezers, Farrowing Crates, Modular Duck Processing Facility)</w:t>
      </w:r>
    </w:p>
    <w:p w:rsidR="00725517" w:rsidRPr="00FA19F9" w:rsidRDefault="00254BB8" w:rsidP="00725517">
      <w:pPr>
        <w:widowControl w:val="0"/>
        <w:spacing w:line="240" w:lineRule="auto"/>
        <w:rPr>
          <w:rFonts w:cstheme="minorHAnsi"/>
        </w:rPr>
      </w:pPr>
      <w:r w:rsidRPr="00FA19F9">
        <w:rPr>
          <w:rFonts w:cstheme="minorHAnsi"/>
        </w:rPr>
        <w:t>Number of Persons Impacted:215 | 2024-2025| $</w:t>
      </w:r>
      <w:bookmarkStart w:id="1" w:name="_Hlk197593734"/>
      <w:r w:rsidRPr="00FA19F9">
        <w:rPr>
          <w:rFonts w:cstheme="minorHAnsi"/>
        </w:rPr>
        <w:t>74,897,520</w:t>
      </w:r>
    </w:p>
    <w:bookmarkEnd w:id="1"/>
    <w:p w:rsidR="00725517" w:rsidRPr="00FA19F9" w:rsidRDefault="00254BB8" w:rsidP="00725517">
      <w:pPr>
        <w:widowControl w:val="0"/>
        <w:spacing w:line="240" w:lineRule="auto"/>
        <w:rPr>
          <w:rFonts w:cstheme="minorHAnsi"/>
        </w:rPr>
      </w:pPr>
    </w:p>
    <w:p w:rsidR="00476933" w:rsidRPr="00FA19F9" w:rsidRDefault="00254BB8" w:rsidP="00476933">
      <w:pPr>
        <w:widowControl w:val="0"/>
        <w:rPr>
          <w:rFonts w:cstheme="minorHAnsi"/>
        </w:rPr>
      </w:pPr>
      <w:r w:rsidRPr="00FA19F9">
        <w:rPr>
          <w:rFonts w:cstheme="minorHAnsi"/>
          <w:b/>
          <w:bCs/>
        </w:rPr>
        <w:lastRenderedPageBreak/>
        <w:t>----</w:t>
      </w:r>
      <w:r w:rsidRPr="00FA19F9">
        <w:rPr>
          <w:rFonts w:cstheme="minorHAnsi"/>
          <w:b/>
          <w:bCs/>
        </w:rPr>
        <w:t>-----------------------------------------------------------------------------------------------------------------</w:t>
      </w:r>
    </w:p>
    <w:p w:rsidR="00725517" w:rsidRPr="00FA19F9" w:rsidRDefault="00254BB8" w:rsidP="00725517">
      <w:pPr>
        <w:pStyle w:val="ListParagraph"/>
        <w:numPr>
          <w:ilvl w:val="0"/>
          <w:numId w:val="3"/>
        </w:numPr>
        <w:spacing w:before="240" w:after="0" w:line="240" w:lineRule="auto"/>
        <w:ind w:left="360"/>
        <w:rPr>
          <w:rFonts w:cstheme="minorHAnsi"/>
          <w:b/>
          <w:bCs/>
        </w:rPr>
      </w:pPr>
      <w:r w:rsidRPr="00FA19F9">
        <w:rPr>
          <w:rFonts w:cstheme="minorHAnsi"/>
          <w:b/>
          <w:bCs/>
          <w:color w:val="000000" w:themeColor="text1"/>
        </w:rPr>
        <w:t>NDIA |</w:t>
      </w:r>
      <w:r w:rsidRPr="00FA19F9">
        <w:rPr>
          <w:rFonts w:cstheme="minorHAnsi"/>
          <w:b/>
          <w:bCs/>
          <w:color w:val="202124"/>
        </w:rPr>
        <w:t>2024-2025</w:t>
      </w:r>
      <w:r w:rsidRPr="00FA19F9">
        <w:rPr>
          <w:rFonts w:cstheme="minorHAnsi"/>
          <w:b/>
          <w:bCs/>
        </w:rPr>
        <w:t>| $1,151,172,402</w:t>
      </w:r>
    </w:p>
    <w:p w:rsidR="00725517" w:rsidRPr="00FA19F9" w:rsidRDefault="00254BB8" w:rsidP="00725517">
      <w:pPr>
        <w:spacing w:before="240"/>
        <w:rPr>
          <w:rFonts w:cstheme="minorHAnsi"/>
          <w:b/>
          <w:bCs/>
        </w:rPr>
      </w:pPr>
      <w:r w:rsidRPr="00FA19F9">
        <w:rPr>
          <w:rFonts w:cstheme="minorHAnsi"/>
          <w:b/>
          <w:bCs/>
        </w:rPr>
        <w:t xml:space="preserve">Mechanical Cleaning of Drainage and Irrigation Channels </w:t>
      </w:r>
    </w:p>
    <w:p w:rsidR="00725517" w:rsidRPr="00FA19F9" w:rsidRDefault="00254BB8" w:rsidP="00725517">
      <w:pPr>
        <w:widowControl w:val="0"/>
        <w:spacing w:line="240" w:lineRule="auto"/>
        <w:rPr>
          <w:rFonts w:cstheme="minorHAnsi"/>
        </w:rPr>
      </w:pPr>
      <w:r w:rsidRPr="00FA19F9">
        <w:rPr>
          <w:rFonts w:cstheme="minorHAnsi"/>
        </w:rPr>
        <w:t>Number of persons impacted: NA| 2024| $691,633,897</w:t>
      </w:r>
    </w:p>
    <w:p w:rsidR="00725517" w:rsidRPr="00FA19F9" w:rsidRDefault="00254BB8" w:rsidP="00725517">
      <w:pPr>
        <w:widowControl w:val="0"/>
        <w:spacing w:line="240" w:lineRule="auto"/>
        <w:rPr>
          <w:rFonts w:cstheme="minorHAnsi"/>
        </w:rPr>
      </w:pPr>
      <w:r w:rsidRPr="00FA19F9">
        <w:rPr>
          <w:rFonts w:cstheme="minorHAnsi"/>
        </w:rPr>
        <w:t>Number of persons impacted: NA| 2025| $129,317,950</w:t>
      </w:r>
    </w:p>
    <w:p w:rsidR="00725517" w:rsidRPr="00FA19F9" w:rsidRDefault="00254BB8" w:rsidP="00725517">
      <w:pPr>
        <w:widowControl w:val="0"/>
        <w:spacing w:line="240" w:lineRule="auto"/>
        <w:rPr>
          <w:rFonts w:cstheme="minorHAnsi"/>
        </w:rPr>
      </w:pPr>
    </w:p>
    <w:p w:rsidR="00725517" w:rsidRPr="00FA19F9" w:rsidRDefault="00254BB8" w:rsidP="00725517">
      <w:pPr>
        <w:widowControl w:val="0"/>
        <w:spacing w:line="240" w:lineRule="auto"/>
        <w:rPr>
          <w:rFonts w:cstheme="minorHAnsi"/>
          <w:b/>
          <w:bCs/>
        </w:rPr>
      </w:pPr>
      <w:r w:rsidRPr="00FA19F9">
        <w:rPr>
          <w:rFonts w:cstheme="minorHAnsi"/>
          <w:b/>
          <w:bCs/>
        </w:rPr>
        <w:t xml:space="preserve">Supply and Installation of Equipment </w:t>
      </w:r>
    </w:p>
    <w:p w:rsidR="00725517" w:rsidRPr="00FA19F9" w:rsidRDefault="00254BB8" w:rsidP="00725517">
      <w:pPr>
        <w:widowControl w:val="0"/>
        <w:spacing w:line="240" w:lineRule="auto"/>
        <w:rPr>
          <w:rFonts w:cstheme="minorHAnsi"/>
        </w:rPr>
      </w:pPr>
      <w:r w:rsidRPr="00FA19F9">
        <w:rPr>
          <w:rFonts w:cstheme="minorHAnsi"/>
        </w:rPr>
        <w:t>Number of Persons Impacted: NA | 2024| $35,292,420</w:t>
      </w:r>
    </w:p>
    <w:p w:rsidR="00725517" w:rsidRPr="00FA19F9" w:rsidRDefault="00254BB8" w:rsidP="00725517">
      <w:pPr>
        <w:widowControl w:val="0"/>
        <w:spacing w:line="240" w:lineRule="auto"/>
        <w:rPr>
          <w:rFonts w:cstheme="minorHAnsi"/>
        </w:rPr>
      </w:pPr>
      <w:r w:rsidRPr="00FA19F9">
        <w:rPr>
          <w:rFonts w:cstheme="minorHAnsi"/>
        </w:rPr>
        <w:t>Number of Persons Impacted: NA | 2025| $1,134,000</w:t>
      </w:r>
    </w:p>
    <w:p w:rsidR="00725517" w:rsidRPr="00FA19F9" w:rsidRDefault="00254BB8" w:rsidP="00725517">
      <w:pPr>
        <w:widowControl w:val="0"/>
        <w:spacing w:line="240" w:lineRule="auto"/>
        <w:rPr>
          <w:rFonts w:cstheme="minorHAnsi"/>
        </w:rPr>
      </w:pPr>
    </w:p>
    <w:p w:rsidR="00725517" w:rsidRPr="00FA19F9" w:rsidRDefault="00254BB8" w:rsidP="00725517">
      <w:pPr>
        <w:widowControl w:val="0"/>
        <w:spacing w:line="240" w:lineRule="auto"/>
        <w:rPr>
          <w:rFonts w:cstheme="minorHAnsi"/>
          <w:b/>
          <w:bCs/>
        </w:rPr>
      </w:pPr>
      <w:r w:rsidRPr="00FA19F9">
        <w:rPr>
          <w:rFonts w:cstheme="minorHAnsi"/>
          <w:b/>
          <w:bCs/>
        </w:rPr>
        <w:t xml:space="preserve">Manual Cleaning of Drainage and Irrigation Channels </w:t>
      </w:r>
    </w:p>
    <w:p w:rsidR="00725517" w:rsidRPr="00FA19F9" w:rsidRDefault="00254BB8" w:rsidP="00725517">
      <w:pPr>
        <w:widowControl w:val="0"/>
        <w:spacing w:line="240" w:lineRule="auto"/>
        <w:rPr>
          <w:rFonts w:cstheme="minorHAnsi"/>
        </w:rPr>
      </w:pPr>
      <w:r w:rsidRPr="00FA19F9">
        <w:rPr>
          <w:rFonts w:cstheme="minorHAnsi"/>
        </w:rPr>
        <w:t>Number of P</w:t>
      </w:r>
      <w:r w:rsidRPr="00FA19F9">
        <w:rPr>
          <w:rFonts w:cstheme="minorHAnsi"/>
        </w:rPr>
        <w:t>ersons Impacted: NA | 2024| $19,216,114</w:t>
      </w:r>
    </w:p>
    <w:p w:rsidR="00725517" w:rsidRPr="00FA19F9" w:rsidRDefault="00254BB8" w:rsidP="00725517">
      <w:pPr>
        <w:widowControl w:val="0"/>
        <w:spacing w:line="240" w:lineRule="auto"/>
        <w:rPr>
          <w:rFonts w:cstheme="minorHAnsi"/>
        </w:rPr>
      </w:pPr>
      <w:r w:rsidRPr="00FA19F9">
        <w:rPr>
          <w:rFonts w:cstheme="minorHAnsi"/>
        </w:rPr>
        <w:t>Number of Persons Impacted: NA | 2025| $3,628,200</w:t>
      </w:r>
    </w:p>
    <w:p w:rsidR="00725517" w:rsidRPr="00FA19F9" w:rsidRDefault="00254BB8" w:rsidP="00725517">
      <w:pPr>
        <w:widowControl w:val="0"/>
        <w:spacing w:line="240" w:lineRule="auto"/>
        <w:rPr>
          <w:rFonts w:cstheme="minorHAnsi"/>
          <w:b/>
          <w:bCs/>
        </w:rPr>
      </w:pPr>
    </w:p>
    <w:p w:rsidR="00725517" w:rsidRPr="00FA19F9" w:rsidRDefault="00254BB8" w:rsidP="00725517">
      <w:pPr>
        <w:widowControl w:val="0"/>
        <w:spacing w:line="240" w:lineRule="auto"/>
        <w:rPr>
          <w:rFonts w:cstheme="minorHAnsi"/>
          <w:b/>
          <w:bCs/>
        </w:rPr>
      </w:pPr>
      <w:r w:rsidRPr="00FA19F9">
        <w:rPr>
          <w:rFonts w:cstheme="minorHAnsi"/>
          <w:b/>
          <w:bCs/>
        </w:rPr>
        <w:t xml:space="preserve">Construction of </w:t>
      </w:r>
      <w:proofErr w:type="spellStart"/>
      <w:r w:rsidRPr="00FA19F9">
        <w:rPr>
          <w:rFonts w:cstheme="minorHAnsi"/>
          <w:b/>
          <w:bCs/>
        </w:rPr>
        <w:t>all weather</w:t>
      </w:r>
      <w:proofErr w:type="spellEnd"/>
      <w:r w:rsidRPr="00FA19F9">
        <w:rPr>
          <w:rFonts w:cstheme="minorHAnsi"/>
          <w:b/>
          <w:bCs/>
        </w:rPr>
        <w:t xml:space="preserve"> road at Buxton/Friendship Middle Walk, ECD</w:t>
      </w:r>
    </w:p>
    <w:p w:rsidR="00725517" w:rsidRPr="00FA19F9" w:rsidRDefault="00254BB8" w:rsidP="00725517">
      <w:pPr>
        <w:widowControl w:val="0"/>
        <w:spacing w:line="240" w:lineRule="auto"/>
        <w:rPr>
          <w:rFonts w:cstheme="minorHAnsi"/>
        </w:rPr>
      </w:pPr>
      <w:r w:rsidRPr="00FA19F9">
        <w:rPr>
          <w:rFonts w:cstheme="minorHAnsi"/>
        </w:rPr>
        <w:t>Number of Persons Impacted: NA | 2024| $52,386,750</w:t>
      </w:r>
    </w:p>
    <w:p w:rsidR="00725517" w:rsidRPr="00FA19F9" w:rsidRDefault="00254BB8" w:rsidP="00725517">
      <w:pPr>
        <w:widowControl w:val="0"/>
        <w:spacing w:line="240" w:lineRule="auto"/>
        <w:rPr>
          <w:rFonts w:cstheme="minorHAnsi"/>
        </w:rPr>
      </w:pPr>
    </w:p>
    <w:p w:rsidR="00725517" w:rsidRPr="00FA19F9" w:rsidRDefault="00254BB8" w:rsidP="00725517">
      <w:pPr>
        <w:widowControl w:val="0"/>
        <w:spacing w:line="240" w:lineRule="auto"/>
        <w:rPr>
          <w:rFonts w:cstheme="minorHAnsi"/>
          <w:b/>
          <w:bCs/>
        </w:rPr>
      </w:pPr>
      <w:r w:rsidRPr="00FA19F9">
        <w:rPr>
          <w:rFonts w:cstheme="minorHAnsi"/>
          <w:b/>
          <w:bCs/>
        </w:rPr>
        <w:t>Other Drainage and Irrigation Works</w:t>
      </w:r>
    </w:p>
    <w:p w:rsidR="00725517" w:rsidRPr="00FA19F9" w:rsidRDefault="00254BB8" w:rsidP="00725517">
      <w:pPr>
        <w:widowControl w:val="0"/>
        <w:spacing w:line="240" w:lineRule="auto"/>
        <w:rPr>
          <w:rFonts w:cstheme="minorHAnsi"/>
        </w:rPr>
      </w:pPr>
      <w:r w:rsidRPr="00FA19F9">
        <w:rPr>
          <w:rFonts w:cstheme="minorHAnsi"/>
        </w:rPr>
        <w:t>Number</w:t>
      </w:r>
      <w:r w:rsidRPr="00FA19F9">
        <w:rPr>
          <w:rFonts w:cstheme="minorHAnsi"/>
        </w:rPr>
        <w:t xml:space="preserve"> of Persons Impacted: NA | 2024| $ 201,370,671</w:t>
      </w:r>
    </w:p>
    <w:p w:rsidR="00725517" w:rsidRPr="00FA19F9" w:rsidRDefault="00254BB8" w:rsidP="00725517">
      <w:pPr>
        <w:widowControl w:val="0"/>
        <w:spacing w:line="240" w:lineRule="auto"/>
        <w:rPr>
          <w:rFonts w:cstheme="minorHAnsi"/>
          <w:b/>
          <w:bCs/>
        </w:rPr>
      </w:pPr>
      <w:r w:rsidRPr="00FA19F9">
        <w:rPr>
          <w:rFonts w:cstheme="minorHAnsi"/>
        </w:rPr>
        <w:t>Number of Persons Impacted: NA | 2025| $ 17,192,400</w:t>
      </w:r>
    </w:p>
    <w:p w:rsidR="00725517" w:rsidRPr="00FA19F9" w:rsidRDefault="00254BB8" w:rsidP="00725517">
      <w:pPr>
        <w:widowControl w:val="0"/>
        <w:spacing w:line="240" w:lineRule="auto"/>
        <w:rPr>
          <w:rFonts w:cstheme="minorHAnsi"/>
          <w:b/>
          <w:bCs/>
        </w:rPr>
      </w:pPr>
    </w:p>
    <w:p w:rsidR="00725517" w:rsidRPr="00FA19F9" w:rsidRDefault="00254BB8" w:rsidP="00725517">
      <w:pPr>
        <w:spacing w:before="240"/>
        <w:rPr>
          <w:rFonts w:cstheme="minorHAnsi"/>
          <w:b/>
          <w:bCs/>
        </w:rPr>
      </w:pPr>
      <w:r w:rsidRPr="00FA19F9">
        <w:rPr>
          <w:rFonts w:cstheme="minorHAnsi"/>
          <w:b/>
          <w:bCs/>
        </w:rPr>
        <w:t>Total: $1,151,172,402</w:t>
      </w:r>
    </w:p>
    <w:p w:rsidR="00725517" w:rsidRPr="00476933" w:rsidRDefault="00254BB8" w:rsidP="00476933">
      <w:pPr>
        <w:widowControl w:val="0"/>
        <w:spacing w:line="240" w:lineRule="auto"/>
        <w:rPr>
          <w:rFonts w:cstheme="minorHAnsi"/>
          <w:b/>
          <w:bCs/>
        </w:rPr>
      </w:pPr>
      <w:r w:rsidRPr="00FA19F9">
        <w:rPr>
          <w:rFonts w:cstheme="minorHAnsi"/>
          <w:b/>
          <w:bCs/>
        </w:rPr>
        <w:t>---------------------------------------------------------------------------------------------------------------------</w:t>
      </w:r>
    </w:p>
    <w:p w:rsidR="00725517" w:rsidRPr="00FA19F9" w:rsidRDefault="00254BB8" w:rsidP="00725517">
      <w:pPr>
        <w:pStyle w:val="ListParagraph"/>
        <w:numPr>
          <w:ilvl w:val="0"/>
          <w:numId w:val="3"/>
        </w:numPr>
        <w:spacing w:before="240" w:after="0"/>
        <w:ind w:left="360"/>
        <w:rPr>
          <w:rFonts w:cstheme="minorHAnsi"/>
          <w:b/>
        </w:rPr>
      </w:pPr>
      <w:r w:rsidRPr="00FA19F9">
        <w:rPr>
          <w:rFonts w:cstheme="minorHAnsi"/>
          <w:b/>
        </w:rPr>
        <w:t>Guyana Marketing</w:t>
      </w:r>
      <w:r w:rsidRPr="00FA19F9">
        <w:rPr>
          <w:rFonts w:cstheme="minorHAnsi"/>
          <w:b/>
        </w:rPr>
        <w:t xml:space="preserve"> Corporation| </w:t>
      </w:r>
      <w:r w:rsidRPr="00FA19F9">
        <w:rPr>
          <w:rFonts w:cstheme="minorHAnsi"/>
          <w:b/>
          <w:bCs/>
        </w:rPr>
        <w:t>$17,353,424</w:t>
      </w:r>
      <w:r w:rsidRPr="00FA19F9">
        <w:rPr>
          <w:rFonts w:cstheme="minorHAnsi"/>
          <w:b/>
          <w:color w:val="202124"/>
        </w:rPr>
        <w:t>| 2020-2025</w:t>
      </w:r>
    </w:p>
    <w:p w:rsidR="00725517" w:rsidRPr="00476933" w:rsidRDefault="00254BB8" w:rsidP="00476933">
      <w:pPr>
        <w:ind w:left="360"/>
        <w:jc w:val="center"/>
        <w:rPr>
          <w:rFonts w:cstheme="minorHAnsi"/>
          <w:b/>
        </w:rPr>
      </w:pPr>
      <w:r w:rsidRPr="00FA19F9">
        <w:rPr>
          <w:rFonts w:cstheme="minorHAnsi"/>
          <w:b/>
        </w:rPr>
        <w:t>(GENERAL FOR REGION)</w:t>
      </w:r>
    </w:p>
    <w:p w:rsidR="00725517" w:rsidRPr="00FA19F9" w:rsidRDefault="00254BB8" w:rsidP="00725517">
      <w:pPr>
        <w:widowControl w:val="0"/>
        <w:spacing w:line="240" w:lineRule="auto"/>
        <w:jc w:val="both"/>
        <w:rPr>
          <w:rFonts w:cstheme="minorHAnsi"/>
          <w:b/>
          <w:bCs/>
        </w:rPr>
      </w:pPr>
      <w:r w:rsidRPr="00FA19F9">
        <w:rPr>
          <w:rFonts w:cstheme="minorHAnsi"/>
          <w:b/>
          <w:bCs/>
        </w:rPr>
        <w:t>Construction and Equipping of Dehydrating Facility at Hope, ECD</w:t>
      </w:r>
    </w:p>
    <w:p w:rsidR="00725517" w:rsidRPr="00FA19F9" w:rsidRDefault="00254BB8" w:rsidP="00725517">
      <w:pPr>
        <w:widowControl w:val="0"/>
        <w:spacing w:line="240" w:lineRule="auto"/>
        <w:jc w:val="both"/>
        <w:rPr>
          <w:rFonts w:cstheme="minorHAnsi"/>
        </w:rPr>
      </w:pPr>
      <w:r w:rsidRPr="00FA19F9">
        <w:rPr>
          <w:rFonts w:cstheme="minorHAnsi"/>
        </w:rPr>
        <w:t>Number of persons impacted: NA|2022| $17,353,424</w:t>
      </w:r>
    </w:p>
    <w:p w:rsidR="00725517" w:rsidRPr="00FA19F9" w:rsidRDefault="00254BB8" w:rsidP="00725517">
      <w:pPr>
        <w:spacing w:before="240"/>
        <w:rPr>
          <w:rFonts w:cstheme="minorHAnsi"/>
          <w:b/>
          <w:bCs/>
        </w:rPr>
      </w:pPr>
      <w:r w:rsidRPr="00FA19F9">
        <w:rPr>
          <w:rFonts w:cstheme="minorHAnsi"/>
          <w:b/>
          <w:bCs/>
        </w:rPr>
        <w:t>Total: $17,353,424</w:t>
      </w:r>
    </w:p>
    <w:p w:rsidR="00476933" w:rsidRPr="00FA19F9" w:rsidRDefault="00254BB8" w:rsidP="00476933">
      <w:pPr>
        <w:widowControl w:val="0"/>
        <w:rPr>
          <w:rFonts w:cstheme="minorHAnsi"/>
        </w:rPr>
      </w:pPr>
      <w:r w:rsidRPr="00FA19F9">
        <w:rPr>
          <w:rFonts w:cstheme="minorHAnsi"/>
          <w:b/>
          <w:bCs/>
        </w:rPr>
        <w:lastRenderedPageBreak/>
        <w:t>------------------------------------------------------------------</w:t>
      </w:r>
      <w:r w:rsidRPr="00FA19F9">
        <w:rPr>
          <w:rFonts w:cstheme="minorHAnsi"/>
          <w:b/>
          <w:bCs/>
        </w:rPr>
        <w:t>---------------------------------------------------</w:t>
      </w:r>
    </w:p>
    <w:p w:rsidR="00725517" w:rsidRPr="00FA19F9" w:rsidRDefault="00254BB8" w:rsidP="00725517">
      <w:pPr>
        <w:jc w:val="both"/>
        <w:rPr>
          <w:rFonts w:cstheme="minorHAnsi"/>
          <w:b/>
          <w:bCs/>
          <w:color w:val="202124"/>
          <w:highlight w:val="yellow"/>
        </w:rPr>
      </w:pPr>
    </w:p>
    <w:p w:rsidR="00725517" w:rsidRPr="00FA19F9" w:rsidRDefault="00254BB8" w:rsidP="00725517">
      <w:pPr>
        <w:rPr>
          <w:rFonts w:cstheme="minorHAnsi"/>
          <w:highlight w:val="yellow"/>
        </w:rPr>
      </w:pPr>
    </w:p>
    <w:p w:rsidR="000E2135" w:rsidRPr="00FA19F9" w:rsidRDefault="00254BB8" w:rsidP="00A308BD">
      <w:pPr>
        <w:spacing w:after="0"/>
        <w:jc w:val="both"/>
        <w:rPr>
          <w:rFonts w:cstheme="minorHAnsi"/>
        </w:rPr>
      </w:pPr>
    </w:p>
    <w:p w:rsidR="00014211" w:rsidRPr="00014211" w:rsidRDefault="00254BB8" w:rsidP="00014211">
      <w:pPr>
        <w:widowControl w:val="0"/>
        <w:rPr>
          <w:rFonts w:cstheme="minorHAnsi"/>
          <w:b/>
          <w:color w:val="202124"/>
          <w:sz w:val="24"/>
          <w:szCs w:val="24"/>
          <w:highlight w:val="yellow"/>
        </w:rPr>
      </w:pPr>
      <w:r w:rsidRPr="00014211">
        <w:rPr>
          <w:rFonts w:cstheme="minorHAnsi"/>
          <w:b/>
          <w:color w:val="FF0000"/>
          <w:sz w:val="24"/>
          <w:szCs w:val="24"/>
        </w:rPr>
        <w:t xml:space="preserve">Ministry of </w:t>
      </w:r>
      <w:r w:rsidRPr="00291D62">
        <w:rPr>
          <w:rFonts w:cstheme="minorHAnsi"/>
          <w:b/>
          <w:color w:val="FF0000"/>
          <w:sz w:val="24"/>
          <w:szCs w:val="24"/>
        </w:rPr>
        <w:t xml:space="preserve">Agriculture </w:t>
      </w:r>
      <w:r w:rsidRPr="00291D62">
        <w:rPr>
          <w:rFonts w:cstheme="minorHAnsi"/>
          <w:b/>
          <w:sz w:val="24"/>
          <w:szCs w:val="24"/>
        </w:rPr>
        <w:t>|$16,344,180,552</w:t>
      </w:r>
      <w:r w:rsidRPr="00014211">
        <w:rPr>
          <w:rFonts w:cstheme="minorHAnsi"/>
          <w:b/>
          <w:color w:val="202124"/>
          <w:sz w:val="24"/>
          <w:szCs w:val="24"/>
        </w:rPr>
        <w:t>| 2020-2025</w:t>
      </w:r>
    </w:p>
    <w:p w:rsidR="00014211" w:rsidRPr="00014211" w:rsidRDefault="00254BB8" w:rsidP="00014211">
      <w:pPr>
        <w:jc w:val="both"/>
        <w:rPr>
          <w:rFonts w:cstheme="minorHAnsi"/>
          <w:b/>
          <w:sz w:val="24"/>
          <w:szCs w:val="24"/>
        </w:rPr>
      </w:pPr>
      <w:r w:rsidRPr="00014211">
        <w:rPr>
          <w:rFonts w:cstheme="minorHAnsi"/>
          <w:b/>
          <w:sz w:val="24"/>
          <w:szCs w:val="24"/>
        </w:rPr>
        <w:t>Fisheries Department| $370,123,000 | 2022-2025</w:t>
      </w:r>
    </w:p>
    <w:p w:rsidR="00014211" w:rsidRPr="00014211" w:rsidRDefault="00254BB8" w:rsidP="00014211">
      <w:pPr>
        <w:spacing w:line="254" w:lineRule="auto"/>
        <w:jc w:val="both"/>
        <w:rPr>
          <w:rFonts w:cstheme="minorHAnsi"/>
          <w:sz w:val="24"/>
          <w:szCs w:val="24"/>
        </w:rPr>
      </w:pPr>
      <w:r w:rsidRPr="00014211">
        <w:rPr>
          <w:rFonts w:cstheme="minorHAnsi"/>
          <w:sz w:val="24"/>
          <w:szCs w:val="24"/>
        </w:rPr>
        <w:t xml:space="preserve">Upgrading of landing sites throughout the region - constructing Sheds, sanitary facilities and </w:t>
      </w:r>
      <w:r w:rsidRPr="00014211">
        <w:rPr>
          <w:rFonts w:cstheme="minorHAnsi"/>
          <w:sz w:val="24"/>
          <w:szCs w:val="24"/>
        </w:rPr>
        <w:t>installing solar lights</w:t>
      </w:r>
    </w:p>
    <w:p w:rsidR="00014211" w:rsidRPr="00014211" w:rsidRDefault="00254BB8" w:rsidP="00014211">
      <w:pPr>
        <w:spacing w:line="254" w:lineRule="auto"/>
        <w:jc w:val="both"/>
        <w:rPr>
          <w:rFonts w:cstheme="minorHAnsi"/>
          <w:sz w:val="24"/>
          <w:szCs w:val="24"/>
        </w:rPr>
      </w:pPr>
      <w:r w:rsidRPr="00014211">
        <w:rPr>
          <w:rFonts w:cstheme="minorHAnsi"/>
          <w:sz w:val="24"/>
          <w:szCs w:val="24"/>
        </w:rPr>
        <w:t>Construction of timber wharf and landing for fisherman cooperative society at Rosignol, West Bank Berbice for Ministry of Agriculture</w:t>
      </w:r>
    </w:p>
    <w:p w:rsidR="00014211" w:rsidRPr="00014211" w:rsidRDefault="00254BB8" w:rsidP="00014211">
      <w:pPr>
        <w:spacing w:line="254" w:lineRule="auto"/>
        <w:jc w:val="both"/>
        <w:rPr>
          <w:rFonts w:cstheme="minorHAnsi"/>
          <w:sz w:val="24"/>
          <w:szCs w:val="24"/>
        </w:rPr>
      </w:pPr>
      <w:r w:rsidRPr="00014211">
        <w:rPr>
          <w:rFonts w:cstheme="minorHAnsi"/>
          <w:sz w:val="24"/>
          <w:szCs w:val="24"/>
        </w:rPr>
        <w:t>Construction of a timber shed for the fisherman cooperative society at 3 door koker, West Bank Ber</w:t>
      </w:r>
      <w:r w:rsidRPr="00014211">
        <w:rPr>
          <w:rFonts w:cstheme="minorHAnsi"/>
          <w:sz w:val="24"/>
          <w:szCs w:val="24"/>
        </w:rPr>
        <w:t>bice.</w:t>
      </w:r>
    </w:p>
    <w:p w:rsidR="00014211" w:rsidRPr="00014211" w:rsidRDefault="00254BB8" w:rsidP="00014211">
      <w:pPr>
        <w:spacing w:line="254" w:lineRule="auto"/>
        <w:jc w:val="both"/>
        <w:rPr>
          <w:rFonts w:cstheme="minorHAnsi"/>
          <w:sz w:val="24"/>
          <w:szCs w:val="24"/>
        </w:rPr>
      </w:pPr>
      <w:r w:rsidRPr="00014211">
        <w:rPr>
          <w:rFonts w:cstheme="minorHAnsi"/>
          <w:sz w:val="24"/>
          <w:szCs w:val="24"/>
        </w:rPr>
        <w:t>Construction of storage rooms for fishermen at the fisherman cooperative, Rosignol, West Bank Berbice.</w:t>
      </w:r>
    </w:p>
    <w:p w:rsidR="00014211" w:rsidRPr="00014211" w:rsidRDefault="00254BB8" w:rsidP="00014211">
      <w:pPr>
        <w:spacing w:line="254" w:lineRule="auto"/>
        <w:jc w:val="both"/>
        <w:rPr>
          <w:rFonts w:cstheme="minorHAnsi"/>
          <w:sz w:val="24"/>
          <w:szCs w:val="24"/>
        </w:rPr>
      </w:pPr>
      <w:r w:rsidRPr="00014211">
        <w:rPr>
          <w:rFonts w:cstheme="minorHAnsi"/>
          <w:sz w:val="24"/>
          <w:szCs w:val="24"/>
        </w:rPr>
        <w:t xml:space="preserve">Expansion of </w:t>
      </w:r>
      <w:proofErr w:type="spellStart"/>
      <w:r w:rsidRPr="00014211">
        <w:rPr>
          <w:rFonts w:cstheme="minorHAnsi"/>
          <w:sz w:val="24"/>
          <w:szCs w:val="24"/>
        </w:rPr>
        <w:t>Onverwagt</w:t>
      </w:r>
      <w:proofErr w:type="spellEnd"/>
      <w:r w:rsidRPr="00014211">
        <w:rPr>
          <w:rFonts w:cstheme="minorHAnsi"/>
          <w:sz w:val="24"/>
          <w:szCs w:val="24"/>
        </w:rPr>
        <w:t xml:space="preserve"> Shrimp Project (</w:t>
      </w:r>
      <w:proofErr w:type="spellStart"/>
      <w:r w:rsidRPr="00014211">
        <w:rPr>
          <w:rFonts w:cstheme="minorHAnsi"/>
          <w:sz w:val="24"/>
          <w:szCs w:val="24"/>
        </w:rPr>
        <w:t>vannamei</w:t>
      </w:r>
      <w:proofErr w:type="spellEnd"/>
      <w:r w:rsidRPr="00014211">
        <w:rPr>
          <w:rFonts w:cstheme="minorHAnsi"/>
          <w:sz w:val="24"/>
          <w:szCs w:val="24"/>
        </w:rPr>
        <w:t>).</w:t>
      </w:r>
    </w:p>
    <w:p w:rsidR="00014211" w:rsidRPr="00014211" w:rsidRDefault="00254BB8" w:rsidP="00014211">
      <w:pPr>
        <w:jc w:val="center"/>
        <w:rPr>
          <w:rFonts w:cstheme="minorHAnsi"/>
          <w:b/>
          <w:sz w:val="24"/>
          <w:szCs w:val="24"/>
        </w:rPr>
      </w:pPr>
    </w:p>
    <w:p w:rsidR="00014211" w:rsidRPr="00014211" w:rsidRDefault="00254BB8" w:rsidP="00014211">
      <w:pPr>
        <w:jc w:val="both"/>
        <w:rPr>
          <w:rFonts w:cstheme="minorHAnsi"/>
          <w:b/>
          <w:sz w:val="24"/>
          <w:szCs w:val="24"/>
        </w:rPr>
      </w:pPr>
      <w:r w:rsidRPr="00014211">
        <w:rPr>
          <w:rFonts w:cstheme="minorHAnsi"/>
          <w:b/>
          <w:sz w:val="24"/>
          <w:szCs w:val="24"/>
        </w:rPr>
        <w:t>GRDB | $1,681,047,212 | 2020-2025</w:t>
      </w:r>
    </w:p>
    <w:p w:rsidR="00014211" w:rsidRDefault="00254BB8" w:rsidP="00014211">
      <w:pPr>
        <w:jc w:val="both"/>
        <w:rPr>
          <w:rFonts w:cstheme="minorHAnsi"/>
          <w:b/>
          <w:sz w:val="24"/>
          <w:szCs w:val="24"/>
        </w:rPr>
      </w:pPr>
      <w:r w:rsidRPr="00014211">
        <w:rPr>
          <w:rFonts w:cstheme="minorHAnsi"/>
          <w:b/>
          <w:sz w:val="24"/>
          <w:szCs w:val="24"/>
        </w:rPr>
        <w:t>Flood Relief Assistance</w:t>
      </w:r>
    </w:p>
    <w:p w:rsidR="00014211" w:rsidRPr="00014211" w:rsidRDefault="00254BB8" w:rsidP="00014211">
      <w:pPr>
        <w:jc w:val="both"/>
        <w:rPr>
          <w:rFonts w:cstheme="minorHAnsi"/>
          <w:sz w:val="24"/>
          <w:szCs w:val="24"/>
        </w:rPr>
      </w:pPr>
      <w:r w:rsidRPr="00014211">
        <w:rPr>
          <w:rFonts w:cstheme="minorHAnsi"/>
          <w:sz w:val="24"/>
          <w:szCs w:val="24"/>
        </w:rPr>
        <w:t xml:space="preserve">Number of persons impacted:524 | 2021 </w:t>
      </w:r>
      <w:r w:rsidRPr="00014211">
        <w:rPr>
          <w:rFonts w:cstheme="minorHAnsi"/>
          <w:sz w:val="24"/>
          <w:szCs w:val="24"/>
        </w:rPr>
        <w:t>| $891,525,000</w:t>
      </w:r>
    </w:p>
    <w:p w:rsidR="00014211" w:rsidRDefault="00254BB8" w:rsidP="00014211">
      <w:pPr>
        <w:jc w:val="both"/>
        <w:rPr>
          <w:rFonts w:cstheme="minorHAnsi"/>
          <w:b/>
          <w:sz w:val="24"/>
          <w:szCs w:val="24"/>
        </w:rPr>
      </w:pPr>
    </w:p>
    <w:p w:rsidR="00014211" w:rsidRDefault="00254BB8" w:rsidP="00014211">
      <w:pPr>
        <w:jc w:val="both"/>
        <w:rPr>
          <w:rFonts w:cstheme="minorHAnsi"/>
          <w:b/>
          <w:sz w:val="24"/>
          <w:szCs w:val="24"/>
        </w:rPr>
      </w:pPr>
      <w:r w:rsidRPr="00014211">
        <w:rPr>
          <w:rFonts w:cstheme="minorHAnsi"/>
          <w:b/>
          <w:sz w:val="24"/>
          <w:szCs w:val="24"/>
        </w:rPr>
        <w:t>Fertilizer Assistance</w:t>
      </w:r>
    </w:p>
    <w:p w:rsidR="00014211" w:rsidRDefault="00254BB8" w:rsidP="00014211">
      <w:pPr>
        <w:jc w:val="both"/>
        <w:rPr>
          <w:rFonts w:cstheme="minorHAnsi"/>
          <w:sz w:val="24"/>
          <w:szCs w:val="24"/>
        </w:rPr>
      </w:pPr>
      <w:r w:rsidRPr="00014211">
        <w:rPr>
          <w:rFonts w:cstheme="minorHAnsi"/>
          <w:sz w:val="24"/>
          <w:szCs w:val="24"/>
        </w:rPr>
        <w:t>Number of persons impacted:1,161 |2022 | $275,000,000</w:t>
      </w:r>
    </w:p>
    <w:p w:rsidR="00014211" w:rsidRPr="00014211" w:rsidRDefault="00254BB8" w:rsidP="00014211">
      <w:pPr>
        <w:jc w:val="both"/>
        <w:rPr>
          <w:rFonts w:cstheme="minorHAnsi"/>
          <w:sz w:val="24"/>
          <w:szCs w:val="24"/>
        </w:rPr>
      </w:pPr>
      <w:r w:rsidRPr="00014211">
        <w:rPr>
          <w:rFonts w:cstheme="minorHAnsi"/>
          <w:sz w:val="24"/>
          <w:szCs w:val="24"/>
        </w:rPr>
        <w:t>Number of persons impacted:1,229 |2024 | $278,727,300</w:t>
      </w:r>
    </w:p>
    <w:p w:rsidR="00014211" w:rsidRDefault="00254BB8" w:rsidP="00014211">
      <w:pPr>
        <w:jc w:val="both"/>
        <w:rPr>
          <w:rFonts w:cstheme="minorHAnsi"/>
          <w:b/>
          <w:sz w:val="24"/>
          <w:szCs w:val="24"/>
        </w:rPr>
      </w:pPr>
    </w:p>
    <w:p w:rsidR="00014211" w:rsidRDefault="00254BB8" w:rsidP="00014211">
      <w:pPr>
        <w:jc w:val="both"/>
        <w:rPr>
          <w:rFonts w:cstheme="minorHAnsi"/>
          <w:b/>
          <w:sz w:val="24"/>
          <w:szCs w:val="24"/>
        </w:rPr>
      </w:pPr>
      <w:r w:rsidRPr="00014211">
        <w:rPr>
          <w:rFonts w:cstheme="minorHAnsi"/>
          <w:b/>
          <w:sz w:val="24"/>
          <w:szCs w:val="24"/>
        </w:rPr>
        <w:t>Seed Paddy Assistance</w:t>
      </w:r>
    </w:p>
    <w:p w:rsidR="00014211" w:rsidRDefault="00254BB8" w:rsidP="00014211">
      <w:pPr>
        <w:jc w:val="both"/>
        <w:rPr>
          <w:rFonts w:cstheme="minorHAnsi"/>
          <w:sz w:val="24"/>
          <w:szCs w:val="24"/>
        </w:rPr>
      </w:pPr>
      <w:r w:rsidRPr="00014211">
        <w:rPr>
          <w:rFonts w:cstheme="minorHAnsi"/>
          <w:sz w:val="24"/>
          <w:szCs w:val="24"/>
        </w:rPr>
        <w:t>Number of persons impacted: | 2022 | $680,000</w:t>
      </w:r>
    </w:p>
    <w:p w:rsidR="00014211" w:rsidRDefault="00254BB8" w:rsidP="00014211">
      <w:pPr>
        <w:jc w:val="both"/>
        <w:rPr>
          <w:rFonts w:cstheme="minorHAnsi"/>
          <w:sz w:val="24"/>
          <w:szCs w:val="24"/>
        </w:rPr>
      </w:pPr>
      <w:r w:rsidRPr="00014211">
        <w:rPr>
          <w:rFonts w:cstheme="minorHAnsi"/>
          <w:sz w:val="24"/>
          <w:szCs w:val="24"/>
        </w:rPr>
        <w:t>Number of persons impacted: | 2023 | $33,</w:t>
      </w:r>
      <w:r w:rsidRPr="00014211">
        <w:rPr>
          <w:rFonts w:cstheme="minorHAnsi"/>
          <w:sz w:val="24"/>
          <w:szCs w:val="24"/>
        </w:rPr>
        <w:t>545,000</w:t>
      </w:r>
    </w:p>
    <w:p w:rsidR="00014211" w:rsidRPr="00014211" w:rsidRDefault="00254BB8" w:rsidP="00014211">
      <w:pPr>
        <w:jc w:val="both"/>
        <w:rPr>
          <w:rFonts w:cstheme="minorHAnsi"/>
          <w:sz w:val="24"/>
          <w:szCs w:val="24"/>
        </w:rPr>
      </w:pPr>
      <w:r w:rsidRPr="00014211">
        <w:rPr>
          <w:rFonts w:cstheme="minorHAnsi"/>
          <w:sz w:val="24"/>
          <w:szCs w:val="24"/>
        </w:rPr>
        <w:lastRenderedPageBreak/>
        <w:t>Number of persons impacted: | 2024 | $1,650,000</w:t>
      </w:r>
    </w:p>
    <w:p w:rsidR="00014211" w:rsidRDefault="00254BB8" w:rsidP="00014211">
      <w:pPr>
        <w:jc w:val="both"/>
        <w:rPr>
          <w:rFonts w:cstheme="minorHAnsi"/>
          <w:b/>
          <w:sz w:val="24"/>
          <w:szCs w:val="24"/>
        </w:rPr>
      </w:pPr>
    </w:p>
    <w:p w:rsidR="00014211" w:rsidRDefault="00254BB8" w:rsidP="00014211">
      <w:pPr>
        <w:jc w:val="both"/>
        <w:rPr>
          <w:rFonts w:cstheme="minorHAnsi"/>
          <w:b/>
          <w:sz w:val="24"/>
          <w:szCs w:val="24"/>
        </w:rPr>
      </w:pPr>
      <w:r w:rsidRPr="00014211">
        <w:rPr>
          <w:rFonts w:cstheme="minorHAnsi"/>
          <w:b/>
          <w:sz w:val="24"/>
          <w:szCs w:val="24"/>
        </w:rPr>
        <w:t xml:space="preserve">Paddy Bug Chemical Support </w:t>
      </w:r>
    </w:p>
    <w:p w:rsidR="00014211" w:rsidRPr="00014211" w:rsidRDefault="00254BB8" w:rsidP="00014211">
      <w:pPr>
        <w:jc w:val="both"/>
        <w:rPr>
          <w:rFonts w:cstheme="minorHAnsi"/>
          <w:sz w:val="24"/>
          <w:szCs w:val="24"/>
        </w:rPr>
      </w:pPr>
      <w:r w:rsidRPr="00014211">
        <w:rPr>
          <w:rFonts w:cstheme="minorHAnsi"/>
          <w:sz w:val="24"/>
          <w:szCs w:val="24"/>
        </w:rPr>
        <w:t>Number of persons impacted: | 2024 | $600,000</w:t>
      </w:r>
    </w:p>
    <w:p w:rsidR="00014211" w:rsidRDefault="00254BB8" w:rsidP="00014211">
      <w:pPr>
        <w:jc w:val="both"/>
        <w:rPr>
          <w:rFonts w:cstheme="minorHAnsi"/>
          <w:b/>
          <w:sz w:val="24"/>
          <w:szCs w:val="24"/>
        </w:rPr>
      </w:pPr>
      <w:r w:rsidRPr="00014211">
        <w:rPr>
          <w:rFonts w:cstheme="minorHAnsi"/>
          <w:b/>
          <w:sz w:val="24"/>
          <w:szCs w:val="24"/>
        </w:rPr>
        <w:t>Construction of Drying Floor (De Hoop)</w:t>
      </w:r>
    </w:p>
    <w:p w:rsidR="00014211" w:rsidRPr="00014211" w:rsidRDefault="00254BB8" w:rsidP="00014211">
      <w:pPr>
        <w:jc w:val="both"/>
        <w:rPr>
          <w:rFonts w:cstheme="minorHAnsi"/>
          <w:sz w:val="24"/>
          <w:szCs w:val="24"/>
        </w:rPr>
      </w:pPr>
      <w:r w:rsidRPr="00014211">
        <w:rPr>
          <w:rFonts w:cstheme="minorHAnsi"/>
          <w:sz w:val="24"/>
          <w:szCs w:val="24"/>
        </w:rPr>
        <w:t>Number of persons impacted: | 2021| $17,500,000</w:t>
      </w:r>
    </w:p>
    <w:p w:rsidR="00014211" w:rsidRDefault="00254BB8" w:rsidP="00014211">
      <w:pPr>
        <w:jc w:val="both"/>
        <w:rPr>
          <w:rFonts w:cstheme="minorHAnsi"/>
          <w:b/>
          <w:sz w:val="24"/>
          <w:szCs w:val="24"/>
        </w:rPr>
      </w:pPr>
    </w:p>
    <w:p w:rsidR="00014211" w:rsidRDefault="00254BB8" w:rsidP="00014211">
      <w:pPr>
        <w:jc w:val="both"/>
        <w:rPr>
          <w:rFonts w:cstheme="minorHAnsi"/>
          <w:b/>
          <w:sz w:val="24"/>
          <w:szCs w:val="24"/>
        </w:rPr>
      </w:pPr>
      <w:r w:rsidRPr="00014211">
        <w:rPr>
          <w:rFonts w:cstheme="minorHAnsi"/>
          <w:b/>
          <w:sz w:val="24"/>
          <w:szCs w:val="24"/>
        </w:rPr>
        <w:t xml:space="preserve">Construction of Asphalt Drying Floor </w:t>
      </w:r>
      <w:r w:rsidRPr="00014211">
        <w:rPr>
          <w:rFonts w:cstheme="minorHAnsi"/>
          <w:b/>
          <w:sz w:val="24"/>
          <w:szCs w:val="24"/>
        </w:rPr>
        <w:t>(Cotton Tree)</w:t>
      </w:r>
    </w:p>
    <w:p w:rsidR="00014211" w:rsidRPr="00014211" w:rsidRDefault="00254BB8" w:rsidP="00014211">
      <w:pPr>
        <w:jc w:val="both"/>
        <w:rPr>
          <w:rFonts w:cstheme="minorHAnsi"/>
          <w:sz w:val="24"/>
          <w:szCs w:val="24"/>
        </w:rPr>
      </w:pPr>
      <w:r w:rsidRPr="00014211">
        <w:rPr>
          <w:rFonts w:cstheme="minorHAnsi"/>
          <w:sz w:val="24"/>
          <w:szCs w:val="24"/>
        </w:rPr>
        <w:t>Number of persons impacted: | 2023| $19,000,000</w:t>
      </w:r>
    </w:p>
    <w:p w:rsidR="00014211" w:rsidRDefault="00254BB8" w:rsidP="00014211">
      <w:pPr>
        <w:jc w:val="both"/>
        <w:rPr>
          <w:rFonts w:cstheme="minorHAnsi"/>
          <w:b/>
          <w:sz w:val="24"/>
          <w:szCs w:val="24"/>
        </w:rPr>
      </w:pPr>
    </w:p>
    <w:p w:rsidR="00014211" w:rsidRPr="00014211" w:rsidRDefault="00254BB8" w:rsidP="00014211">
      <w:pPr>
        <w:jc w:val="both"/>
        <w:rPr>
          <w:rFonts w:cstheme="minorHAnsi"/>
          <w:b/>
          <w:sz w:val="24"/>
          <w:szCs w:val="24"/>
        </w:rPr>
      </w:pPr>
      <w:r w:rsidRPr="00014211">
        <w:rPr>
          <w:rFonts w:cstheme="minorHAnsi"/>
          <w:b/>
          <w:sz w:val="24"/>
          <w:szCs w:val="24"/>
        </w:rPr>
        <w:t>Burma Research Station:</w:t>
      </w:r>
    </w:p>
    <w:p w:rsidR="00014211" w:rsidRPr="00014211" w:rsidRDefault="00254BB8" w:rsidP="00014211">
      <w:pPr>
        <w:numPr>
          <w:ilvl w:val="0"/>
          <w:numId w:val="12"/>
        </w:numPr>
        <w:jc w:val="both"/>
        <w:rPr>
          <w:rFonts w:cstheme="minorHAnsi"/>
          <w:sz w:val="24"/>
          <w:szCs w:val="24"/>
        </w:rPr>
      </w:pPr>
      <w:r w:rsidRPr="00014211">
        <w:rPr>
          <w:rFonts w:cstheme="minorHAnsi"/>
          <w:b/>
          <w:sz w:val="24"/>
          <w:szCs w:val="24"/>
        </w:rPr>
        <w:t>Construction of a Value-added lab</w:t>
      </w:r>
    </w:p>
    <w:p w:rsidR="00014211" w:rsidRPr="00014211" w:rsidRDefault="00254BB8" w:rsidP="00014211">
      <w:pPr>
        <w:ind w:left="720"/>
        <w:jc w:val="both"/>
        <w:rPr>
          <w:rFonts w:cstheme="minorHAnsi"/>
          <w:sz w:val="24"/>
          <w:szCs w:val="24"/>
        </w:rPr>
      </w:pPr>
      <w:r w:rsidRPr="00014211">
        <w:rPr>
          <w:rFonts w:cstheme="minorHAnsi"/>
          <w:sz w:val="24"/>
          <w:szCs w:val="24"/>
        </w:rPr>
        <w:t>Number of persons impacted: | 2021| $21,000,000</w:t>
      </w:r>
    </w:p>
    <w:p w:rsidR="00014211" w:rsidRPr="00014211" w:rsidRDefault="00254BB8" w:rsidP="00014211">
      <w:pPr>
        <w:numPr>
          <w:ilvl w:val="0"/>
          <w:numId w:val="12"/>
        </w:numPr>
        <w:jc w:val="both"/>
        <w:rPr>
          <w:rFonts w:cstheme="minorHAnsi"/>
          <w:sz w:val="24"/>
          <w:szCs w:val="24"/>
        </w:rPr>
      </w:pPr>
      <w:r w:rsidRPr="00014211">
        <w:rPr>
          <w:rFonts w:cstheme="minorHAnsi"/>
          <w:b/>
          <w:sz w:val="24"/>
          <w:szCs w:val="24"/>
        </w:rPr>
        <w:t>Rehabilitation of a Soil Lab</w:t>
      </w:r>
    </w:p>
    <w:p w:rsidR="00014211" w:rsidRPr="00014211" w:rsidRDefault="00254BB8" w:rsidP="00014211">
      <w:pPr>
        <w:ind w:left="720"/>
        <w:jc w:val="both"/>
        <w:rPr>
          <w:rFonts w:cstheme="minorHAnsi"/>
          <w:sz w:val="24"/>
          <w:szCs w:val="24"/>
        </w:rPr>
      </w:pPr>
      <w:r w:rsidRPr="00014211">
        <w:rPr>
          <w:rFonts w:cstheme="minorHAnsi"/>
          <w:sz w:val="24"/>
          <w:szCs w:val="24"/>
        </w:rPr>
        <w:t>Number of persons impacted: | 2021| $12,000,000</w:t>
      </w:r>
    </w:p>
    <w:p w:rsidR="00014211" w:rsidRPr="00014211" w:rsidRDefault="00254BB8" w:rsidP="00014211">
      <w:pPr>
        <w:numPr>
          <w:ilvl w:val="0"/>
          <w:numId w:val="12"/>
        </w:numPr>
        <w:jc w:val="both"/>
        <w:rPr>
          <w:rFonts w:cstheme="minorHAnsi"/>
          <w:sz w:val="24"/>
          <w:szCs w:val="24"/>
        </w:rPr>
      </w:pPr>
      <w:r w:rsidRPr="00014211">
        <w:rPr>
          <w:rFonts w:cstheme="minorHAnsi"/>
          <w:b/>
          <w:sz w:val="24"/>
          <w:szCs w:val="24"/>
        </w:rPr>
        <w:t xml:space="preserve">Renovation of Plant Breeding lab  </w:t>
      </w:r>
    </w:p>
    <w:p w:rsidR="00014211" w:rsidRPr="00014211" w:rsidRDefault="00254BB8" w:rsidP="00014211">
      <w:pPr>
        <w:ind w:left="720"/>
        <w:jc w:val="both"/>
        <w:rPr>
          <w:rFonts w:cstheme="minorHAnsi"/>
          <w:sz w:val="24"/>
          <w:szCs w:val="24"/>
        </w:rPr>
      </w:pPr>
      <w:r w:rsidRPr="00014211">
        <w:rPr>
          <w:rFonts w:cstheme="minorHAnsi"/>
          <w:sz w:val="24"/>
          <w:szCs w:val="24"/>
        </w:rPr>
        <w:t>Number of persons impacted: | 2023| $14,000,000</w:t>
      </w:r>
    </w:p>
    <w:p w:rsidR="00014211" w:rsidRPr="00014211" w:rsidRDefault="00254BB8" w:rsidP="00014211">
      <w:pPr>
        <w:numPr>
          <w:ilvl w:val="0"/>
          <w:numId w:val="12"/>
        </w:numPr>
        <w:jc w:val="both"/>
        <w:rPr>
          <w:rFonts w:cstheme="minorHAnsi"/>
          <w:sz w:val="24"/>
          <w:szCs w:val="24"/>
        </w:rPr>
      </w:pPr>
      <w:r w:rsidRPr="00014211">
        <w:rPr>
          <w:rFonts w:cstheme="minorHAnsi"/>
          <w:b/>
          <w:sz w:val="24"/>
          <w:szCs w:val="24"/>
        </w:rPr>
        <w:t>Upgrading main Electrical Infrastructure, Installation and Network re-cabling</w:t>
      </w:r>
      <w:r w:rsidRPr="00014211">
        <w:rPr>
          <w:rFonts w:cstheme="minorHAnsi"/>
          <w:b/>
          <w:sz w:val="24"/>
          <w:szCs w:val="24"/>
        </w:rPr>
        <w:br/>
      </w:r>
      <w:r w:rsidRPr="00014211">
        <w:rPr>
          <w:rFonts w:cstheme="minorHAnsi"/>
          <w:sz w:val="24"/>
          <w:szCs w:val="24"/>
        </w:rPr>
        <w:t>Number of persons impacted: | 2023| $19,500,000</w:t>
      </w:r>
    </w:p>
    <w:p w:rsidR="00014211" w:rsidRPr="00014211" w:rsidRDefault="00254BB8" w:rsidP="00014211">
      <w:pPr>
        <w:numPr>
          <w:ilvl w:val="0"/>
          <w:numId w:val="12"/>
        </w:numPr>
        <w:jc w:val="both"/>
        <w:rPr>
          <w:rFonts w:cstheme="minorHAnsi"/>
          <w:sz w:val="24"/>
          <w:szCs w:val="24"/>
        </w:rPr>
      </w:pPr>
      <w:r w:rsidRPr="00014211">
        <w:rPr>
          <w:rFonts w:cstheme="minorHAnsi"/>
          <w:b/>
          <w:sz w:val="24"/>
          <w:szCs w:val="24"/>
        </w:rPr>
        <w:t>Construction of Screen House Base</w:t>
      </w:r>
    </w:p>
    <w:p w:rsidR="00014211" w:rsidRPr="00014211" w:rsidRDefault="00254BB8" w:rsidP="00014211">
      <w:pPr>
        <w:ind w:left="720"/>
        <w:jc w:val="both"/>
        <w:rPr>
          <w:rFonts w:cstheme="minorHAnsi"/>
          <w:sz w:val="24"/>
          <w:szCs w:val="24"/>
        </w:rPr>
      </w:pPr>
      <w:r w:rsidRPr="00014211">
        <w:rPr>
          <w:rFonts w:cstheme="minorHAnsi"/>
          <w:sz w:val="24"/>
          <w:szCs w:val="24"/>
        </w:rPr>
        <w:t>Number of per</w:t>
      </w:r>
      <w:r w:rsidRPr="00014211">
        <w:rPr>
          <w:rFonts w:cstheme="minorHAnsi"/>
          <w:sz w:val="24"/>
          <w:szCs w:val="24"/>
        </w:rPr>
        <w:t>sons impacted: | 2024| $22,600,006</w:t>
      </w:r>
    </w:p>
    <w:p w:rsidR="00014211" w:rsidRDefault="00254BB8" w:rsidP="00014211">
      <w:pPr>
        <w:numPr>
          <w:ilvl w:val="0"/>
          <w:numId w:val="12"/>
        </w:numPr>
        <w:jc w:val="both"/>
        <w:rPr>
          <w:rFonts w:cstheme="minorHAnsi"/>
          <w:b/>
          <w:sz w:val="24"/>
          <w:szCs w:val="24"/>
        </w:rPr>
      </w:pPr>
      <w:r w:rsidRPr="00014211">
        <w:rPr>
          <w:rFonts w:cstheme="minorHAnsi"/>
          <w:b/>
          <w:sz w:val="24"/>
          <w:szCs w:val="24"/>
        </w:rPr>
        <w:t>The Construction of Insectary</w:t>
      </w:r>
    </w:p>
    <w:p w:rsidR="00014211" w:rsidRPr="00014211" w:rsidRDefault="00254BB8" w:rsidP="00014211">
      <w:pPr>
        <w:ind w:left="720"/>
        <w:jc w:val="both"/>
        <w:rPr>
          <w:rFonts w:cstheme="minorHAnsi"/>
          <w:b/>
          <w:sz w:val="24"/>
          <w:szCs w:val="24"/>
        </w:rPr>
      </w:pPr>
      <w:r w:rsidRPr="00014211">
        <w:rPr>
          <w:rFonts w:cstheme="minorHAnsi"/>
          <w:sz w:val="24"/>
          <w:szCs w:val="24"/>
        </w:rPr>
        <w:t>Number of persons impacted: | 2022| $23,151,906</w:t>
      </w:r>
    </w:p>
    <w:p w:rsidR="00014211" w:rsidRDefault="00254BB8" w:rsidP="00014211">
      <w:pPr>
        <w:numPr>
          <w:ilvl w:val="0"/>
          <w:numId w:val="12"/>
        </w:numPr>
        <w:jc w:val="both"/>
        <w:rPr>
          <w:rFonts w:cstheme="minorHAnsi"/>
          <w:b/>
          <w:sz w:val="24"/>
          <w:szCs w:val="24"/>
        </w:rPr>
      </w:pPr>
      <w:r w:rsidRPr="00014211">
        <w:rPr>
          <w:rFonts w:cstheme="minorHAnsi"/>
          <w:b/>
          <w:sz w:val="24"/>
          <w:szCs w:val="24"/>
        </w:rPr>
        <w:t>The Rehabilitation of Road – Burma Research Station</w:t>
      </w:r>
    </w:p>
    <w:p w:rsidR="00014211" w:rsidRPr="00014211" w:rsidRDefault="00254BB8" w:rsidP="00014211">
      <w:pPr>
        <w:ind w:left="720"/>
        <w:jc w:val="both"/>
        <w:rPr>
          <w:rFonts w:cstheme="minorHAnsi"/>
          <w:b/>
          <w:sz w:val="24"/>
          <w:szCs w:val="24"/>
        </w:rPr>
      </w:pPr>
      <w:r w:rsidRPr="00014211">
        <w:rPr>
          <w:rFonts w:cstheme="minorHAnsi"/>
          <w:sz w:val="24"/>
          <w:szCs w:val="24"/>
        </w:rPr>
        <w:t>Number of persons impacted: | 2022| $26,000,000</w:t>
      </w:r>
    </w:p>
    <w:p w:rsidR="00014211" w:rsidRDefault="00254BB8" w:rsidP="00014211">
      <w:pPr>
        <w:numPr>
          <w:ilvl w:val="0"/>
          <w:numId w:val="12"/>
        </w:numPr>
        <w:jc w:val="both"/>
        <w:rPr>
          <w:rFonts w:cstheme="minorHAnsi"/>
          <w:b/>
          <w:sz w:val="24"/>
          <w:szCs w:val="24"/>
        </w:rPr>
      </w:pPr>
      <w:r w:rsidRPr="00014211">
        <w:rPr>
          <w:rFonts w:cstheme="minorHAnsi"/>
          <w:b/>
          <w:sz w:val="24"/>
          <w:szCs w:val="24"/>
        </w:rPr>
        <w:lastRenderedPageBreak/>
        <w:t>Purchase of T20 Drone to support mechanizat</w:t>
      </w:r>
      <w:r w:rsidRPr="00014211">
        <w:rPr>
          <w:rFonts w:cstheme="minorHAnsi"/>
          <w:b/>
          <w:sz w:val="24"/>
          <w:szCs w:val="24"/>
        </w:rPr>
        <w:t>ion</w:t>
      </w:r>
    </w:p>
    <w:p w:rsidR="00014211" w:rsidRPr="00014211" w:rsidRDefault="00254BB8" w:rsidP="00014211">
      <w:pPr>
        <w:ind w:left="720"/>
        <w:jc w:val="both"/>
        <w:rPr>
          <w:rFonts w:cstheme="minorHAnsi"/>
          <w:b/>
          <w:sz w:val="24"/>
          <w:szCs w:val="24"/>
        </w:rPr>
      </w:pPr>
      <w:r w:rsidRPr="00014211">
        <w:rPr>
          <w:rFonts w:cstheme="minorHAnsi"/>
          <w:sz w:val="24"/>
          <w:szCs w:val="24"/>
        </w:rPr>
        <w:t>Number of persons impacted: | 2022| $7,000,000</w:t>
      </w:r>
    </w:p>
    <w:p w:rsidR="00014211" w:rsidRDefault="00254BB8" w:rsidP="00014211">
      <w:pPr>
        <w:numPr>
          <w:ilvl w:val="0"/>
          <w:numId w:val="12"/>
        </w:numPr>
        <w:jc w:val="both"/>
        <w:rPr>
          <w:rFonts w:cstheme="minorHAnsi"/>
          <w:b/>
          <w:sz w:val="24"/>
          <w:szCs w:val="24"/>
        </w:rPr>
      </w:pPr>
      <w:r w:rsidRPr="00014211">
        <w:rPr>
          <w:rFonts w:cstheme="minorHAnsi"/>
          <w:b/>
          <w:sz w:val="24"/>
          <w:szCs w:val="24"/>
        </w:rPr>
        <w:t>Purchase Evolution 60S Spectrophotometer for the Soils testing laboratory</w:t>
      </w:r>
    </w:p>
    <w:p w:rsidR="00014211" w:rsidRPr="00014211" w:rsidRDefault="00254BB8" w:rsidP="00014211">
      <w:pPr>
        <w:ind w:left="720"/>
        <w:jc w:val="both"/>
        <w:rPr>
          <w:rFonts w:cstheme="minorHAnsi"/>
          <w:b/>
          <w:sz w:val="24"/>
          <w:szCs w:val="24"/>
        </w:rPr>
      </w:pPr>
      <w:r w:rsidRPr="00014211">
        <w:rPr>
          <w:rFonts w:cstheme="minorHAnsi"/>
          <w:sz w:val="24"/>
          <w:szCs w:val="24"/>
        </w:rPr>
        <w:t>Number of persons impacted: | 2022| $4,500,000</w:t>
      </w:r>
    </w:p>
    <w:p w:rsidR="00014211" w:rsidRDefault="00254BB8" w:rsidP="00014211">
      <w:pPr>
        <w:numPr>
          <w:ilvl w:val="0"/>
          <w:numId w:val="12"/>
        </w:numPr>
        <w:jc w:val="both"/>
        <w:rPr>
          <w:rFonts w:cstheme="minorHAnsi"/>
          <w:b/>
          <w:sz w:val="24"/>
          <w:szCs w:val="24"/>
        </w:rPr>
      </w:pPr>
      <w:r w:rsidRPr="00014211">
        <w:rPr>
          <w:rFonts w:cstheme="minorHAnsi"/>
          <w:b/>
          <w:sz w:val="24"/>
          <w:szCs w:val="24"/>
        </w:rPr>
        <w:t>Construction of Germplasm Bank</w:t>
      </w:r>
    </w:p>
    <w:p w:rsidR="00014211" w:rsidRPr="00014211" w:rsidRDefault="00254BB8" w:rsidP="00014211">
      <w:pPr>
        <w:ind w:left="720"/>
        <w:jc w:val="both"/>
        <w:rPr>
          <w:rFonts w:cstheme="minorHAnsi"/>
          <w:b/>
          <w:sz w:val="24"/>
          <w:szCs w:val="24"/>
        </w:rPr>
      </w:pPr>
      <w:r w:rsidRPr="00014211">
        <w:rPr>
          <w:rFonts w:cstheme="minorHAnsi"/>
          <w:sz w:val="24"/>
          <w:szCs w:val="24"/>
        </w:rPr>
        <w:t>Number of persons impacted: | 2022| $13,068,000</w:t>
      </w:r>
    </w:p>
    <w:p w:rsidR="00014211" w:rsidRPr="00014211" w:rsidRDefault="00254BB8" w:rsidP="00014211">
      <w:pPr>
        <w:jc w:val="both"/>
        <w:rPr>
          <w:rFonts w:cstheme="minorHAnsi"/>
          <w:b/>
          <w:sz w:val="24"/>
          <w:szCs w:val="24"/>
        </w:rPr>
      </w:pPr>
    </w:p>
    <w:p w:rsidR="00014211" w:rsidRPr="00014211" w:rsidRDefault="00254BB8" w:rsidP="00014211">
      <w:pPr>
        <w:jc w:val="both"/>
        <w:rPr>
          <w:rFonts w:cstheme="minorHAnsi"/>
          <w:b/>
          <w:color w:val="202124"/>
          <w:sz w:val="24"/>
          <w:szCs w:val="24"/>
        </w:rPr>
      </w:pPr>
      <w:r w:rsidRPr="00014211">
        <w:rPr>
          <w:rFonts w:cstheme="minorHAnsi"/>
          <w:b/>
          <w:sz w:val="24"/>
          <w:szCs w:val="24"/>
        </w:rPr>
        <w:t xml:space="preserve">NAREI | $40,188,200 </w:t>
      </w:r>
      <w:r w:rsidRPr="00014211">
        <w:rPr>
          <w:rFonts w:cstheme="minorHAnsi"/>
          <w:b/>
          <w:color w:val="202124"/>
          <w:sz w:val="24"/>
          <w:szCs w:val="24"/>
        </w:rPr>
        <w:t>| 2022-2025</w:t>
      </w:r>
    </w:p>
    <w:p w:rsidR="00014211" w:rsidRDefault="00254BB8" w:rsidP="00014211">
      <w:pPr>
        <w:jc w:val="both"/>
        <w:rPr>
          <w:rFonts w:cstheme="minorHAnsi"/>
          <w:b/>
          <w:sz w:val="24"/>
          <w:szCs w:val="24"/>
        </w:rPr>
      </w:pPr>
      <w:r w:rsidRPr="00014211">
        <w:rPr>
          <w:rFonts w:cstheme="minorHAnsi"/>
          <w:b/>
          <w:sz w:val="24"/>
          <w:szCs w:val="24"/>
        </w:rPr>
        <w:t>Farm Cultivation Expansion (planting materials)</w:t>
      </w:r>
    </w:p>
    <w:p w:rsidR="00014211" w:rsidRPr="00014211" w:rsidRDefault="00254BB8" w:rsidP="00014211">
      <w:pPr>
        <w:jc w:val="both"/>
        <w:rPr>
          <w:rFonts w:cstheme="minorHAnsi"/>
          <w:sz w:val="24"/>
          <w:szCs w:val="24"/>
        </w:rPr>
      </w:pPr>
      <w:r w:rsidRPr="00014211">
        <w:rPr>
          <w:rFonts w:cstheme="minorHAnsi"/>
          <w:sz w:val="24"/>
          <w:szCs w:val="24"/>
        </w:rPr>
        <w:t>Number of persons impacted: | 2022-2025 | $2,490,000</w:t>
      </w:r>
    </w:p>
    <w:p w:rsidR="00014211" w:rsidRDefault="00254BB8" w:rsidP="00014211">
      <w:pPr>
        <w:jc w:val="both"/>
        <w:rPr>
          <w:rFonts w:cstheme="minorHAnsi"/>
          <w:b/>
          <w:sz w:val="24"/>
          <w:szCs w:val="24"/>
        </w:rPr>
      </w:pPr>
    </w:p>
    <w:p w:rsidR="00014211" w:rsidRDefault="00254BB8" w:rsidP="00014211">
      <w:pPr>
        <w:jc w:val="both"/>
        <w:rPr>
          <w:rFonts w:cstheme="minorHAnsi"/>
          <w:b/>
          <w:sz w:val="24"/>
          <w:szCs w:val="24"/>
        </w:rPr>
      </w:pPr>
      <w:r w:rsidRPr="00014211">
        <w:rPr>
          <w:rFonts w:cstheme="minorHAnsi"/>
          <w:b/>
          <w:sz w:val="24"/>
          <w:szCs w:val="24"/>
        </w:rPr>
        <w:t>Farm Cultivation Expansion (Tools)</w:t>
      </w:r>
    </w:p>
    <w:p w:rsidR="00014211" w:rsidRPr="00014211" w:rsidRDefault="00254BB8" w:rsidP="00014211">
      <w:pPr>
        <w:jc w:val="both"/>
        <w:rPr>
          <w:rFonts w:cstheme="minorHAnsi"/>
          <w:sz w:val="24"/>
          <w:szCs w:val="24"/>
        </w:rPr>
      </w:pPr>
      <w:r w:rsidRPr="00014211">
        <w:rPr>
          <w:rFonts w:cstheme="minorHAnsi"/>
          <w:sz w:val="24"/>
          <w:szCs w:val="24"/>
        </w:rPr>
        <w:t>Number of persons impacted: | 2022-2025 | $5,173,500</w:t>
      </w:r>
    </w:p>
    <w:p w:rsidR="00014211" w:rsidRDefault="00254BB8" w:rsidP="00014211">
      <w:pPr>
        <w:jc w:val="both"/>
        <w:rPr>
          <w:rFonts w:cstheme="minorHAnsi"/>
          <w:b/>
          <w:sz w:val="24"/>
          <w:szCs w:val="24"/>
        </w:rPr>
      </w:pPr>
    </w:p>
    <w:p w:rsidR="00014211" w:rsidRPr="00014211" w:rsidRDefault="00254BB8" w:rsidP="00014211">
      <w:pPr>
        <w:jc w:val="both"/>
        <w:rPr>
          <w:rFonts w:cstheme="minorHAnsi"/>
          <w:sz w:val="24"/>
          <w:szCs w:val="24"/>
        </w:rPr>
      </w:pPr>
      <w:r w:rsidRPr="00014211">
        <w:rPr>
          <w:rFonts w:cstheme="minorHAnsi"/>
          <w:b/>
          <w:sz w:val="24"/>
          <w:szCs w:val="24"/>
        </w:rPr>
        <w:t xml:space="preserve">Pest Management </w:t>
      </w:r>
      <w:r w:rsidRPr="00014211">
        <w:rPr>
          <w:rFonts w:cstheme="minorHAnsi"/>
          <w:sz w:val="24"/>
          <w:szCs w:val="24"/>
        </w:rPr>
        <w:t xml:space="preserve">| 2022-2025 | </w:t>
      </w:r>
      <w:r w:rsidRPr="00014211">
        <w:rPr>
          <w:rFonts w:cstheme="minorHAnsi"/>
          <w:sz w:val="24"/>
          <w:szCs w:val="24"/>
        </w:rPr>
        <w:t>$2,926,200</w:t>
      </w:r>
    </w:p>
    <w:p w:rsidR="00014211" w:rsidRDefault="00254BB8" w:rsidP="00014211">
      <w:pPr>
        <w:jc w:val="both"/>
        <w:rPr>
          <w:rFonts w:cstheme="minorHAnsi"/>
          <w:b/>
          <w:sz w:val="24"/>
          <w:szCs w:val="24"/>
        </w:rPr>
      </w:pPr>
    </w:p>
    <w:p w:rsidR="00014211" w:rsidRPr="00014211" w:rsidRDefault="00254BB8" w:rsidP="00014211">
      <w:pPr>
        <w:jc w:val="both"/>
        <w:rPr>
          <w:rFonts w:cstheme="minorHAnsi"/>
          <w:sz w:val="24"/>
          <w:szCs w:val="24"/>
        </w:rPr>
      </w:pPr>
      <w:r w:rsidRPr="00014211">
        <w:rPr>
          <w:rFonts w:cstheme="minorHAnsi"/>
          <w:b/>
          <w:sz w:val="24"/>
          <w:szCs w:val="24"/>
        </w:rPr>
        <w:t xml:space="preserve">Distribution of fertilizer </w:t>
      </w:r>
      <w:r w:rsidRPr="00014211">
        <w:rPr>
          <w:rFonts w:cstheme="minorHAnsi"/>
          <w:sz w:val="24"/>
          <w:szCs w:val="24"/>
        </w:rPr>
        <w:t>| 2022-2025 | $9,298,500</w:t>
      </w:r>
    </w:p>
    <w:p w:rsidR="00014211" w:rsidRDefault="00254BB8" w:rsidP="00014211">
      <w:pPr>
        <w:jc w:val="both"/>
        <w:rPr>
          <w:rFonts w:cstheme="minorHAnsi"/>
          <w:b/>
          <w:sz w:val="24"/>
          <w:szCs w:val="24"/>
        </w:rPr>
      </w:pPr>
    </w:p>
    <w:p w:rsidR="00014211" w:rsidRDefault="00254BB8" w:rsidP="00014211">
      <w:pPr>
        <w:jc w:val="both"/>
        <w:rPr>
          <w:rFonts w:cstheme="minorHAnsi"/>
          <w:b/>
          <w:sz w:val="24"/>
          <w:szCs w:val="24"/>
        </w:rPr>
      </w:pPr>
      <w:r w:rsidRPr="00014211">
        <w:rPr>
          <w:rFonts w:cstheme="minorHAnsi"/>
          <w:b/>
          <w:sz w:val="24"/>
          <w:szCs w:val="24"/>
        </w:rPr>
        <w:t>Construction of Shade Houses</w:t>
      </w:r>
    </w:p>
    <w:p w:rsidR="00014211" w:rsidRPr="00014211" w:rsidRDefault="00254BB8" w:rsidP="00014211">
      <w:pPr>
        <w:jc w:val="both"/>
        <w:rPr>
          <w:rFonts w:cstheme="minorHAnsi"/>
          <w:b/>
          <w:sz w:val="24"/>
          <w:szCs w:val="24"/>
        </w:rPr>
      </w:pPr>
      <w:r w:rsidRPr="00014211">
        <w:rPr>
          <w:rFonts w:cstheme="minorHAnsi"/>
          <w:sz w:val="24"/>
          <w:szCs w:val="24"/>
        </w:rPr>
        <w:t>Number of persons impacted: | 2022-2025 | $20,300,000</w:t>
      </w:r>
    </w:p>
    <w:p w:rsidR="00014211" w:rsidRPr="00014211" w:rsidRDefault="00254BB8" w:rsidP="00014211">
      <w:pPr>
        <w:jc w:val="both"/>
        <w:rPr>
          <w:rFonts w:cstheme="minorHAnsi"/>
          <w:sz w:val="24"/>
          <w:szCs w:val="24"/>
        </w:rPr>
      </w:pPr>
      <w:r w:rsidRPr="00014211">
        <w:rPr>
          <w:rFonts w:cstheme="minorHAnsi"/>
          <w:sz w:val="24"/>
          <w:szCs w:val="24"/>
        </w:rPr>
        <w:t xml:space="preserve"> </w:t>
      </w:r>
    </w:p>
    <w:p w:rsidR="00014211" w:rsidRPr="00014211" w:rsidRDefault="00254BB8" w:rsidP="00014211">
      <w:pPr>
        <w:jc w:val="both"/>
        <w:rPr>
          <w:rFonts w:cstheme="minorHAnsi"/>
          <w:b/>
          <w:sz w:val="24"/>
          <w:szCs w:val="24"/>
        </w:rPr>
      </w:pPr>
      <w:r w:rsidRPr="00014211">
        <w:rPr>
          <w:rFonts w:cstheme="minorHAnsi"/>
          <w:b/>
          <w:sz w:val="24"/>
          <w:szCs w:val="24"/>
        </w:rPr>
        <w:t>GLDA | $</w:t>
      </w:r>
      <w:r w:rsidRPr="00014211">
        <w:rPr>
          <w:rFonts w:cstheme="minorHAnsi"/>
          <w:sz w:val="24"/>
          <w:szCs w:val="24"/>
        </w:rPr>
        <w:t xml:space="preserve"> </w:t>
      </w:r>
      <w:r w:rsidRPr="00014211">
        <w:rPr>
          <w:rFonts w:cstheme="minorHAnsi"/>
          <w:b/>
          <w:sz w:val="24"/>
          <w:szCs w:val="24"/>
        </w:rPr>
        <w:t>591,439,024| 2022-2025</w:t>
      </w:r>
    </w:p>
    <w:p w:rsidR="00014211" w:rsidRPr="00014211" w:rsidRDefault="00254BB8" w:rsidP="00014211">
      <w:pPr>
        <w:jc w:val="both"/>
        <w:rPr>
          <w:rFonts w:cstheme="minorHAnsi"/>
          <w:b/>
          <w:sz w:val="24"/>
          <w:szCs w:val="24"/>
        </w:rPr>
      </w:pPr>
      <w:r w:rsidRPr="00014211">
        <w:rPr>
          <w:rFonts w:cstheme="minorHAnsi"/>
          <w:b/>
          <w:sz w:val="24"/>
          <w:szCs w:val="24"/>
        </w:rPr>
        <w:t>2021-$1,230,000</w:t>
      </w:r>
    </w:p>
    <w:p w:rsidR="00014211" w:rsidRPr="00014211" w:rsidRDefault="00254BB8" w:rsidP="00014211">
      <w:pPr>
        <w:jc w:val="both"/>
        <w:rPr>
          <w:rFonts w:cstheme="minorHAnsi"/>
          <w:b/>
          <w:sz w:val="24"/>
          <w:szCs w:val="24"/>
        </w:rPr>
      </w:pPr>
      <w:r w:rsidRPr="00014211">
        <w:rPr>
          <w:rFonts w:cstheme="minorHAnsi"/>
          <w:b/>
          <w:sz w:val="24"/>
          <w:szCs w:val="24"/>
        </w:rPr>
        <w:t>2022- $141,169,000</w:t>
      </w:r>
    </w:p>
    <w:p w:rsidR="00014211" w:rsidRPr="00014211" w:rsidRDefault="00254BB8" w:rsidP="00014211">
      <w:pPr>
        <w:jc w:val="both"/>
        <w:rPr>
          <w:rFonts w:cstheme="minorHAnsi"/>
          <w:b/>
          <w:sz w:val="24"/>
          <w:szCs w:val="24"/>
        </w:rPr>
      </w:pPr>
      <w:r w:rsidRPr="00014211">
        <w:rPr>
          <w:rFonts w:cstheme="minorHAnsi"/>
          <w:b/>
          <w:sz w:val="24"/>
          <w:szCs w:val="24"/>
        </w:rPr>
        <w:t>2023- $131,735,000</w:t>
      </w:r>
    </w:p>
    <w:p w:rsidR="00014211" w:rsidRPr="00014211" w:rsidRDefault="00254BB8" w:rsidP="00014211">
      <w:pPr>
        <w:jc w:val="both"/>
        <w:rPr>
          <w:rFonts w:cstheme="minorHAnsi"/>
          <w:sz w:val="24"/>
          <w:szCs w:val="24"/>
        </w:rPr>
      </w:pPr>
      <w:r w:rsidRPr="00014211">
        <w:rPr>
          <w:rFonts w:cstheme="minorHAnsi"/>
          <w:b/>
          <w:sz w:val="24"/>
          <w:szCs w:val="24"/>
        </w:rPr>
        <w:lastRenderedPageBreak/>
        <w:t>2024- $317,305,024</w:t>
      </w:r>
    </w:p>
    <w:p w:rsidR="00014211" w:rsidRPr="00014211" w:rsidRDefault="00254BB8" w:rsidP="00014211">
      <w:pPr>
        <w:numPr>
          <w:ilvl w:val="0"/>
          <w:numId w:val="1"/>
        </w:numPr>
        <w:spacing w:line="254" w:lineRule="auto"/>
        <w:jc w:val="both"/>
        <w:rPr>
          <w:rFonts w:cstheme="minorHAnsi"/>
          <w:sz w:val="24"/>
          <w:szCs w:val="24"/>
        </w:rPr>
      </w:pPr>
      <w:r w:rsidRPr="00014211">
        <w:rPr>
          <w:rFonts w:cstheme="minorHAnsi"/>
          <w:sz w:val="24"/>
          <w:szCs w:val="24"/>
        </w:rPr>
        <w:t>E</w:t>
      </w:r>
      <w:r w:rsidRPr="00014211">
        <w:rPr>
          <w:rFonts w:cstheme="minorHAnsi"/>
          <w:sz w:val="24"/>
          <w:szCs w:val="24"/>
        </w:rPr>
        <w:t>llis pasture development - $26 M</w:t>
      </w:r>
    </w:p>
    <w:p w:rsidR="00014211" w:rsidRPr="00014211" w:rsidRDefault="00254BB8" w:rsidP="00014211">
      <w:pPr>
        <w:numPr>
          <w:ilvl w:val="0"/>
          <w:numId w:val="1"/>
        </w:numPr>
        <w:spacing w:line="254" w:lineRule="auto"/>
        <w:jc w:val="both"/>
        <w:rPr>
          <w:rFonts w:cstheme="minorHAnsi"/>
          <w:sz w:val="24"/>
          <w:szCs w:val="24"/>
        </w:rPr>
      </w:pPr>
      <w:r w:rsidRPr="00014211">
        <w:rPr>
          <w:rFonts w:cstheme="minorHAnsi"/>
          <w:sz w:val="24"/>
          <w:szCs w:val="24"/>
        </w:rPr>
        <w:t xml:space="preserve">Pasture dev on the left bank of </w:t>
      </w:r>
      <w:proofErr w:type="spellStart"/>
      <w:r w:rsidRPr="00014211">
        <w:rPr>
          <w:rFonts w:cstheme="minorHAnsi"/>
          <w:sz w:val="24"/>
          <w:szCs w:val="24"/>
        </w:rPr>
        <w:t>Abary</w:t>
      </w:r>
      <w:proofErr w:type="spellEnd"/>
      <w:r w:rsidRPr="00014211">
        <w:rPr>
          <w:rFonts w:cstheme="minorHAnsi"/>
          <w:sz w:val="24"/>
          <w:szCs w:val="24"/>
        </w:rPr>
        <w:t xml:space="preserve"> - $16M</w:t>
      </w:r>
    </w:p>
    <w:p w:rsidR="00014211" w:rsidRPr="00014211" w:rsidRDefault="00254BB8" w:rsidP="00014211">
      <w:pPr>
        <w:numPr>
          <w:ilvl w:val="0"/>
          <w:numId w:val="1"/>
        </w:numPr>
        <w:spacing w:line="254" w:lineRule="auto"/>
        <w:jc w:val="both"/>
        <w:rPr>
          <w:rFonts w:cstheme="minorHAnsi"/>
          <w:sz w:val="24"/>
          <w:szCs w:val="24"/>
        </w:rPr>
      </w:pPr>
      <w:r w:rsidRPr="00014211">
        <w:rPr>
          <w:rFonts w:cstheme="minorHAnsi"/>
          <w:sz w:val="24"/>
          <w:szCs w:val="24"/>
        </w:rPr>
        <w:t xml:space="preserve">Pasture in Davis Pasture </w:t>
      </w:r>
      <w:proofErr w:type="spellStart"/>
      <w:r w:rsidRPr="00014211">
        <w:rPr>
          <w:rFonts w:cstheme="minorHAnsi"/>
          <w:sz w:val="24"/>
          <w:szCs w:val="24"/>
        </w:rPr>
        <w:t>Mahaicony</w:t>
      </w:r>
      <w:proofErr w:type="spellEnd"/>
      <w:r w:rsidRPr="00014211">
        <w:rPr>
          <w:rFonts w:cstheme="minorHAnsi"/>
          <w:sz w:val="24"/>
          <w:szCs w:val="24"/>
        </w:rPr>
        <w:t xml:space="preserve"> – $13M</w:t>
      </w:r>
    </w:p>
    <w:p w:rsidR="00014211" w:rsidRPr="00014211" w:rsidRDefault="00254BB8" w:rsidP="00014211">
      <w:pPr>
        <w:numPr>
          <w:ilvl w:val="0"/>
          <w:numId w:val="1"/>
        </w:numPr>
        <w:spacing w:line="254" w:lineRule="auto"/>
        <w:jc w:val="both"/>
        <w:rPr>
          <w:rFonts w:cstheme="minorHAnsi"/>
          <w:sz w:val="24"/>
          <w:szCs w:val="24"/>
        </w:rPr>
      </w:pPr>
      <w:r w:rsidRPr="00014211">
        <w:rPr>
          <w:rFonts w:cstheme="minorHAnsi"/>
          <w:sz w:val="24"/>
          <w:szCs w:val="24"/>
        </w:rPr>
        <w:t>Breeding stocks - $24M</w:t>
      </w:r>
    </w:p>
    <w:p w:rsidR="00014211" w:rsidRPr="00014211" w:rsidRDefault="00254BB8" w:rsidP="00014211">
      <w:pPr>
        <w:numPr>
          <w:ilvl w:val="0"/>
          <w:numId w:val="1"/>
        </w:numPr>
        <w:spacing w:line="254" w:lineRule="auto"/>
        <w:jc w:val="both"/>
        <w:rPr>
          <w:rFonts w:cstheme="minorHAnsi"/>
          <w:sz w:val="24"/>
          <w:szCs w:val="24"/>
        </w:rPr>
      </w:pPr>
      <w:r w:rsidRPr="00014211">
        <w:rPr>
          <w:rFonts w:cstheme="minorHAnsi"/>
          <w:sz w:val="24"/>
          <w:szCs w:val="24"/>
        </w:rPr>
        <w:t>Apiculture - $3M</w:t>
      </w:r>
    </w:p>
    <w:p w:rsidR="00014211" w:rsidRPr="00014211" w:rsidRDefault="00254BB8" w:rsidP="00014211">
      <w:pPr>
        <w:jc w:val="both"/>
        <w:rPr>
          <w:rFonts w:cstheme="minorHAnsi"/>
          <w:b/>
          <w:sz w:val="24"/>
          <w:szCs w:val="24"/>
        </w:rPr>
      </w:pPr>
      <w:r w:rsidRPr="00014211">
        <w:rPr>
          <w:rFonts w:cstheme="minorHAnsi"/>
          <w:b/>
          <w:sz w:val="24"/>
          <w:szCs w:val="24"/>
        </w:rPr>
        <w:t xml:space="preserve"> Plans for 2025</w:t>
      </w:r>
    </w:p>
    <w:p w:rsidR="00014211" w:rsidRPr="00014211" w:rsidRDefault="00254BB8" w:rsidP="00014211">
      <w:pPr>
        <w:numPr>
          <w:ilvl w:val="0"/>
          <w:numId w:val="4"/>
        </w:numPr>
        <w:jc w:val="both"/>
        <w:rPr>
          <w:rFonts w:cstheme="minorHAnsi"/>
          <w:sz w:val="24"/>
          <w:szCs w:val="24"/>
        </w:rPr>
      </w:pPr>
      <w:r w:rsidRPr="00014211">
        <w:rPr>
          <w:rFonts w:cstheme="minorHAnsi"/>
          <w:sz w:val="24"/>
          <w:szCs w:val="24"/>
        </w:rPr>
        <w:t xml:space="preserve">Establishment of a Small </w:t>
      </w:r>
      <w:proofErr w:type="gramStart"/>
      <w:r w:rsidRPr="00014211">
        <w:rPr>
          <w:rFonts w:cstheme="minorHAnsi"/>
          <w:sz w:val="24"/>
          <w:szCs w:val="24"/>
        </w:rPr>
        <w:t>Ruminant  Slaughter</w:t>
      </w:r>
      <w:proofErr w:type="gramEnd"/>
      <w:r w:rsidRPr="00014211">
        <w:rPr>
          <w:rFonts w:cstheme="minorHAnsi"/>
          <w:sz w:val="24"/>
          <w:szCs w:val="24"/>
        </w:rPr>
        <w:t xml:space="preserve"> line- 100M</w:t>
      </w:r>
    </w:p>
    <w:p w:rsidR="00014211" w:rsidRPr="00014211" w:rsidRDefault="00254BB8" w:rsidP="00014211">
      <w:pPr>
        <w:numPr>
          <w:ilvl w:val="0"/>
          <w:numId w:val="4"/>
        </w:numPr>
        <w:jc w:val="both"/>
        <w:rPr>
          <w:rFonts w:cstheme="minorHAnsi"/>
          <w:sz w:val="24"/>
          <w:szCs w:val="24"/>
        </w:rPr>
      </w:pPr>
      <w:r w:rsidRPr="00014211">
        <w:rPr>
          <w:rFonts w:cstheme="minorHAnsi"/>
          <w:sz w:val="24"/>
          <w:szCs w:val="24"/>
        </w:rPr>
        <w:t xml:space="preserve">Pasture Development at </w:t>
      </w:r>
      <w:proofErr w:type="spellStart"/>
      <w:r w:rsidRPr="00014211">
        <w:rPr>
          <w:rFonts w:cstheme="minorHAnsi"/>
          <w:sz w:val="24"/>
          <w:szCs w:val="24"/>
        </w:rPr>
        <w:t>Herstelling</w:t>
      </w:r>
      <w:proofErr w:type="spellEnd"/>
      <w:r w:rsidRPr="00014211">
        <w:rPr>
          <w:rFonts w:cstheme="minorHAnsi"/>
          <w:sz w:val="24"/>
          <w:szCs w:val="24"/>
        </w:rPr>
        <w:t xml:space="preserve"> (12,000 acres)-3.6B</w:t>
      </w:r>
    </w:p>
    <w:p w:rsidR="00014211" w:rsidRPr="00014211" w:rsidRDefault="00254BB8" w:rsidP="00014211">
      <w:pPr>
        <w:numPr>
          <w:ilvl w:val="0"/>
          <w:numId w:val="4"/>
        </w:numPr>
        <w:jc w:val="both"/>
        <w:rPr>
          <w:rFonts w:cstheme="minorHAnsi"/>
          <w:sz w:val="24"/>
          <w:szCs w:val="24"/>
        </w:rPr>
      </w:pPr>
      <w:r w:rsidRPr="00014211">
        <w:rPr>
          <w:rFonts w:cstheme="minorHAnsi"/>
          <w:sz w:val="24"/>
          <w:szCs w:val="24"/>
        </w:rPr>
        <w:t>Commissioning of Cattle Abattoir-20M</w:t>
      </w:r>
    </w:p>
    <w:p w:rsidR="00014211" w:rsidRPr="00014211" w:rsidRDefault="00254BB8" w:rsidP="00014211">
      <w:pPr>
        <w:numPr>
          <w:ilvl w:val="0"/>
          <w:numId w:val="4"/>
        </w:numPr>
        <w:jc w:val="both"/>
        <w:rPr>
          <w:rFonts w:cstheme="minorHAnsi"/>
          <w:sz w:val="24"/>
          <w:szCs w:val="24"/>
        </w:rPr>
      </w:pPr>
      <w:r w:rsidRPr="00014211">
        <w:rPr>
          <w:rFonts w:cstheme="minorHAnsi"/>
          <w:sz w:val="24"/>
          <w:szCs w:val="24"/>
        </w:rPr>
        <w:t>Establishment of Livestock Hub-30M</w:t>
      </w:r>
    </w:p>
    <w:p w:rsidR="00014211" w:rsidRPr="00014211" w:rsidRDefault="00254BB8" w:rsidP="00014211">
      <w:pPr>
        <w:jc w:val="both"/>
        <w:rPr>
          <w:rFonts w:cstheme="minorHAnsi"/>
          <w:b/>
          <w:sz w:val="24"/>
          <w:szCs w:val="24"/>
        </w:rPr>
      </w:pPr>
    </w:p>
    <w:p w:rsidR="00014211" w:rsidRPr="00014211" w:rsidRDefault="00254BB8" w:rsidP="00014211">
      <w:pPr>
        <w:jc w:val="both"/>
        <w:rPr>
          <w:rFonts w:cstheme="minorHAnsi"/>
          <w:b/>
          <w:sz w:val="24"/>
          <w:szCs w:val="24"/>
        </w:rPr>
      </w:pPr>
      <w:r w:rsidRPr="00014211">
        <w:rPr>
          <w:rFonts w:cstheme="minorHAnsi"/>
          <w:b/>
          <w:sz w:val="24"/>
          <w:szCs w:val="24"/>
        </w:rPr>
        <w:t>GMC | $39,756,631| 2022-2025</w:t>
      </w:r>
    </w:p>
    <w:p w:rsidR="00014211" w:rsidRPr="00014211" w:rsidRDefault="00254BB8" w:rsidP="00014211">
      <w:pPr>
        <w:jc w:val="both"/>
        <w:rPr>
          <w:rFonts w:cstheme="minorHAnsi"/>
          <w:b/>
          <w:bCs/>
          <w:sz w:val="24"/>
          <w:szCs w:val="24"/>
        </w:rPr>
      </w:pPr>
      <w:r w:rsidRPr="00014211">
        <w:rPr>
          <w:rFonts w:cstheme="minorHAnsi"/>
          <w:b/>
          <w:bCs/>
          <w:sz w:val="24"/>
          <w:szCs w:val="24"/>
        </w:rPr>
        <w:t>Construction &amp; Equipping of Agro-Processing Facility at Fort Wellington (2022)</w:t>
      </w:r>
    </w:p>
    <w:p w:rsidR="00014211" w:rsidRPr="00014211" w:rsidRDefault="00254BB8" w:rsidP="00014211">
      <w:pPr>
        <w:jc w:val="both"/>
        <w:rPr>
          <w:rFonts w:cstheme="minorHAnsi"/>
          <w:sz w:val="24"/>
          <w:szCs w:val="24"/>
        </w:rPr>
      </w:pPr>
      <w:r w:rsidRPr="00014211">
        <w:rPr>
          <w:rFonts w:cstheme="minorHAnsi"/>
          <w:sz w:val="24"/>
          <w:szCs w:val="24"/>
        </w:rPr>
        <w:t xml:space="preserve">Number of persons impacted: N/A | 2022 | </w:t>
      </w:r>
      <w:r w:rsidRPr="00014211">
        <w:rPr>
          <w:rFonts w:cstheme="minorHAnsi"/>
          <w:sz w:val="24"/>
          <w:szCs w:val="24"/>
        </w:rPr>
        <w:t>$39,056,631</w:t>
      </w:r>
    </w:p>
    <w:p w:rsidR="00014211" w:rsidRDefault="00254BB8" w:rsidP="00014211">
      <w:pPr>
        <w:jc w:val="both"/>
        <w:rPr>
          <w:rFonts w:cstheme="minorHAnsi"/>
          <w:sz w:val="24"/>
          <w:szCs w:val="24"/>
        </w:rPr>
      </w:pPr>
    </w:p>
    <w:p w:rsidR="00014211" w:rsidRPr="00014211" w:rsidRDefault="00254BB8" w:rsidP="00014211">
      <w:pPr>
        <w:jc w:val="both"/>
        <w:rPr>
          <w:rFonts w:cstheme="minorHAnsi"/>
          <w:b/>
          <w:bCs/>
          <w:sz w:val="24"/>
          <w:szCs w:val="24"/>
        </w:rPr>
      </w:pPr>
      <w:r w:rsidRPr="00014211">
        <w:rPr>
          <w:rFonts w:cstheme="minorHAnsi"/>
          <w:b/>
          <w:bCs/>
          <w:sz w:val="24"/>
          <w:szCs w:val="24"/>
        </w:rPr>
        <w:t>Construction of Shed for the Agro-Processing Facility at Fort Wellington (Planned for 2025)</w:t>
      </w:r>
    </w:p>
    <w:p w:rsidR="00014211" w:rsidRPr="00014211" w:rsidRDefault="00254BB8" w:rsidP="00014211">
      <w:pPr>
        <w:jc w:val="both"/>
        <w:rPr>
          <w:rFonts w:cstheme="minorHAnsi"/>
          <w:sz w:val="24"/>
          <w:szCs w:val="24"/>
        </w:rPr>
      </w:pPr>
      <w:r w:rsidRPr="00014211">
        <w:rPr>
          <w:rFonts w:cstheme="minorHAnsi"/>
          <w:sz w:val="24"/>
          <w:szCs w:val="24"/>
        </w:rPr>
        <w:t>Number of persons impacted: N/A | 2025-Planned | $700,000(Approved budget)</w:t>
      </w:r>
    </w:p>
    <w:p w:rsidR="00014211" w:rsidRPr="00014211" w:rsidRDefault="00254BB8" w:rsidP="00014211">
      <w:pPr>
        <w:jc w:val="both"/>
        <w:rPr>
          <w:rFonts w:cstheme="minorHAnsi"/>
          <w:b/>
          <w:sz w:val="24"/>
          <w:szCs w:val="24"/>
        </w:rPr>
      </w:pPr>
      <w:r w:rsidRPr="00014211">
        <w:rPr>
          <w:rFonts w:cstheme="minorHAnsi"/>
          <w:b/>
          <w:sz w:val="24"/>
          <w:szCs w:val="24"/>
        </w:rPr>
        <w:t xml:space="preserve"> </w:t>
      </w:r>
    </w:p>
    <w:p w:rsidR="00014211" w:rsidRPr="00014211" w:rsidRDefault="00254BB8" w:rsidP="00014211">
      <w:pPr>
        <w:jc w:val="both"/>
        <w:rPr>
          <w:rFonts w:cstheme="minorHAnsi"/>
          <w:b/>
          <w:sz w:val="24"/>
          <w:szCs w:val="24"/>
        </w:rPr>
      </w:pPr>
      <w:r w:rsidRPr="00014211">
        <w:rPr>
          <w:rFonts w:cstheme="minorHAnsi"/>
          <w:b/>
          <w:sz w:val="24"/>
          <w:szCs w:val="24"/>
        </w:rPr>
        <w:t xml:space="preserve">MMA/ADA | $3,451,745,000 </w:t>
      </w:r>
      <w:r w:rsidRPr="00014211">
        <w:rPr>
          <w:rFonts w:cstheme="minorHAnsi"/>
          <w:b/>
          <w:color w:val="202124"/>
          <w:sz w:val="24"/>
          <w:szCs w:val="24"/>
        </w:rPr>
        <w:t>| 2022-2025</w:t>
      </w:r>
      <w:r w:rsidRPr="00014211">
        <w:rPr>
          <w:rFonts w:cstheme="minorHAnsi"/>
          <w:b/>
          <w:sz w:val="24"/>
          <w:szCs w:val="24"/>
        </w:rPr>
        <w:t xml:space="preserve"> </w:t>
      </w:r>
    </w:p>
    <w:p w:rsidR="00014211" w:rsidRPr="00014211" w:rsidRDefault="00254BB8" w:rsidP="00014211">
      <w:pPr>
        <w:jc w:val="both"/>
        <w:rPr>
          <w:rFonts w:cstheme="minorHAnsi"/>
          <w:b/>
          <w:sz w:val="24"/>
          <w:szCs w:val="24"/>
        </w:rPr>
      </w:pPr>
      <w:r w:rsidRPr="00014211">
        <w:rPr>
          <w:rFonts w:cstheme="minorHAnsi"/>
          <w:b/>
          <w:sz w:val="24"/>
          <w:szCs w:val="24"/>
        </w:rPr>
        <w:t>2021 - $475,083,000</w:t>
      </w:r>
    </w:p>
    <w:p w:rsidR="00014211" w:rsidRPr="00014211" w:rsidRDefault="00254BB8" w:rsidP="00014211">
      <w:pPr>
        <w:numPr>
          <w:ilvl w:val="0"/>
          <w:numId w:val="9"/>
        </w:numPr>
        <w:spacing w:line="240" w:lineRule="auto"/>
        <w:jc w:val="both"/>
        <w:rPr>
          <w:rFonts w:cstheme="minorHAnsi"/>
          <w:sz w:val="24"/>
          <w:szCs w:val="24"/>
        </w:rPr>
      </w:pPr>
      <w:r w:rsidRPr="00014211">
        <w:rPr>
          <w:rFonts w:cstheme="minorHAnsi"/>
          <w:sz w:val="24"/>
          <w:szCs w:val="24"/>
        </w:rPr>
        <w:t xml:space="preserve"> Procurement of </w:t>
      </w:r>
      <w:r w:rsidRPr="00014211">
        <w:rPr>
          <w:rFonts w:cstheme="minorHAnsi"/>
          <w:sz w:val="24"/>
          <w:szCs w:val="24"/>
        </w:rPr>
        <w:t>two (2) Excavators worth $ 64M</w:t>
      </w:r>
    </w:p>
    <w:p w:rsidR="00014211" w:rsidRPr="00014211" w:rsidRDefault="00254BB8" w:rsidP="00014211">
      <w:pPr>
        <w:numPr>
          <w:ilvl w:val="0"/>
          <w:numId w:val="9"/>
        </w:numPr>
        <w:spacing w:line="240" w:lineRule="auto"/>
        <w:jc w:val="both"/>
        <w:rPr>
          <w:rFonts w:cstheme="minorHAnsi"/>
          <w:sz w:val="24"/>
          <w:szCs w:val="24"/>
        </w:rPr>
      </w:pPr>
      <w:r w:rsidRPr="00014211">
        <w:rPr>
          <w:rFonts w:cstheme="minorHAnsi"/>
          <w:sz w:val="24"/>
          <w:szCs w:val="24"/>
        </w:rPr>
        <w:t>Heighten of Dam in Conservancy dam -$ 12.0 M</w:t>
      </w:r>
    </w:p>
    <w:p w:rsidR="00014211" w:rsidRPr="00014211" w:rsidRDefault="00254BB8" w:rsidP="00014211">
      <w:pPr>
        <w:numPr>
          <w:ilvl w:val="0"/>
          <w:numId w:val="9"/>
        </w:numPr>
        <w:spacing w:line="240" w:lineRule="auto"/>
        <w:jc w:val="both"/>
        <w:rPr>
          <w:rFonts w:cstheme="minorHAnsi"/>
          <w:sz w:val="24"/>
          <w:szCs w:val="24"/>
        </w:rPr>
      </w:pPr>
      <w:r w:rsidRPr="00014211">
        <w:rPr>
          <w:rFonts w:cstheme="minorHAnsi"/>
          <w:sz w:val="24"/>
          <w:szCs w:val="24"/>
        </w:rPr>
        <w:t>Manual Maintenance of Channels – 718 miles/month = 8616 miles/annum = $133.M</w:t>
      </w:r>
    </w:p>
    <w:p w:rsidR="00014211" w:rsidRPr="00014211" w:rsidRDefault="00254BB8" w:rsidP="00014211">
      <w:pPr>
        <w:numPr>
          <w:ilvl w:val="0"/>
          <w:numId w:val="9"/>
        </w:numPr>
        <w:spacing w:line="240" w:lineRule="auto"/>
        <w:jc w:val="both"/>
        <w:rPr>
          <w:rFonts w:cstheme="minorHAnsi"/>
          <w:sz w:val="24"/>
          <w:szCs w:val="24"/>
        </w:rPr>
      </w:pPr>
      <w:r w:rsidRPr="00014211">
        <w:rPr>
          <w:rFonts w:cstheme="minorHAnsi"/>
          <w:sz w:val="24"/>
          <w:szCs w:val="24"/>
        </w:rPr>
        <w:lastRenderedPageBreak/>
        <w:t>Construct two (2) Bridges – $22.1 M</w:t>
      </w:r>
    </w:p>
    <w:p w:rsidR="00014211" w:rsidRPr="00014211" w:rsidRDefault="00254BB8" w:rsidP="00014211">
      <w:pPr>
        <w:numPr>
          <w:ilvl w:val="0"/>
          <w:numId w:val="9"/>
        </w:numPr>
        <w:spacing w:line="240" w:lineRule="auto"/>
        <w:jc w:val="both"/>
        <w:rPr>
          <w:rFonts w:cstheme="minorHAnsi"/>
          <w:sz w:val="24"/>
          <w:szCs w:val="24"/>
        </w:rPr>
      </w:pPr>
      <w:r w:rsidRPr="00014211">
        <w:rPr>
          <w:rFonts w:cstheme="minorHAnsi"/>
          <w:sz w:val="24"/>
          <w:szCs w:val="24"/>
        </w:rPr>
        <w:t>Upgrade of all Weather Road -  $ 18.0 M</w:t>
      </w:r>
    </w:p>
    <w:p w:rsidR="00014211" w:rsidRPr="00014211" w:rsidRDefault="00254BB8" w:rsidP="00014211">
      <w:pPr>
        <w:numPr>
          <w:ilvl w:val="0"/>
          <w:numId w:val="9"/>
        </w:numPr>
        <w:spacing w:line="240" w:lineRule="auto"/>
        <w:jc w:val="both"/>
        <w:rPr>
          <w:rFonts w:cstheme="minorHAnsi"/>
          <w:sz w:val="24"/>
          <w:szCs w:val="24"/>
        </w:rPr>
      </w:pPr>
      <w:r w:rsidRPr="00014211">
        <w:rPr>
          <w:rFonts w:cstheme="minorHAnsi"/>
          <w:sz w:val="24"/>
          <w:szCs w:val="24"/>
        </w:rPr>
        <w:t>Procurement of Survey Drone</w:t>
      </w:r>
      <w:r w:rsidRPr="00014211">
        <w:rPr>
          <w:rFonts w:cstheme="minorHAnsi"/>
          <w:sz w:val="24"/>
          <w:szCs w:val="24"/>
        </w:rPr>
        <w:t xml:space="preserve"> – $ 6.1 M</w:t>
      </w:r>
    </w:p>
    <w:p w:rsidR="00014211" w:rsidRPr="00014211" w:rsidRDefault="00254BB8" w:rsidP="00014211">
      <w:pPr>
        <w:numPr>
          <w:ilvl w:val="0"/>
          <w:numId w:val="9"/>
        </w:numPr>
        <w:spacing w:line="240" w:lineRule="auto"/>
        <w:jc w:val="both"/>
        <w:rPr>
          <w:rFonts w:cstheme="minorHAnsi"/>
          <w:sz w:val="24"/>
          <w:szCs w:val="24"/>
        </w:rPr>
      </w:pPr>
      <w:r w:rsidRPr="00014211">
        <w:rPr>
          <w:rFonts w:cstheme="minorHAnsi"/>
          <w:sz w:val="24"/>
          <w:szCs w:val="24"/>
        </w:rPr>
        <w:t>Construct three (3) miles of RBA flood Embankment – $ 8.0 M</w:t>
      </w:r>
    </w:p>
    <w:p w:rsidR="00014211" w:rsidRPr="00014211" w:rsidRDefault="00254BB8" w:rsidP="00014211">
      <w:pPr>
        <w:numPr>
          <w:ilvl w:val="0"/>
          <w:numId w:val="9"/>
        </w:numPr>
        <w:spacing w:line="240" w:lineRule="auto"/>
        <w:jc w:val="both"/>
        <w:rPr>
          <w:rFonts w:cstheme="minorHAnsi"/>
          <w:sz w:val="24"/>
          <w:szCs w:val="24"/>
        </w:rPr>
      </w:pPr>
      <w:r w:rsidRPr="00014211">
        <w:rPr>
          <w:rFonts w:cstheme="minorHAnsi"/>
          <w:sz w:val="24"/>
          <w:szCs w:val="24"/>
        </w:rPr>
        <w:t>Construct three (3) miles of Channel at 5000 acres Cattle Pasture – $ 13.5 M</w:t>
      </w:r>
    </w:p>
    <w:p w:rsidR="00014211" w:rsidRPr="00014211" w:rsidRDefault="00254BB8" w:rsidP="00014211">
      <w:pPr>
        <w:numPr>
          <w:ilvl w:val="0"/>
          <w:numId w:val="9"/>
        </w:numPr>
        <w:spacing w:line="240" w:lineRule="auto"/>
        <w:jc w:val="both"/>
        <w:rPr>
          <w:rFonts w:cstheme="minorHAnsi"/>
          <w:sz w:val="24"/>
          <w:szCs w:val="24"/>
        </w:rPr>
      </w:pPr>
      <w:r w:rsidRPr="00014211">
        <w:rPr>
          <w:rFonts w:cstheme="minorHAnsi"/>
          <w:sz w:val="24"/>
          <w:szCs w:val="24"/>
        </w:rPr>
        <w:t>Heighten of Main Canal Embankment four (4) miles – $ 6.0 M</w:t>
      </w:r>
    </w:p>
    <w:p w:rsidR="00014211" w:rsidRPr="00014211" w:rsidRDefault="00254BB8" w:rsidP="00014211">
      <w:pPr>
        <w:ind w:left="360"/>
        <w:jc w:val="both"/>
        <w:rPr>
          <w:rFonts w:cstheme="minorHAnsi"/>
          <w:b/>
          <w:sz w:val="24"/>
          <w:szCs w:val="24"/>
        </w:rPr>
      </w:pPr>
      <w:r w:rsidRPr="00014211">
        <w:rPr>
          <w:rFonts w:cstheme="minorHAnsi"/>
          <w:b/>
          <w:sz w:val="24"/>
          <w:szCs w:val="24"/>
        </w:rPr>
        <w:t xml:space="preserve"> </w:t>
      </w:r>
    </w:p>
    <w:p w:rsidR="00014211" w:rsidRPr="00014211" w:rsidRDefault="00254BB8" w:rsidP="00014211">
      <w:pPr>
        <w:jc w:val="both"/>
        <w:rPr>
          <w:rFonts w:cstheme="minorHAnsi"/>
          <w:b/>
          <w:sz w:val="24"/>
          <w:szCs w:val="24"/>
        </w:rPr>
      </w:pPr>
      <w:r w:rsidRPr="00014211">
        <w:rPr>
          <w:rFonts w:cstheme="minorHAnsi"/>
          <w:b/>
          <w:sz w:val="24"/>
          <w:szCs w:val="24"/>
        </w:rPr>
        <w:t>2022 - $740,400,000</w:t>
      </w:r>
    </w:p>
    <w:p w:rsidR="00014211" w:rsidRPr="00014211" w:rsidRDefault="00254BB8" w:rsidP="00014211">
      <w:pPr>
        <w:jc w:val="both"/>
        <w:rPr>
          <w:rFonts w:cstheme="minorHAnsi"/>
          <w:sz w:val="24"/>
          <w:szCs w:val="24"/>
        </w:rPr>
      </w:pPr>
      <w:r w:rsidRPr="00014211">
        <w:rPr>
          <w:rFonts w:cstheme="minorHAnsi"/>
          <w:b/>
          <w:sz w:val="24"/>
          <w:szCs w:val="24"/>
        </w:rPr>
        <w:t xml:space="preserve"> </w:t>
      </w:r>
    </w:p>
    <w:p w:rsidR="00014211" w:rsidRPr="00014211" w:rsidRDefault="00254BB8" w:rsidP="00014211">
      <w:pPr>
        <w:numPr>
          <w:ilvl w:val="0"/>
          <w:numId w:val="7"/>
        </w:numPr>
        <w:jc w:val="both"/>
        <w:rPr>
          <w:rFonts w:cstheme="minorHAnsi"/>
          <w:b/>
          <w:sz w:val="24"/>
          <w:szCs w:val="24"/>
        </w:rPr>
      </w:pPr>
      <w:r w:rsidRPr="00014211">
        <w:rPr>
          <w:rFonts w:cstheme="minorHAnsi"/>
          <w:b/>
          <w:sz w:val="24"/>
          <w:szCs w:val="24"/>
        </w:rPr>
        <w:t xml:space="preserve">Infrastructure </w:t>
      </w:r>
      <w:r w:rsidRPr="00014211">
        <w:rPr>
          <w:rFonts w:cstheme="minorHAnsi"/>
          <w:b/>
          <w:sz w:val="24"/>
          <w:szCs w:val="24"/>
        </w:rPr>
        <w:t>Development</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 xml:space="preserve">Construct three (3) miles of Right Bank </w:t>
      </w:r>
      <w:proofErr w:type="spellStart"/>
      <w:r w:rsidRPr="00014211">
        <w:rPr>
          <w:rFonts w:cstheme="minorHAnsi"/>
          <w:sz w:val="24"/>
          <w:szCs w:val="24"/>
        </w:rPr>
        <w:t>Abary</w:t>
      </w:r>
      <w:proofErr w:type="spellEnd"/>
      <w:r w:rsidRPr="00014211">
        <w:rPr>
          <w:rFonts w:cstheme="minorHAnsi"/>
          <w:sz w:val="24"/>
          <w:szCs w:val="24"/>
        </w:rPr>
        <w:t xml:space="preserve"> Flood Embankment – $ 5M</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Rehabilitation of Seed Processing Facility – $ 55M</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Rehabilitation three (3) miles of Channel at 5000 acres Cattle Pasture – $ 9M</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Procurement of two (2) Excavators worth $71.7</w:t>
      </w:r>
      <w:r w:rsidRPr="00014211">
        <w:rPr>
          <w:rFonts w:cstheme="minorHAnsi"/>
          <w:sz w:val="24"/>
          <w:szCs w:val="24"/>
        </w:rPr>
        <w:t xml:space="preserve"> M</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Procurement of one (1) Tractor - $ 19.25 M</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Surveying Works – $ 10.0 M</w:t>
      </w:r>
    </w:p>
    <w:p w:rsidR="00014211" w:rsidRPr="00014211" w:rsidRDefault="00254BB8" w:rsidP="00014211">
      <w:pPr>
        <w:numPr>
          <w:ilvl w:val="0"/>
          <w:numId w:val="7"/>
        </w:numPr>
        <w:jc w:val="both"/>
        <w:rPr>
          <w:rFonts w:cstheme="minorHAnsi"/>
          <w:b/>
          <w:sz w:val="24"/>
          <w:szCs w:val="24"/>
        </w:rPr>
      </w:pPr>
      <w:r w:rsidRPr="00014211">
        <w:rPr>
          <w:rFonts w:cstheme="minorHAnsi"/>
          <w:b/>
          <w:sz w:val="24"/>
          <w:szCs w:val="24"/>
        </w:rPr>
        <w:t>Maintenance D &amp; I structure</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Construct three (3) miles of Channel at 52 No. 50 acres Plot – $ 9.0 M</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Heighten of Main Canal Embankment four (4) miles – $ 8.0 M</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Heighten of 3 miles of Co</w:t>
      </w:r>
      <w:r w:rsidRPr="00014211">
        <w:rPr>
          <w:rFonts w:cstheme="minorHAnsi"/>
          <w:sz w:val="24"/>
          <w:szCs w:val="24"/>
        </w:rPr>
        <w:t>nservancy dam -$ 14 .0 M</w:t>
      </w:r>
    </w:p>
    <w:p w:rsidR="00014211" w:rsidRPr="00014211" w:rsidRDefault="00254BB8" w:rsidP="00014211">
      <w:pPr>
        <w:numPr>
          <w:ilvl w:val="1"/>
          <w:numId w:val="7"/>
        </w:numPr>
        <w:spacing w:line="256" w:lineRule="auto"/>
        <w:jc w:val="both"/>
        <w:rPr>
          <w:rFonts w:cstheme="minorHAnsi"/>
          <w:sz w:val="24"/>
          <w:szCs w:val="24"/>
        </w:rPr>
      </w:pPr>
      <w:r w:rsidRPr="00014211">
        <w:rPr>
          <w:rFonts w:cstheme="minorHAnsi"/>
          <w:sz w:val="24"/>
          <w:szCs w:val="24"/>
        </w:rPr>
        <w:t>Manual Maintenance of Channels - $ 145.0</w:t>
      </w:r>
    </w:p>
    <w:p w:rsidR="00014211" w:rsidRPr="00014211" w:rsidRDefault="00254BB8" w:rsidP="00014211">
      <w:pPr>
        <w:numPr>
          <w:ilvl w:val="0"/>
          <w:numId w:val="7"/>
        </w:numPr>
        <w:jc w:val="both"/>
        <w:rPr>
          <w:rFonts w:cstheme="minorHAnsi"/>
          <w:b/>
          <w:sz w:val="24"/>
          <w:szCs w:val="24"/>
        </w:rPr>
      </w:pPr>
      <w:r w:rsidRPr="00014211">
        <w:rPr>
          <w:rFonts w:cstheme="minorHAnsi"/>
          <w:b/>
          <w:sz w:val="24"/>
          <w:szCs w:val="24"/>
        </w:rPr>
        <w:t>Development of New Lands</w:t>
      </w:r>
    </w:p>
    <w:p w:rsidR="00014211" w:rsidRPr="00014211" w:rsidRDefault="00254BB8" w:rsidP="00014211">
      <w:pPr>
        <w:numPr>
          <w:ilvl w:val="1"/>
          <w:numId w:val="7"/>
        </w:numPr>
        <w:jc w:val="both"/>
        <w:rPr>
          <w:rFonts w:cstheme="minorHAnsi"/>
          <w:sz w:val="24"/>
          <w:szCs w:val="24"/>
        </w:rPr>
      </w:pPr>
      <w:r w:rsidRPr="00014211">
        <w:rPr>
          <w:rFonts w:cstheme="minorHAnsi"/>
          <w:sz w:val="24"/>
          <w:szCs w:val="24"/>
        </w:rPr>
        <w:t xml:space="preserve">Rehabilitation of the </w:t>
      </w:r>
      <w:proofErr w:type="spellStart"/>
      <w:r w:rsidRPr="00014211">
        <w:rPr>
          <w:rFonts w:cstheme="minorHAnsi"/>
          <w:sz w:val="24"/>
          <w:szCs w:val="24"/>
        </w:rPr>
        <w:t>Herstelling</w:t>
      </w:r>
      <w:proofErr w:type="spellEnd"/>
      <w:r w:rsidRPr="00014211">
        <w:rPr>
          <w:rFonts w:cstheme="minorHAnsi"/>
          <w:sz w:val="24"/>
          <w:szCs w:val="24"/>
        </w:rPr>
        <w:t xml:space="preserve"> Drain - $ 8.5 M</w:t>
      </w:r>
    </w:p>
    <w:p w:rsidR="00014211" w:rsidRPr="00014211" w:rsidRDefault="00254BB8" w:rsidP="00014211">
      <w:pPr>
        <w:numPr>
          <w:ilvl w:val="1"/>
          <w:numId w:val="7"/>
        </w:numPr>
        <w:jc w:val="both"/>
        <w:rPr>
          <w:rFonts w:cstheme="minorHAnsi"/>
          <w:sz w:val="24"/>
          <w:szCs w:val="24"/>
        </w:rPr>
      </w:pPr>
      <w:r w:rsidRPr="00014211">
        <w:rPr>
          <w:rFonts w:cstheme="minorHAnsi"/>
          <w:sz w:val="24"/>
          <w:szCs w:val="24"/>
        </w:rPr>
        <w:t xml:space="preserve">Development of </w:t>
      </w:r>
      <w:proofErr w:type="spellStart"/>
      <w:r w:rsidRPr="00014211">
        <w:rPr>
          <w:rFonts w:cstheme="minorHAnsi"/>
          <w:sz w:val="24"/>
          <w:szCs w:val="24"/>
        </w:rPr>
        <w:t>Rampoor</w:t>
      </w:r>
      <w:proofErr w:type="spellEnd"/>
      <w:r w:rsidRPr="00014211">
        <w:rPr>
          <w:rFonts w:cstheme="minorHAnsi"/>
          <w:sz w:val="24"/>
          <w:szCs w:val="24"/>
        </w:rPr>
        <w:t xml:space="preserve"> Lands – 1100 acres – $ 11.0 M</w:t>
      </w:r>
    </w:p>
    <w:p w:rsidR="00014211" w:rsidRPr="00014211" w:rsidRDefault="00254BB8" w:rsidP="00014211">
      <w:pPr>
        <w:ind w:left="360"/>
        <w:jc w:val="both"/>
        <w:rPr>
          <w:rFonts w:cstheme="minorHAnsi"/>
          <w:b/>
          <w:sz w:val="24"/>
          <w:szCs w:val="24"/>
        </w:rPr>
      </w:pPr>
      <w:r w:rsidRPr="00014211">
        <w:rPr>
          <w:rFonts w:cstheme="minorHAnsi"/>
          <w:b/>
          <w:sz w:val="24"/>
          <w:szCs w:val="24"/>
        </w:rPr>
        <w:t xml:space="preserve"> 2023 - $604,000,000</w:t>
      </w:r>
    </w:p>
    <w:p w:rsidR="00014211" w:rsidRPr="00014211" w:rsidRDefault="00254BB8" w:rsidP="00014211">
      <w:pPr>
        <w:numPr>
          <w:ilvl w:val="0"/>
          <w:numId w:val="2"/>
        </w:numPr>
        <w:jc w:val="both"/>
        <w:rPr>
          <w:rFonts w:cstheme="minorHAnsi"/>
          <w:b/>
          <w:sz w:val="24"/>
          <w:szCs w:val="24"/>
        </w:rPr>
      </w:pPr>
      <w:r w:rsidRPr="00014211">
        <w:rPr>
          <w:rFonts w:cstheme="minorHAnsi"/>
          <w:b/>
          <w:sz w:val="24"/>
          <w:szCs w:val="24"/>
        </w:rPr>
        <w:lastRenderedPageBreak/>
        <w:t>Lands Development</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Rehabilitation of Prima</w:t>
      </w:r>
      <w:r w:rsidRPr="00014211">
        <w:rPr>
          <w:rFonts w:cstheme="minorHAnsi"/>
          <w:sz w:val="24"/>
          <w:szCs w:val="24"/>
        </w:rPr>
        <w:t xml:space="preserve">ry Drain and Sluice at </w:t>
      </w:r>
      <w:proofErr w:type="spellStart"/>
      <w:r w:rsidRPr="00014211">
        <w:rPr>
          <w:rFonts w:cstheme="minorHAnsi"/>
          <w:sz w:val="24"/>
          <w:szCs w:val="24"/>
        </w:rPr>
        <w:t>Herstelling</w:t>
      </w:r>
      <w:proofErr w:type="spellEnd"/>
      <w:r w:rsidRPr="00014211">
        <w:rPr>
          <w:rFonts w:cstheme="minorHAnsi"/>
          <w:sz w:val="24"/>
          <w:szCs w:val="24"/>
        </w:rPr>
        <w:t xml:space="preserve">, L B </w:t>
      </w:r>
      <w:proofErr w:type="spellStart"/>
      <w:r w:rsidRPr="00014211">
        <w:rPr>
          <w:rFonts w:cstheme="minorHAnsi"/>
          <w:sz w:val="24"/>
          <w:szCs w:val="24"/>
        </w:rPr>
        <w:t>Berbice</w:t>
      </w:r>
      <w:proofErr w:type="spellEnd"/>
      <w:r w:rsidRPr="00014211">
        <w:rPr>
          <w:rFonts w:cstheme="minorHAnsi"/>
          <w:sz w:val="24"/>
          <w:szCs w:val="24"/>
        </w:rPr>
        <w:t xml:space="preserve"> – 15,000 acres of new land for agriculture purpose.</w:t>
      </w:r>
    </w:p>
    <w:p w:rsidR="00014211" w:rsidRPr="00014211" w:rsidRDefault="00254BB8" w:rsidP="00014211">
      <w:pPr>
        <w:numPr>
          <w:ilvl w:val="0"/>
          <w:numId w:val="2"/>
        </w:numPr>
        <w:spacing w:line="256" w:lineRule="auto"/>
        <w:jc w:val="both"/>
        <w:rPr>
          <w:rFonts w:cstheme="minorHAnsi"/>
          <w:sz w:val="24"/>
          <w:szCs w:val="24"/>
        </w:rPr>
      </w:pPr>
      <w:r w:rsidRPr="00014211">
        <w:rPr>
          <w:rFonts w:cstheme="minorHAnsi"/>
          <w:b/>
          <w:sz w:val="24"/>
          <w:szCs w:val="24"/>
        </w:rPr>
        <w:t>Infrastructure Development</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 xml:space="preserve"> Construction of 10 no. Secondary Canal Head Regulator</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 xml:space="preserve">Construction of 2.3 miles of Flood Embankment at Left Bank </w:t>
      </w:r>
      <w:proofErr w:type="spellStart"/>
      <w:r w:rsidRPr="00014211">
        <w:rPr>
          <w:rFonts w:cstheme="minorHAnsi"/>
          <w:sz w:val="24"/>
          <w:szCs w:val="24"/>
        </w:rPr>
        <w:t>Abary</w:t>
      </w:r>
      <w:proofErr w:type="spellEnd"/>
      <w:r w:rsidRPr="00014211">
        <w:rPr>
          <w:rFonts w:cstheme="minorHAnsi"/>
          <w:sz w:val="24"/>
          <w:szCs w:val="24"/>
        </w:rPr>
        <w:t xml:space="preserve"> River</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 xml:space="preserve">Construction of Polder to 4000 acres of land at </w:t>
      </w:r>
      <w:proofErr w:type="spellStart"/>
      <w:r w:rsidRPr="00014211">
        <w:rPr>
          <w:rFonts w:cstheme="minorHAnsi"/>
          <w:sz w:val="24"/>
          <w:szCs w:val="24"/>
        </w:rPr>
        <w:t>Macouba</w:t>
      </w:r>
      <w:proofErr w:type="spellEnd"/>
      <w:r w:rsidRPr="00014211">
        <w:rPr>
          <w:rFonts w:cstheme="minorHAnsi"/>
          <w:sz w:val="24"/>
          <w:szCs w:val="24"/>
        </w:rPr>
        <w:t xml:space="preserve">, R B </w:t>
      </w:r>
      <w:proofErr w:type="spellStart"/>
      <w:r w:rsidRPr="00014211">
        <w:rPr>
          <w:rFonts w:cstheme="minorHAnsi"/>
          <w:sz w:val="24"/>
          <w:szCs w:val="24"/>
        </w:rPr>
        <w:t>Mahaicony</w:t>
      </w:r>
      <w:proofErr w:type="spellEnd"/>
      <w:r w:rsidRPr="00014211">
        <w:rPr>
          <w:rFonts w:cstheme="minorHAnsi"/>
          <w:sz w:val="24"/>
          <w:szCs w:val="24"/>
        </w:rPr>
        <w:t xml:space="preserve"> River</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 xml:space="preserve">Construction of Flood Embankment dam at Wash Clothes, L B </w:t>
      </w:r>
      <w:proofErr w:type="spellStart"/>
      <w:r w:rsidRPr="00014211">
        <w:rPr>
          <w:rFonts w:cstheme="minorHAnsi"/>
          <w:sz w:val="24"/>
          <w:szCs w:val="24"/>
        </w:rPr>
        <w:t>Mahaicony</w:t>
      </w:r>
      <w:proofErr w:type="spellEnd"/>
      <w:r w:rsidRPr="00014211">
        <w:rPr>
          <w:rFonts w:cstheme="minorHAnsi"/>
          <w:sz w:val="24"/>
          <w:szCs w:val="24"/>
        </w:rPr>
        <w:t xml:space="preserve"> River – Polder for 2000 acres</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Heighten of Conservancy dam – 3 miles</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Rehabilitation of 9 miles of channel – Enha</w:t>
      </w:r>
      <w:r w:rsidRPr="00014211">
        <w:rPr>
          <w:rFonts w:cstheme="minorHAnsi"/>
          <w:sz w:val="24"/>
          <w:szCs w:val="24"/>
        </w:rPr>
        <w:t>nced 7500 acres of cattle lands</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 xml:space="preserve"> Rehab Perth </w:t>
      </w:r>
      <w:proofErr w:type="spellStart"/>
      <w:r w:rsidRPr="00014211">
        <w:rPr>
          <w:rFonts w:cstheme="minorHAnsi"/>
          <w:sz w:val="24"/>
          <w:szCs w:val="24"/>
        </w:rPr>
        <w:t>Biaboo</w:t>
      </w:r>
      <w:proofErr w:type="spellEnd"/>
      <w:r w:rsidRPr="00014211">
        <w:rPr>
          <w:rFonts w:cstheme="minorHAnsi"/>
          <w:sz w:val="24"/>
          <w:szCs w:val="24"/>
        </w:rPr>
        <w:t>/</w:t>
      </w:r>
      <w:proofErr w:type="spellStart"/>
      <w:r w:rsidRPr="00014211">
        <w:rPr>
          <w:rFonts w:cstheme="minorHAnsi"/>
          <w:sz w:val="24"/>
          <w:szCs w:val="24"/>
        </w:rPr>
        <w:t>Kuliserabo</w:t>
      </w:r>
      <w:proofErr w:type="spellEnd"/>
      <w:r w:rsidRPr="00014211">
        <w:rPr>
          <w:rFonts w:cstheme="minorHAnsi"/>
          <w:sz w:val="24"/>
          <w:szCs w:val="24"/>
        </w:rPr>
        <w:t xml:space="preserve"> canal approximately 10 miles</w:t>
      </w:r>
    </w:p>
    <w:p w:rsidR="00014211" w:rsidRPr="00014211" w:rsidRDefault="00254BB8" w:rsidP="00014211">
      <w:pPr>
        <w:numPr>
          <w:ilvl w:val="0"/>
          <w:numId w:val="2"/>
        </w:numPr>
        <w:spacing w:line="256" w:lineRule="auto"/>
        <w:jc w:val="both"/>
        <w:rPr>
          <w:rFonts w:cstheme="minorHAnsi"/>
          <w:sz w:val="24"/>
          <w:szCs w:val="24"/>
        </w:rPr>
      </w:pPr>
      <w:r w:rsidRPr="00014211">
        <w:rPr>
          <w:rFonts w:cstheme="minorHAnsi"/>
          <w:b/>
          <w:sz w:val="24"/>
          <w:szCs w:val="24"/>
        </w:rPr>
        <w:t>Lease</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 xml:space="preserve"> Over 300 persons benefited from Land lease.</w:t>
      </w:r>
    </w:p>
    <w:p w:rsidR="00014211" w:rsidRPr="00014211" w:rsidRDefault="00254BB8" w:rsidP="00014211">
      <w:pPr>
        <w:numPr>
          <w:ilvl w:val="0"/>
          <w:numId w:val="2"/>
        </w:numPr>
        <w:spacing w:line="256" w:lineRule="auto"/>
        <w:jc w:val="both"/>
        <w:rPr>
          <w:rFonts w:cstheme="minorHAnsi"/>
          <w:sz w:val="24"/>
          <w:szCs w:val="24"/>
        </w:rPr>
      </w:pPr>
      <w:r w:rsidRPr="00014211">
        <w:rPr>
          <w:rFonts w:cstheme="minorHAnsi"/>
          <w:b/>
          <w:sz w:val="24"/>
          <w:szCs w:val="24"/>
        </w:rPr>
        <w:t>Maintenance D &amp; I structure</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650 miles of access dam grade and shape</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740 miles of channels manually maintained</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 xml:space="preserve">34 </w:t>
      </w:r>
      <w:r w:rsidRPr="00014211">
        <w:rPr>
          <w:rFonts w:cstheme="minorHAnsi"/>
          <w:sz w:val="24"/>
          <w:szCs w:val="24"/>
        </w:rPr>
        <w:t>sluice and regulators maintained</w:t>
      </w:r>
    </w:p>
    <w:p w:rsidR="00014211" w:rsidRPr="00014211" w:rsidRDefault="00254BB8" w:rsidP="00014211">
      <w:pPr>
        <w:numPr>
          <w:ilvl w:val="1"/>
          <w:numId w:val="2"/>
        </w:numPr>
        <w:jc w:val="both"/>
        <w:rPr>
          <w:rFonts w:cstheme="minorHAnsi"/>
          <w:sz w:val="24"/>
          <w:szCs w:val="24"/>
        </w:rPr>
      </w:pPr>
      <w:r w:rsidRPr="00014211">
        <w:rPr>
          <w:rFonts w:cstheme="minorHAnsi"/>
          <w:sz w:val="24"/>
          <w:szCs w:val="24"/>
        </w:rPr>
        <w:t xml:space="preserve">Maintenances </w:t>
      </w:r>
      <w:r>
        <w:rPr>
          <w:rFonts w:cstheme="minorHAnsi"/>
          <w:sz w:val="24"/>
          <w:szCs w:val="24"/>
        </w:rPr>
        <w:t>of</w:t>
      </w:r>
      <w:r w:rsidRPr="00014211">
        <w:rPr>
          <w:rFonts w:cstheme="minorHAnsi"/>
          <w:sz w:val="24"/>
          <w:szCs w:val="24"/>
        </w:rPr>
        <w:t xml:space="preserve"> 6 bridges</w:t>
      </w:r>
    </w:p>
    <w:p w:rsidR="00014211" w:rsidRPr="00014211" w:rsidRDefault="00254BB8" w:rsidP="00014211">
      <w:pPr>
        <w:ind w:left="1080"/>
        <w:jc w:val="center"/>
        <w:rPr>
          <w:rFonts w:cstheme="minorHAnsi"/>
          <w:b/>
          <w:sz w:val="24"/>
          <w:szCs w:val="24"/>
        </w:rPr>
      </w:pPr>
      <w:r w:rsidRPr="00014211">
        <w:rPr>
          <w:rFonts w:cstheme="minorHAnsi"/>
          <w:b/>
          <w:sz w:val="24"/>
          <w:szCs w:val="24"/>
        </w:rPr>
        <w:t xml:space="preserve"> </w:t>
      </w:r>
    </w:p>
    <w:p w:rsidR="00014211" w:rsidRPr="00014211" w:rsidRDefault="00254BB8" w:rsidP="00014211">
      <w:pPr>
        <w:jc w:val="both"/>
        <w:rPr>
          <w:rFonts w:cstheme="minorHAnsi"/>
          <w:b/>
          <w:sz w:val="24"/>
          <w:szCs w:val="24"/>
        </w:rPr>
      </w:pPr>
      <w:r w:rsidRPr="00014211">
        <w:rPr>
          <w:rFonts w:cstheme="minorHAnsi"/>
          <w:b/>
          <w:sz w:val="24"/>
          <w:szCs w:val="24"/>
        </w:rPr>
        <w:t>2024- $747,850,000</w:t>
      </w:r>
    </w:p>
    <w:p w:rsidR="00014211" w:rsidRPr="00014211" w:rsidRDefault="00254BB8" w:rsidP="00014211">
      <w:pPr>
        <w:numPr>
          <w:ilvl w:val="0"/>
          <w:numId w:val="3"/>
        </w:numPr>
        <w:spacing w:line="256" w:lineRule="auto"/>
        <w:jc w:val="both"/>
        <w:rPr>
          <w:rFonts w:cstheme="minorHAnsi"/>
          <w:sz w:val="24"/>
          <w:szCs w:val="24"/>
        </w:rPr>
      </w:pPr>
      <w:r w:rsidRPr="00014211">
        <w:rPr>
          <w:rFonts w:cstheme="minorHAnsi"/>
          <w:sz w:val="24"/>
          <w:szCs w:val="24"/>
        </w:rPr>
        <w:t xml:space="preserve">         </w:t>
      </w:r>
      <w:r w:rsidRPr="00014211">
        <w:rPr>
          <w:rFonts w:cstheme="minorHAnsi"/>
          <w:b/>
          <w:sz w:val="24"/>
          <w:szCs w:val="24"/>
        </w:rPr>
        <w:t>Infrastructure Development</w:t>
      </w:r>
    </w:p>
    <w:p w:rsidR="00014211" w:rsidRPr="00014211" w:rsidRDefault="00254BB8" w:rsidP="00014211">
      <w:pPr>
        <w:numPr>
          <w:ilvl w:val="1"/>
          <w:numId w:val="3"/>
        </w:numPr>
        <w:jc w:val="both"/>
        <w:rPr>
          <w:rFonts w:cstheme="minorHAnsi"/>
          <w:sz w:val="24"/>
          <w:szCs w:val="24"/>
        </w:rPr>
      </w:pPr>
      <w:r w:rsidRPr="00014211">
        <w:rPr>
          <w:rFonts w:cstheme="minorHAnsi"/>
          <w:sz w:val="24"/>
          <w:szCs w:val="24"/>
        </w:rPr>
        <w:t>Construction of 10 no. Secondary Canal Tail Regulator</w:t>
      </w:r>
    </w:p>
    <w:p w:rsidR="00014211" w:rsidRPr="00014211" w:rsidRDefault="00254BB8" w:rsidP="00014211">
      <w:pPr>
        <w:numPr>
          <w:ilvl w:val="1"/>
          <w:numId w:val="3"/>
        </w:numPr>
        <w:jc w:val="both"/>
        <w:rPr>
          <w:rFonts w:cstheme="minorHAnsi"/>
          <w:sz w:val="24"/>
          <w:szCs w:val="24"/>
        </w:rPr>
      </w:pPr>
      <w:r w:rsidRPr="00014211">
        <w:rPr>
          <w:rFonts w:cstheme="minorHAnsi"/>
          <w:sz w:val="24"/>
          <w:szCs w:val="24"/>
        </w:rPr>
        <w:t>Heighten of Conservancy dam – 3 miles</w:t>
      </w:r>
    </w:p>
    <w:p w:rsidR="00014211" w:rsidRPr="00014211" w:rsidRDefault="00254BB8" w:rsidP="00014211">
      <w:pPr>
        <w:numPr>
          <w:ilvl w:val="1"/>
          <w:numId w:val="3"/>
        </w:numPr>
        <w:jc w:val="both"/>
        <w:rPr>
          <w:rFonts w:cstheme="minorHAnsi"/>
          <w:sz w:val="24"/>
          <w:szCs w:val="24"/>
        </w:rPr>
      </w:pPr>
      <w:r w:rsidRPr="00014211">
        <w:rPr>
          <w:rFonts w:cstheme="minorHAnsi"/>
          <w:sz w:val="24"/>
          <w:szCs w:val="24"/>
        </w:rPr>
        <w:t>Rehabilitation of Seed Facility</w:t>
      </w:r>
    </w:p>
    <w:p w:rsidR="00014211" w:rsidRPr="00014211" w:rsidRDefault="00254BB8" w:rsidP="00014211">
      <w:pPr>
        <w:numPr>
          <w:ilvl w:val="1"/>
          <w:numId w:val="3"/>
        </w:numPr>
        <w:jc w:val="both"/>
        <w:rPr>
          <w:rFonts w:cstheme="minorHAnsi"/>
          <w:sz w:val="24"/>
          <w:szCs w:val="24"/>
        </w:rPr>
      </w:pPr>
      <w:r w:rsidRPr="00014211">
        <w:rPr>
          <w:rFonts w:cstheme="minorHAnsi"/>
          <w:sz w:val="24"/>
          <w:szCs w:val="24"/>
        </w:rPr>
        <w:lastRenderedPageBreak/>
        <w:t xml:space="preserve">Rehabilitation </w:t>
      </w:r>
      <w:r w:rsidRPr="00014211">
        <w:rPr>
          <w:rFonts w:cstheme="minorHAnsi"/>
          <w:sz w:val="24"/>
          <w:szCs w:val="24"/>
        </w:rPr>
        <w:t>of 12 miles of channel – 5000 acres Cattle Pasture and Von Better</w:t>
      </w:r>
    </w:p>
    <w:p w:rsidR="00014211" w:rsidRPr="00014211" w:rsidRDefault="00254BB8" w:rsidP="00014211">
      <w:pPr>
        <w:numPr>
          <w:ilvl w:val="0"/>
          <w:numId w:val="3"/>
        </w:numPr>
        <w:spacing w:line="256" w:lineRule="auto"/>
        <w:jc w:val="both"/>
        <w:rPr>
          <w:rFonts w:cstheme="minorHAnsi"/>
          <w:sz w:val="24"/>
          <w:szCs w:val="24"/>
        </w:rPr>
      </w:pPr>
      <w:r w:rsidRPr="00014211">
        <w:rPr>
          <w:rFonts w:cstheme="minorHAnsi"/>
          <w:sz w:val="24"/>
          <w:szCs w:val="24"/>
        </w:rPr>
        <w:t xml:space="preserve">·         </w:t>
      </w:r>
      <w:r w:rsidRPr="00014211">
        <w:rPr>
          <w:rFonts w:cstheme="minorHAnsi"/>
          <w:b/>
          <w:sz w:val="24"/>
          <w:szCs w:val="24"/>
        </w:rPr>
        <w:t>Maintenance D &amp; I structure</w:t>
      </w:r>
    </w:p>
    <w:p w:rsidR="00014211" w:rsidRPr="00014211" w:rsidRDefault="00254BB8" w:rsidP="00014211">
      <w:pPr>
        <w:numPr>
          <w:ilvl w:val="1"/>
          <w:numId w:val="3"/>
        </w:numPr>
        <w:jc w:val="both"/>
        <w:rPr>
          <w:rFonts w:cstheme="minorHAnsi"/>
          <w:sz w:val="24"/>
          <w:szCs w:val="24"/>
        </w:rPr>
      </w:pPr>
      <w:r w:rsidRPr="00014211">
        <w:rPr>
          <w:rFonts w:cstheme="minorHAnsi"/>
          <w:sz w:val="24"/>
          <w:szCs w:val="24"/>
        </w:rPr>
        <w:t>650 miles of access dam grade and shape</w:t>
      </w:r>
    </w:p>
    <w:p w:rsidR="00014211" w:rsidRPr="00014211" w:rsidRDefault="00254BB8" w:rsidP="00014211">
      <w:pPr>
        <w:numPr>
          <w:ilvl w:val="1"/>
          <w:numId w:val="3"/>
        </w:numPr>
        <w:jc w:val="both"/>
        <w:rPr>
          <w:rFonts w:cstheme="minorHAnsi"/>
          <w:sz w:val="24"/>
          <w:szCs w:val="24"/>
        </w:rPr>
      </w:pPr>
      <w:r w:rsidRPr="00014211">
        <w:rPr>
          <w:rFonts w:cstheme="minorHAnsi"/>
          <w:sz w:val="24"/>
          <w:szCs w:val="24"/>
        </w:rPr>
        <w:t>740 miles of channels manually maintained</w:t>
      </w:r>
    </w:p>
    <w:p w:rsidR="00014211" w:rsidRPr="00014211" w:rsidRDefault="00254BB8" w:rsidP="00014211">
      <w:pPr>
        <w:numPr>
          <w:ilvl w:val="1"/>
          <w:numId w:val="3"/>
        </w:numPr>
        <w:jc w:val="both"/>
        <w:rPr>
          <w:rFonts w:cstheme="minorHAnsi"/>
          <w:sz w:val="24"/>
          <w:szCs w:val="24"/>
        </w:rPr>
      </w:pPr>
      <w:r w:rsidRPr="00014211">
        <w:rPr>
          <w:rFonts w:cstheme="minorHAnsi"/>
          <w:sz w:val="24"/>
          <w:szCs w:val="24"/>
        </w:rPr>
        <w:t>34 sluice and regulators maintained</w:t>
      </w:r>
    </w:p>
    <w:p w:rsidR="00014211" w:rsidRPr="00014211" w:rsidRDefault="00254BB8" w:rsidP="00014211">
      <w:pPr>
        <w:numPr>
          <w:ilvl w:val="1"/>
          <w:numId w:val="3"/>
        </w:numPr>
        <w:jc w:val="both"/>
        <w:rPr>
          <w:rFonts w:cstheme="minorHAnsi"/>
          <w:sz w:val="24"/>
          <w:szCs w:val="24"/>
        </w:rPr>
      </w:pPr>
      <w:r w:rsidRPr="00014211">
        <w:rPr>
          <w:rFonts w:cstheme="minorHAnsi"/>
          <w:sz w:val="24"/>
          <w:szCs w:val="24"/>
        </w:rPr>
        <w:t xml:space="preserve"> Maintenances to 6 bridges</w:t>
      </w:r>
    </w:p>
    <w:p w:rsidR="00014211" w:rsidRPr="00014211" w:rsidRDefault="00254BB8" w:rsidP="00014211">
      <w:pPr>
        <w:numPr>
          <w:ilvl w:val="0"/>
          <w:numId w:val="3"/>
        </w:numPr>
        <w:spacing w:line="256" w:lineRule="auto"/>
        <w:jc w:val="both"/>
        <w:rPr>
          <w:rFonts w:cstheme="minorHAnsi"/>
          <w:sz w:val="24"/>
          <w:szCs w:val="24"/>
        </w:rPr>
      </w:pPr>
      <w:r w:rsidRPr="00014211">
        <w:rPr>
          <w:rFonts w:cstheme="minorHAnsi"/>
          <w:sz w:val="24"/>
          <w:szCs w:val="24"/>
        </w:rPr>
        <w:t xml:space="preserve">         </w:t>
      </w:r>
      <w:r w:rsidRPr="00014211">
        <w:rPr>
          <w:rFonts w:cstheme="minorHAnsi"/>
          <w:b/>
          <w:sz w:val="24"/>
          <w:szCs w:val="24"/>
        </w:rPr>
        <w:t>Seed Paddy Production</w:t>
      </w:r>
    </w:p>
    <w:p w:rsidR="00014211" w:rsidRPr="00014211" w:rsidRDefault="00254BB8" w:rsidP="00014211">
      <w:pPr>
        <w:numPr>
          <w:ilvl w:val="1"/>
          <w:numId w:val="3"/>
        </w:numPr>
        <w:jc w:val="both"/>
        <w:rPr>
          <w:rFonts w:cstheme="minorHAnsi"/>
          <w:sz w:val="24"/>
          <w:szCs w:val="24"/>
        </w:rPr>
      </w:pPr>
      <w:r w:rsidRPr="00014211">
        <w:rPr>
          <w:rFonts w:cstheme="minorHAnsi"/>
          <w:sz w:val="24"/>
          <w:szCs w:val="24"/>
        </w:rPr>
        <w:t>Processed 54,581 bags seed paddy.</w:t>
      </w:r>
    </w:p>
    <w:p w:rsidR="00014211" w:rsidRPr="00014211" w:rsidRDefault="00254BB8" w:rsidP="00014211">
      <w:pPr>
        <w:ind w:left="2160"/>
        <w:jc w:val="both"/>
        <w:rPr>
          <w:rFonts w:cstheme="minorHAnsi"/>
          <w:sz w:val="24"/>
          <w:szCs w:val="24"/>
        </w:rPr>
      </w:pPr>
    </w:p>
    <w:p w:rsidR="00014211" w:rsidRPr="00014211" w:rsidRDefault="00254BB8" w:rsidP="00014211">
      <w:pPr>
        <w:jc w:val="both"/>
        <w:rPr>
          <w:rFonts w:cstheme="minorHAnsi"/>
          <w:b/>
          <w:sz w:val="24"/>
          <w:szCs w:val="24"/>
        </w:rPr>
      </w:pPr>
      <w:r w:rsidRPr="00014211">
        <w:rPr>
          <w:rFonts w:cstheme="minorHAnsi"/>
          <w:b/>
          <w:sz w:val="24"/>
          <w:szCs w:val="24"/>
        </w:rPr>
        <w:t>2025 Plan - $884,412,000</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 xml:space="preserve">Improvement Works on </w:t>
      </w:r>
      <w:proofErr w:type="spellStart"/>
      <w:r w:rsidRPr="00014211">
        <w:rPr>
          <w:rFonts w:cstheme="minorHAnsi"/>
          <w:sz w:val="24"/>
          <w:szCs w:val="24"/>
          <w:highlight w:val="white"/>
        </w:rPr>
        <w:t>Abary</w:t>
      </w:r>
      <w:proofErr w:type="spellEnd"/>
      <w:r w:rsidRPr="00014211">
        <w:rPr>
          <w:rFonts w:cstheme="minorHAnsi"/>
          <w:sz w:val="24"/>
          <w:szCs w:val="24"/>
          <w:highlight w:val="white"/>
        </w:rPr>
        <w:t xml:space="preserve"> Conservancy Dam and Construction of Conservancy Attendant Houses</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Heightening of Main Canal Embankment</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Rehabilitation of Secondary Canal He</w:t>
      </w:r>
      <w:r w:rsidRPr="00014211">
        <w:rPr>
          <w:rFonts w:cstheme="minorHAnsi"/>
          <w:sz w:val="24"/>
          <w:szCs w:val="24"/>
          <w:highlight w:val="white"/>
        </w:rPr>
        <w:t>ad Regulator Gantries, Lifting Mechanisms and Doors and Construction of Doors for Intermediate and Branch Canal Regulators and Seas and River Sluices"</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Provision of Ironmongery for Seas/River Sluices</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Provision and Installation of Stoplogs for 7 Door Sluice</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Supply and Delivery of HDPE Pipes</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 xml:space="preserve">Construction of </w:t>
      </w:r>
      <w:proofErr w:type="spellStart"/>
      <w:r w:rsidRPr="00014211">
        <w:rPr>
          <w:rFonts w:cstheme="minorHAnsi"/>
          <w:sz w:val="24"/>
          <w:szCs w:val="24"/>
          <w:highlight w:val="white"/>
        </w:rPr>
        <w:t>Mahaicony</w:t>
      </w:r>
      <w:proofErr w:type="spellEnd"/>
      <w:r w:rsidRPr="00014211">
        <w:rPr>
          <w:rFonts w:cstheme="minorHAnsi"/>
          <w:sz w:val="24"/>
          <w:szCs w:val="24"/>
          <w:highlight w:val="white"/>
        </w:rPr>
        <w:t xml:space="preserve"> Façade Internal Dam between Pine Ground and Perriera Dam</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 xml:space="preserve">Construction of Drain and Embankments –Wash Clothes 300 Cross to </w:t>
      </w:r>
      <w:proofErr w:type="spellStart"/>
      <w:r w:rsidRPr="00014211">
        <w:rPr>
          <w:rFonts w:cstheme="minorHAnsi"/>
          <w:sz w:val="24"/>
          <w:szCs w:val="24"/>
          <w:highlight w:val="white"/>
        </w:rPr>
        <w:t>Gudge</w:t>
      </w:r>
      <w:proofErr w:type="spellEnd"/>
      <w:r w:rsidRPr="00014211">
        <w:rPr>
          <w:rFonts w:cstheme="minorHAnsi"/>
          <w:sz w:val="24"/>
          <w:szCs w:val="24"/>
          <w:highlight w:val="white"/>
        </w:rPr>
        <w:t xml:space="preserve"> Canal</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Procurement of One (1) Canter with Hi-ab</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rPr>
        <w:t xml:space="preserve"> </w:t>
      </w:r>
      <w:r w:rsidRPr="00014211">
        <w:rPr>
          <w:rFonts w:cstheme="minorHAnsi"/>
          <w:sz w:val="24"/>
          <w:szCs w:val="24"/>
          <w:highlight w:val="white"/>
        </w:rPr>
        <w:t>Procurement of One T</w:t>
      </w:r>
      <w:r w:rsidRPr="00014211">
        <w:rPr>
          <w:rFonts w:cstheme="minorHAnsi"/>
          <w:sz w:val="24"/>
          <w:szCs w:val="24"/>
          <w:highlight w:val="white"/>
        </w:rPr>
        <w:t>ractor and implement</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Rehabilitation of Rice Seed Facility</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Construction of Pump Structures– Poor Fellow and Pandit Channels</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lastRenderedPageBreak/>
        <w:t xml:space="preserve">Heightening and Widening of </w:t>
      </w:r>
      <w:proofErr w:type="spellStart"/>
      <w:r w:rsidRPr="00014211">
        <w:rPr>
          <w:rFonts w:cstheme="minorHAnsi"/>
          <w:sz w:val="24"/>
          <w:szCs w:val="24"/>
          <w:highlight w:val="white"/>
        </w:rPr>
        <w:t>Abary</w:t>
      </w:r>
      <w:proofErr w:type="spellEnd"/>
      <w:r w:rsidRPr="00014211">
        <w:rPr>
          <w:rFonts w:cstheme="minorHAnsi"/>
          <w:sz w:val="24"/>
          <w:szCs w:val="24"/>
          <w:highlight w:val="white"/>
        </w:rPr>
        <w:t xml:space="preserve"> River Flood Embankment</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rPr>
        <w:t xml:space="preserve"> </w:t>
      </w:r>
      <w:r w:rsidRPr="00014211">
        <w:rPr>
          <w:rFonts w:cstheme="minorHAnsi"/>
          <w:sz w:val="24"/>
          <w:szCs w:val="24"/>
          <w:highlight w:val="white"/>
        </w:rPr>
        <w:t>Rehabilitation of Facade Drain</w:t>
      </w:r>
    </w:p>
    <w:p w:rsidR="00014211" w:rsidRPr="00014211" w:rsidRDefault="00254BB8" w:rsidP="00014211">
      <w:pPr>
        <w:numPr>
          <w:ilvl w:val="0"/>
          <w:numId w:val="6"/>
        </w:numPr>
        <w:jc w:val="both"/>
        <w:rPr>
          <w:rFonts w:cstheme="minorHAnsi"/>
          <w:sz w:val="24"/>
          <w:szCs w:val="24"/>
        </w:rPr>
      </w:pPr>
      <w:r w:rsidRPr="00014211">
        <w:rPr>
          <w:rFonts w:cstheme="minorHAnsi"/>
          <w:sz w:val="24"/>
          <w:szCs w:val="24"/>
          <w:highlight w:val="white"/>
        </w:rPr>
        <w:t>Heightening of Embankment – Branch Canal 23</w:t>
      </w:r>
    </w:p>
    <w:p w:rsidR="00014211" w:rsidRPr="00014211" w:rsidRDefault="00254BB8" w:rsidP="00014211">
      <w:pPr>
        <w:jc w:val="both"/>
        <w:rPr>
          <w:rFonts w:cstheme="minorHAnsi"/>
          <w:b/>
          <w:sz w:val="24"/>
          <w:szCs w:val="24"/>
        </w:rPr>
      </w:pPr>
    </w:p>
    <w:p w:rsidR="00014211" w:rsidRPr="00014211" w:rsidRDefault="00254BB8" w:rsidP="00014211">
      <w:pPr>
        <w:jc w:val="both"/>
        <w:rPr>
          <w:rFonts w:cstheme="minorHAnsi"/>
          <w:b/>
          <w:sz w:val="24"/>
          <w:szCs w:val="24"/>
        </w:rPr>
      </w:pPr>
      <w:proofErr w:type="spellStart"/>
      <w:r w:rsidRPr="00014211">
        <w:rPr>
          <w:rFonts w:cstheme="minorHAnsi"/>
          <w:b/>
          <w:sz w:val="24"/>
          <w:szCs w:val="24"/>
        </w:rPr>
        <w:t>GuSuCo</w:t>
      </w:r>
      <w:proofErr w:type="spellEnd"/>
      <w:r w:rsidRPr="00014211">
        <w:rPr>
          <w:rFonts w:cstheme="minorHAnsi"/>
          <w:b/>
          <w:sz w:val="24"/>
          <w:szCs w:val="24"/>
        </w:rPr>
        <w:t xml:space="preserve"> | 2022-2024 | </w:t>
      </w:r>
      <w:r w:rsidRPr="00014211">
        <w:rPr>
          <w:rFonts w:cstheme="minorHAnsi"/>
          <w:b/>
          <w:color w:val="202124"/>
          <w:sz w:val="24"/>
          <w:szCs w:val="24"/>
        </w:rPr>
        <w:t>$2,138,000,000</w:t>
      </w:r>
      <w:r w:rsidRPr="00014211">
        <w:rPr>
          <w:rFonts w:cstheme="minorHAnsi"/>
          <w:b/>
          <w:sz w:val="24"/>
          <w:szCs w:val="24"/>
        </w:rPr>
        <w:t xml:space="preserve"> </w:t>
      </w:r>
    </w:p>
    <w:p w:rsidR="00014211" w:rsidRPr="00014211" w:rsidRDefault="00254BB8" w:rsidP="00014211">
      <w:pPr>
        <w:jc w:val="both"/>
        <w:rPr>
          <w:rFonts w:cstheme="minorHAnsi"/>
          <w:b/>
          <w:color w:val="202124"/>
          <w:sz w:val="24"/>
          <w:szCs w:val="24"/>
        </w:rPr>
      </w:pPr>
      <w:proofErr w:type="spellStart"/>
      <w:r w:rsidRPr="00014211">
        <w:rPr>
          <w:rFonts w:cstheme="minorHAnsi"/>
          <w:b/>
          <w:color w:val="FF0000"/>
          <w:sz w:val="24"/>
          <w:szCs w:val="24"/>
        </w:rPr>
        <w:t>Blairmont</w:t>
      </w:r>
      <w:proofErr w:type="spellEnd"/>
      <w:r w:rsidRPr="00014211">
        <w:rPr>
          <w:rFonts w:cstheme="minorHAnsi"/>
          <w:b/>
          <w:color w:val="FF0000"/>
          <w:sz w:val="24"/>
          <w:szCs w:val="24"/>
        </w:rPr>
        <w:t xml:space="preserve"> Estate</w:t>
      </w:r>
      <w:r w:rsidRPr="00014211">
        <w:rPr>
          <w:rFonts w:cstheme="minorHAnsi"/>
          <w:b/>
          <w:sz w:val="24"/>
          <w:szCs w:val="24"/>
        </w:rPr>
        <w:t xml:space="preserve"> in 2022-2024</w:t>
      </w:r>
      <w:r w:rsidRPr="00014211">
        <w:rPr>
          <w:rFonts w:cstheme="minorHAnsi"/>
          <w:sz w:val="24"/>
          <w:szCs w:val="24"/>
        </w:rPr>
        <w:t xml:space="preserve">:  </w:t>
      </w:r>
      <w:r w:rsidRPr="00014211">
        <w:rPr>
          <w:rFonts w:cstheme="minorHAnsi"/>
          <w:b/>
          <w:sz w:val="24"/>
          <w:szCs w:val="24"/>
        </w:rPr>
        <w:t>$</w:t>
      </w:r>
      <w:r w:rsidRPr="00014211">
        <w:rPr>
          <w:rFonts w:cstheme="minorHAnsi"/>
          <w:b/>
          <w:color w:val="202124"/>
          <w:sz w:val="24"/>
          <w:szCs w:val="24"/>
        </w:rPr>
        <w:t>2,138,000,000</w:t>
      </w:r>
    </w:p>
    <w:p w:rsidR="00014211" w:rsidRPr="00014211" w:rsidRDefault="00254BB8" w:rsidP="00014211">
      <w:pPr>
        <w:jc w:val="both"/>
        <w:rPr>
          <w:rFonts w:cstheme="minorHAnsi"/>
          <w:color w:val="202124"/>
          <w:sz w:val="24"/>
          <w:szCs w:val="24"/>
        </w:rPr>
      </w:pPr>
      <w:r w:rsidRPr="00014211">
        <w:rPr>
          <w:rFonts w:cstheme="minorHAnsi"/>
          <w:color w:val="202124"/>
          <w:sz w:val="24"/>
          <w:szCs w:val="24"/>
        </w:rPr>
        <w:t>Some of the investments:</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Complete Sets of Land Leveling Equipment - Scraper Box, Laser &amp; Tripod| $296,229,748</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SUPPLY AND DELIVERY OF 195HP 4WD ARTICULATED TRACTORS – BCF|$</w:t>
      </w:r>
      <w:r w:rsidRPr="00014211">
        <w:rPr>
          <w:rFonts w:cstheme="minorHAnsi"/>
          <w:color w:val="202124"/>
          <w:sz w:val="24"/>
          <w:szCs w:val="24"/>
        </w:rPr>
        <w:t>163,762,760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 xml:space="preserve"> 4 Articulated Tractors |$162,607,680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Purchase of 15 &amp; 12" Corrugated Drainage Tubes/Pipes |$130,347,120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Land Conversion &amp; Rehabilitation | $129,058,864</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Mechanical Cane Harvester - BCF   |$120,000,000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 xml:space="preserve">REHABILITATION OF BLAIRMONT ESTATE SUGAR </w:t>
      </w:r>
      <w:r w:rsidRPr="00014211">
        <w:rPr>
          <w:rFonts w:cstheme="minorHAnsi"/>
          <w:color w:val="202124"/>
          <w:sz w:val="24"/>
          <w:szCs w:val="24"/>
        </w:rPr>
        <w:t>WHARF – NPTAB|$99,142,150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100-110 HP 4WD Tractors -AN / BCF| $74,900,000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 xml:space="preserve"> Thirteen (13) 80-100 HP Two Wheel Drive Tractors |$74,709,000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 xml:space="preserve"> Supply and Delivery of Three wheeled Tri-Cycle Sugarcane Grab-Loaders |$73,496,400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Extension of sugar Storage Bond-</w:t>
      </w:r>
      <w:proofErr w:type="spellStart"/>
      <w:r w:rsidRPr="00014211">
        <w:rPr>
          <w:rFonts w:cstheme="minorHAnsi"/>
          <w:color w:val="202124"/>
          <w:sz w:val="24"/>
          <w:szCs w:val="24"/>
        </w:rPr>
        <w:t>Blai</w:t>
      </w:r>
      <w:r w:rsidRPr="00014211">
        <w:rPr>
          <w:rFonts w:cstheme="minorHAnsi"/>
          <w:color w:val="202124"/>
          <w:sz w:val="24"/>
          <w:szCs w:val="24"/>
        </w:rPr>
        <w:t>rmont</w:t>
      </w:r>
      <w:proofErr w:type="spellEnd"/>
      <w:r w:rsidRPr="00014211">
        <w:rPr>
          <w:rFonts w:cstheme="minorHAnsi"/>
          <w:color w:val="202124"/>
          <w:sz w:val="24"/>
          <w:szCs w:val="24"/>
        </w:rPr>
        <w:t xml:space="preserve"> Estate|$70,157,259</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Land Rehabilitation|$70,062,821</w:t>
      </w:r>
    </w:p>
    <w:p w:rsidR="00014211" w:rsidRPr="00196017" w:rsidRDefault="00254BB8" w:rsidP="00196017">
      <w:pPr>
        <w:numPr>
          <w:ilvl w:val="0"/>
          <w:numId w:val="8"/>
        </w:numPr>
        <w:jc w:val="both"/>
        <w:rPr>
          <w:rFonts w:cstheme="minorHAnsi"/>
          <w:color w:val="202124"/>
          <w:sz w:val="24"/>
          <w:szCs w:val="24"/>
        </w:rPr>
      </w:pPr>
      <w:r w:rsidRPr="00014211">
        <w:rPr>
          <w:rFonts w:cstheme="minorHAnsi"/>
          <w:color w:val="202124"/>
          <w:sz w:val="24"/>
          <w:szCs w:val="24"/>
        </w:rPr>
        <w:t xml:space="preserve">Assorted Materials </w:t>
      </w:r>
      <w:proofErr w:type="gramStart"/>
      <w:r w:rsidRPr="00014211">
        <w:rPr>
          <w:rFonts w:cstheme="minorHAnsi"/>
          <w:color w:val="202124"/>
          <w:sz w:val="24"/>
          <w:szCs w:val="24"/>
        </w:rPr>
        <w:t>For</w:t>
      </w:r>
      <w:proofErr w:type="gramEnd"/>
      <w:r w:rsidRPr="00014211">
        <w:rPr>
          <w:rFonts w:cstheme="minorHAnsi"/>
          <w:color w:val="202124"/>
          <w:sz w:val="24"/>
          <w:szCs w:val="24"/>
        </w:rPr>
        <w:t xml:space="preserve"> Fabrication Of Cane-Transport Punts (Barges)| </w:t>
      </w:r>
      <w:r w:rsidRPr="00196017">
        <w:rPr>
          <w:rFonts w:cstheme="minorHAnsi"/>
          <w:color w:val="202124"/>
          <w:sz w:val="24"/>
          <w:szCs w:val="24"/>
        </w:rPr>
        <w:t>$67,210,885</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Installation of Vacuum Pan at BCF |$59,869,000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Purchase of Seamless Straight Boiler Tubes- The Industry|$55,440,000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lastRenderedPageBreak/>
        <w:t>Re</w:t>
      </w:r>
      <w:r w:rsidRPr="00014211">
        <w:rPr>
          <w:rFonts w:cstheme="minorHAnsi"/>
          <w:color w:val="202124"/>
          <w:sz w:val="24"/>
          <w:szCs w:val="24"/>
        </w:rPr>
        <w:t>habilitation of 100 Cane Transport Punts for the Industry|$44,505,700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Long Reach Excavator|$32,000,000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Land Development -</w:t>
      </w:r>
      <w:proofErr w:type="spellStart"/>
      <w:r w:rsidRPr="00014211">
        <w:rPr>
          <w:rFonts w:cstheme="minorHAnsi"/>
          <w:color w:val="202124"/>
          <w:sz w:val="24"/>
          <w:szCs w:val="24"/>
        </w:rPr>
        <w:t>Blairmont</w:t>
      </w:r>
      <w:proofErr w:type="spellEnd"/>
      <w:r w:rsidRPr="00014211">
        <w:rPr>
          <w:rFonts w:cstheme="minorHAnsi"/>
          <w:color w:val="202124"/>
          <w:sz w:val="24"/>
          <w:szCs w:val="24"/>
        </w:rPr>
        <w:t xml:space="preserve"> (300 </w:t>
      </w:r>
      <w:proofErr w:type="gramStart"/>
      <w:r w:rsidRPr="00014211">
        <w:rPr>
          <w:rFonts w:cstheme="minorHAnsi"/>
          <w:color w:val="202124"/>
          <w:sz w:val="24"/>
          <w:szCs w:val="24"/>
        </w:rPr>
        <w:t>Ha)|</w:t>
      </w:r>
      <w:proofErr w:type="gramEnd"/>
      <w:r w:rsidRPr="00014211">
        <w:rPr>
          <w:rFonts w:cstheme="minorHAnsi"/>
          <w:color w:val="202124"/>
          <w:sz w:val="24"/>
          <w:szCs w:val="24"/>
        </w:rPr>
        <w:t>$27,000,000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Factory Pumps| $25,461,579</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Front End Loaders|$24,850,000</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CRUSHER RUN FOR BCF|$22,996,504</w:t>
      </w:r>
    </w:p>
    <w:p w:rsidR="00014211" w:rsidRPr="00014211" w:rsidRDefault="00254BB8" w:rsidP="00014211">
      <w:pPr>
        <w:numPr>
          <w:ilvl w:val="0"/>
          <w:numId w:val="8"/>
        </w:numPr>
        <w:jc w:val="both"/>
        <w:rPr>
          <w:rFonts w:cstheme="minorHAnsi"/>
          <w:color w:val="202124"/>
          <w:sz w:val="24"/>
          <w:szCs w:val="24"/>
        </w:rPr>
      </w:pPr>
      <w:r w:rsidRPr="00014211">
        <w:rPr>
          <w:rFonts w:cstheme="minorHAnsi"/>
          <w:color w:val="202124"/>
          <w:sz w:val="24"/>
          <w:szCs w:val="24"/>
        </w:rPr>
        <w:t xml:space="preserve">80-100HP 4WD Agri. Tractors - BCF $21,400,000 </w:t>
      </w:r>
    </w:p>
    <w:p w:rsidR="00014211" w:rsidRPr="00014211" w:rsidRDefault="00254BB8" w:rsidP="00014211">
      <w:pPr>
        <w:jc w:val="both"/>
        <w:rPr>
          <w:rFonts w:cstheme="minorHAnsi"/>
          <w:b/>
          <w:sz w:val="24"/>
          <w:szCs w:val="24"/>
        </w:rPr>
      </w:pPr>
    </w:p>
    <w:p w:rsidR="00014211" w:rsidRPr="00014211" w:rsidRDefault="00254BB8" w:rsidP="00014211">
      <w:pPr>
        <w:jc w:val="both"/>
        <w:rPr>
          <w:rFonts w:cstheme="minorHAnsi"/>
          <w:b/>
          <w:color w:val="202124"/>
          <w:sz w:val="24"/>
          <w:szCs w:val="24"/>
        </w:rPr>
      </w:pPr>
      <w:r w:rsidRPr="00014211">
        <w:rPr>
          <w:rFonts w:cstheme="minorHAnsi"/>
          <w:b/>
          <w:sz w:val="24"/>
          <w:szCs w:val="24"/>
        </w:rPr>
        <w:t xml:space="preserve">NDIA | $8,031,881,485 </w:t>
      </w:r>
      <w:r w:rsidRPr="00014211">
        <w:rPr>
          <w:rFonts w:cstheme="minorHAnsi"/>
          <w:b/>
          <w:color w:val="202124"/>
          <w:sz w:val="24"/>
          <w:szCs w:val="24"/>
        </w:rPr>
        <w:t>| 2020-2025</w:t>
      </w:r>
    </w:p>
    <w:p w:rsidR="00014211" w:rsidRPr="00014211" w:rsidRDefault="00254BB8" w:rsidP="00014211">
      <w:pPr>
        <w:ind w:left="360"/>
        <w:jc w:val="both"/>
        <w:rPr>
          <w:rFonts w:cstheme="minorHAnsi"/>
          <w:sz w:val="24"/>
          <w:szCs w:val="24"/>
        </w:rPr>
      </w:pPr>
      <w:r w:rsidRPr="00014211">
        <w:rPr>
          <w:rFonts w:cstheme="minorHAnsi"/>
          <w:sz w:val="24"/>
          <w:szCs w:val="24"/>
        </w:rPr>
        <w:t>2020| $182,770,233</w:t>
      </w:r>
    </w:p>
    <w:p w:rsidR="00014211" w:rsidRPr="00014211" w:rsidRDefault="00254BB8" w:rsidP="00014211">
      <w:pPr>
        <w:ind w:left="360"/>
        <w:jc w:val="both"/>
        <w:rPr>
          <w:rFonts w:cstheme="minorHAnsi"/>
          <w:sz w:val="24"/>
          <w:szCs w:val="24"/>
        </w:rPr>
      </w:pPr>
      <w:r w:rsidRPr="00014211">
        <w:rPr>
          <w:rFonts w:cstheme="minorHAnsi"/>
          <w:sz w:val="24"/>
          <w:szCs w:val="24"/>
        </w:rPr>
        <w:t>2021| $117,776,560</w:t>
      </w:r>
    </w:p>
    <w:p w:rsidR="00014211" w:rsidRPr="00014211" w:rsidRDefault="00254BB8" w:rsidP="00014211">
      <w:pPr>
        <w:ind w:left="360"/>
        <w:jc w:val="both"/>
        <w:rPr>
          <w:rFonts w:cstheme="minorHAnsi"/>
          <w:sz w:val="24"/>
          <w:szCs w:val="24"/>
        </w:rPr>
      </w:pPr>
      <w:r w:rsidRPr="00014211">
        <w:rPr>
          <w:rFonts w:cstheme="minorHAnsi"/>
          <w:sz w:val="24"/>
          <w:szCs w:val="24"/>
        </w:rPr>
        <w:t>2022| $751,008,439</w:t>
      </w:r>
    </w:p>
    <w:p w:rsidR="00014211" w:rsidRPr="00014211" w:rsidRDefault="00254BB8" w:rsidP="00014211">
      <w:pPr>
        <w:ind w:left="360"/>
        <w:jc w:val="both"/>
        <w:rPr>
          <w:rFonts w:cstheme="minorHAnsi"/>
          <w:sz w:val="24"/>
          <w:szCs w:val="24"/>
        </w:rPr>
      </w:pPr>
      <w:r w:rsidRPr="00014211">
        <w:rPr>
          <w:rFonts w:cstheme="minorHAnsi"/>
          <w:sz w:val="24"/>
          <w:szCs w:val="24"/>
        </w:rPr>
        <w:t>2023| $869,533,642</w:t>
      </w:r>
    </w:p>
    <w:p w:rsidR="00014211" w:rsidRPr="00014211" w:rsidRDefault="00254BB8" w:rsidP="00014211">
      <w:pPr>
        <w:ind w:left="360"/>
        <w:jc w:val="both"/>
        <w:rPr>
          <w:rFonts w:cstheme="minorHAnsi"/>
          <w:sz w:val="24"/>
          <w:szCs w:val="24"/>
        </w:rPr>
      </w:pPr>
      <w:r w:rsidRPr="00014211">
        <w:rPr>
          <w:rFonts w:cstheme="minorHAnsi"/>
          <w:sz w:val="24"/>
          <w:szCs w:val="24"/>
        </w:rPr>
        <w:t>2024| $3,490,595,071</w:t>
      </w:r>
    </w:p>
    <w:p w:rsidR="00014211" w:rsidRPr="00014211" w:rsidRDefault="00254BB8" w:rsidP="00014211">
      <w:pPr>
        <w:ind w:left="360"/>
        <w:jc w:val="both"/>
        <w:rPr>
          <w:rFonts w:cstheme="minorHAnsi"/>
          <w:sz w:val="24"/>
          <w:szCs w:val="24"/>
        </w:rPr>
      </w:pPr>
      <w:r w:rsidRPr="00014211">
        <w:rPr>
          <w:rFonts w:cstheme="minorHAnsi"/>
          <w:sz w:val="24"/>
          <w:szCs w:val="24"/>
        </w:rPr>
        <w:t>2025| $2,620,197,539</w:t>
      </w:r>
    </w:p>
    <w:p w:rsidR="003F0CA9" w:rsidRPr="00014211" w:rsidRDefault="00254BB8">
      <w:pPr>
        <w:rPr>
          <w:rFonts w:cstheme="minorHAnsi"/>
          <w:sz w:val="24"/>
          <w:szCs w:val="24"/>
        </w:rPr>
      </w:pPr>
    </w:p>
    <w:p w:rsidR="00405CE4" w:rsidRPr="00307A7A" w:rsidRDefault="00254BB8" w:rsidP="1784A306">
      <w:pPr>
        <w:spacing w:before="240" w:after="240"/>
        <w:jc w:val="center"/>
        <w:rPr>
          <w:rFonts w:ascii="Times New Roman" w:hAnsi="Times New Roman" w:cs="Times New Roman"/>
          <w:b/>
          <w:bCs/>
          <w:color w:val="FF0000"/>
          <w:sz w:val="28"/>
          <w:szCs w:val="28"/>
        </w:rPr>
      </w:pPr>
      <w:r w:rsidRPr="1784A306">
        <w:rPr>
          <w:rFonts w:ascii="Times New Roman" w:hAnsi="Times New Roman" w:cs="Times New Roman"/>
          <w:b/>
          <w:bCs/>
          <w:color w:val="FF0000"/>
          <w:sz w:val="28"/>
          <w:szCs w:val="28"/>
        </w:rPr>
        <w:t xml:space="preserve">Ministry of Agriculture |  </w:t>
      </w:r>
      <w:r w:rsidRPr="1784A306">
        <w:rPr>
          <w:rFonts w:ascii="Times New Roman" w:hAnsi="Times New Roman" w:cs="Times New Roman"/>
          <w:b/>
          <w:bCs/>
          <w:color w:val="FF0000"/>
          <w:sz w:val="28"/>
          <w:szCs w:val="28"/>
        </w:rPr>
        <w:t>$42,641,746,413</w:t>
      </w:r>
      <w:r w:rsidRPr="1784A306">
        <w:rPr>
          <w:rFonts w:ascii="Times New Roman" w:hAnsi="Times New Roman" w:cs="Times New Roman"/>
          <w:b/>
          <w:bCs/>
          <w:color w:val="FF0000"/>
          <w:sz w:val="28"/>
          <w:szCs w:val="28"/>
        </w:rPr>
        <w:t>| 2020-202</w:t>
      </w:r>
      <w:r w:rsidRPr="1784A306">
        <w:rPr>
          <w:rFonts w:ascii="Times New Roman" w:hAnsi="Times New Roman" w:cs="Times New Roman"/>
          <w:b/>
          <w:bCs/>
          <w:color w:val="FF0000"/>
          <w:sz w:val="28"/>
          <w:szCs w:val="28"/>
        </w:rPr>
        <w:t>6</w:t>
      </w:r>
    </w:p>
    <w:p w:rsidR="00492190" w:rsidRPr="00307A7A" w:rsidRDefault="00254BB8" w:rsidP="00492190">
      <w:pPr>
        <w:numPr>
          <w:ilvl w:val="0"/>
          <w:numId w:val="13"/>
        </w:numPr>
        <w:spacing w:after="240"/>
        <w:rPr>
          <w:rFonts w:ascii="Times New Roman" w:hAnsi="Times New Roman" w:cs="Times New Roman"/>
          <w:color w:val="202124"/>
          <w:sz w:val="28"/>
          <w:szCs w:val="28"/>
        </w:rPr>
      </w:pPr>
      <w:r w:rsidRPr="00307A7A">
        <w:rPr>
          <w:rFonts w:ascii="Times New Roman" w:hAnsi="Times New Roman" w:cs="Times New Roman"/>
          <w:b/>
          <w:bCs/>
          <w:color w:val="202124"/>
          <w:sz w:val="28"/>
          <w:szCs w:val="28"/>
        </w:rPr>
        <w:t>Fisheries Department| $553,835,863| 2022-2025</w:t>
      </w:r>
    </w:p>
    <w:p w:rsidR="00492190" w:rsidRPr="00307A7A" w:rsidRDefault="00254BB8" w:rsidP="009B319A">
      <w:pPr>
        <w:spacing w:before="240" w:after="240"/>
        <w:rPr>
          <w:rFonts w:ascii="Times New Roman" w:hAnsi="Times New Roman" w:cs="Times New Roman"/>
          <w:color w:val="202124"/>
          <w:sz w:val="28"/>
          <w:szCs w:val="28"/>
        </w:rPr>
      </w:pPr>
      <w:r w:rsidRPr="00307A7A">
        <w:rPr>
          <w:rFonts w:ascii="Times New Roman" w:hAnsi="Times New Roman" w:cs="Times New Roman"/>
          <w:b/>
          <w:bCs/>
          <w:color w:val="202124"/>
          <w:sz w:val="28"/>
          <w:szCs w:val="28"/>
        </w:rPr>
        <w:t>Rehabilitation of Brackish Water Shrimp on Corentyne Coast</w:t>
      </w:r>
      <w:r w:rsidRPr="00307A7A">
        <w:rPr>
          <w:rFonts w:ascii="Times New Roman" w:hAnsi="Times New Roman" w:cs="Times New Roman"/>
          <w:b/>
          <w:bCs/>
          <w:color w:val="202124"/>
          <w:sz w:val="28"/>
          <w:szCs w:val="28"/>
        </w:rPr>
        <w:t xml:space="preserve"> | $487,734,256</w:t>
      </w:r>
      <w:r w:rsidRPr="00307A7A">
        <w:rPr>
          <w:rFonts w:ascii="Times New Roman" w:hAnsi="Times New Roman" w:cs="Times New Roman"/>
          <w:b/>
          <w:bCs/>
          <w:color w:val="202124"/>
          <w:sz w:val="28"/>
          <w:szCs w:val="28"/>
        </w:rPr>
        <w:br/>
      </w:r>
      <w:r w:rsidRPr="00307A7A">
        <w:rPr>
          <w:rFonts w:ascii="Times New Roman" w:hAnsi="Times New Roman" w:cs="Times New Roman"/>
          <w:color w:val="202124"/>
          <w:sz w:val="28"/>
          <w:szCs w:val="28"/>
        </w:rPr>
        <w:t>Number of Persons Impacted:300| 2022| $250,000,000</w:t>
      </w:r>
      <w:r w:rsidRPr="00307A7A">
        <w:rPr>
          <w:rFonts w:ascii="Times New Roman" w:hAnsi="Times New Roman" w:cs="Times New Roman"/>
          <w:color w:val="202124"/>
          <w:sz w:val="28"/>
          <w:szCs w:val="28"/>
        </w:rPr>
        <w:br/>
        <w:t>Number of Persons Impacted:350| 2023| $142,000,000</w:t>
      </w:r>
    </w:p>
    <w:p w:rsidR="00492190" w:rsidRPr="00307A7A" w:rsidRDefault="00254BB8" w:rsidP="00492190">
      <w:pPr>
        <w:spacing w:before="240"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 xml:space="preserve">Number of Persons Impacted:241| </w:t>
      </w:r>
      <w:r w:rsidRPr="00307A7A">
        <w:rPr>
          <w:rFonts w:ascii="Times New Roman" w:hAnsi="Times New Roman" w:cs="Times New Roman"/>
          <w:color w:val="202124"/>
          <w:sz w:val="28"/>
          <w:szCs w:val="28"/>
        </w:rPr>
        <w:t>2025| $</w:t>
      </w:r>
      <w:r w:rsidRPr="00307A7A">
        <w:rPr>
          <w:rFonts w:ascii="Times New Roman" w:hAnsi="Times New Roman" w:cs="Times New Roman"/>
          <w:sz w:val="28"/>
          <w:szCs w:val="28"/>
        </w:rPr>
        <w:t xml:space="preserve"> </w:t>
      </w:r>
      <w:r w:rsidRPr="00307A7A">
        <w:rPr>
          <w:rFonts w:ascii="Times New Roman" w:hAnsi="Times New Roman" w:cs="Times New Roman"/>
          <w:color w:val="202124"/>
          <w:sz w:val="28"/>
          <w:szCs w:val="28"/>
        </w:rPr>
        <w:t>95,734,256</w:t>
      </w:r>
    </w:p>
    <w:p w:rsidR="00492190" w:rsidRPr="00307A7A" w:rsidRDefault="00254BB8" w:rsidP="009B319A">
      <w:pPr>
        <w:spacing w:before="240" w:after="240"/>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Landing Site Enhancements</w:t>
      </w:r>
      <w:r w:rsidRPr="00307A7A">
        <w:rPr>
          <w:rFonts w:ascii="Times New Roman" w:hAnsi="Times New Roman" w:cs="Times New Roman"/>
          <w:color w:val="202124"/>
          <w:sz w:val="28"/>
          <w:szCs w:val="28"/>
        </w:rPr>
        <w:t>| $</w:t>
      </w:r>
      <w:r w:rsidRPr="00307A7A">
        <w:rPr>
          <w:rFonts w:ascii="Times New Roman" w:hAnsi="Times New Roman" w:cs="Times New Roman"/>
          <w:b/>
          <w:bCs/>
          <w:color w:val="202124"/>
          <w:sz w:val="28"/>
          <w:szCs w:val="28"/>
        </w:rPr>
        <w:t>66,101,607</w:t>
      </w:r>
      <w:r w:rsidRPr="00307A7A">
        <w:rPr>
          <w:rFonts w:ascii="Times New Roman" w:hAnsi="Times New Roman" w:cs="Times New Roman"/>
          <w:b/>
          <w:bCs/>
          <w:color w:val="202124"/>
          <w:sz w:val="28"/>
          <w:szCs w:val="28"/>
        </w:rPr>
        <w:br/>
      </w:r>
      <w:r w:rsidRPr="00307A7A">
        <w:rPr>
          <w:rFonts w:ascii="Times New Roman" w:hAnsi="Times New Roman" w:cs="Times New Roman"/>
          <w:color w:val="202124"/>
          <w:sz w:val="28"/>
          <w:szCs w:val="28"/>
        </w:rPr>
        <w:t>Number of Persons Impacted:| 2022-2025| $</w:t>
      </w:r>
      <w:r w:rsidRPr="00307A7A">
        <w:rPr>
          <w:rFonts w:ascii="Times New Roman" w:hAnsi="Times New Roman" w:cs="Times New Roman"/>
          <w:b/>
          <w:bCs/>
          <w:color w:val="202124"/>
          <w:sz w:val="28"/>
          <w:szCs w:val="28"/>
        </w:rPr>
        <w:t>66,101,607</w:t>
      </w:r>
    </w:p>
    <w:p w:rsidR="00492190" w:rsidRPr="00307A7A" w:rsidRDefault="00254BB8" w:rsidP="00492190">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No. of Boats and Fisherfolks by village</w:t>
      </w:r>
    </w:p>
    <w:p w:rsidR="00492190"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lastRenderedPageBreak/>
        <w:t>·</w:t>
      </w:r>
      <w:r w:rsidRPr="1784A306">
        <w:rPr>
          <w:rFonts w:ascii="Times New Roman" w:eastAsia="Times New Roman" w:hAnsi="Times New Roman" w:cs="Times New Roman"/>
          <w:color w:val="202124"/>
          <w:sz w:val="28"/>
          <w:szCs w:val="28"/>
        </w:rPr>
        <w:t xml:space="preserve">         </w:t>
      </w:r>
      <w:r w:rsidRPr="1784A306">
        <w:rPr>
          <w:rFonts w:ascii="Times New Roman" w:hAnsi="Times New Roman" w:cs="Times New Roman"/>
          <w:color w:val="202124"/>
          <w:sz w:val="28"/>
          <w:szCs w:val="28"/>
        </w:rPr>
        <w:t xml:space="preserve">Crabwood Creek  </w:t>
      </w:r>
      <w:r>
        <w:tab/>
      </w:r>
      <w:r w:rsidRPr="1784A306">
        <w:rPr>
          <w:rFonts w:ascii="Times New Roman" w:hAnsi="Times New Roman" w:cs="Times New Roman"/>
          <w:color w:val="202124"/>
          <w:sz w:val="28"/>
          <w:szCs w:val="28"/>
        </w:rPr>
        <w:t xml:space="preserve">     </w:t>
      </w:r>
      <w:r>
        <w:tab/>
      </w:r>
      <w:r w:rsidRPr="1784A306">
        <w:rPr>
          <w:rFonts w:ascii="Times New Roman" w:hAnsi="Times New Roman" w:cs="Times New Roman"/>
          <w:color w:val="202124"/>
          <w:sz w:val="28"/>
          <w:szCs w:val="28"/>
        </w:rPr>
        <w:t xml:space="preserve">   </w:t>
      </w:r>
      <w:r>
        <w:tab/>
      </w:r>
      <w:r w:rsidRPr="1784A306">
        <w:rPr>
          <w:rFonts w:ascii="Times New Roman" w:hAnsi="Times New Roman" w:cs="Times New Roman"/>
          <w:color w:val="202124"/>
          <w:sz w:val="28"/>
          <w:szCs w:val="28"/>
        </w:rPr>
        <w:t>15 boats | 65 fisherfolks</w:t>
      </w:r>
    </w:p>
    <w:p w:rsidR="00492190" w:rsidRPr="00307A7A" w:rsidRDefault="00254BB8" w:rsidP="00492190">
      <w:pPr>
        <w:spacing w:before="240"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w:t>
      </w:r>
      <w:r w:rsidRPr="00307A7A">
        <w:rPr>
          <w:rFonts w:ascii="Times New Roman" w:eastAsia="Times New Roman" w:hAnsi="Times New Roman" w:cs="Times New Roman"/>
          <w:color w:val="202124"/>
          <w:sz w:val="28"/>
          <w:szCs w:val="28"/>
        </w:rPr>
        <w:t xml:space="preserve">         </w:t>
      </w:r>
      <w:r w:rsidRPr="00307A7A">
        <w:rPr>
          <w:rFonts w:ascii="Times New Roman" w:hAnsi="Times New Roman" w:cs="Times New Roman"/>
          <w:color w:val="202124"/>
          <w:sz w:val="28"/>
          <w:szCs w:val="28"/>
        </w:rPr>
        <w:t xml:space="preserve">#79 </w:t>
      </w:r>
      <w:r w:rsidRPr="00307A7A">
        <w:rPr>
          <w:rFonts w:ascii="Times New Roman" w:hAnsi="Times New Roman" w:cs="Times New Roman"/>
          <w:color w:val="202124"/>
          <w:sz w:val="28"/>
          <w:szCs w:val="28"/>
        </w:rPr>
        <w:tab/>
      </w:r>
      <w:r w:rsidRPr="00307A7A">
        <w:rPr>
          <w:rFonts w:ascii="Times New Roman" w:hAnsi="Times New Roman" w:cs="Times New Roman"/>
          <w:color w:val="202124"/>
          <w:sz w:val="28"/>
          <w:szCs w:val="28"/>
        </w:rPr>
        <w:t xml:space="preserve">                                </w:t>
      </w:r>
      <w:r w:rsidRPr="00307A7A">
        <w:rPr>
          <w:rFonts w:ascii="Times New Roman" w:hAnsi="Times New Roman" w:cs="Times New Roman"/>
          <w:color w:val="202124"/>
          <w:sz w:val="28"/>
          <w:szCs w:val="28"/>
        </w:rPr>
        <w:tab/>
        <w:t>40 boats |120 fisherfolks</w:t>
      </w:r>
    </w:p>
    <w:p w:rsidR="00492190" w:rsidRPr="00307A7A" w:rsidRDefault="00254BB8" w:rsidP="00492190">
      <w:pPr>
        <w:spacing w:before="240"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w:t>
      </w:r>
      <w:r w:rsidRPr="00307A7A">
        <w:rPr>
          <w:rFonts w:ascii="Times New Roman" w:eastAsia="Times New Roman" w:hAnsi="Times New Roman" w:cs="Times New Roman"/>
          <w:color w:val="202124"/>
          <w:sz w:val="28"/>
          <w:szCs w:val="28"/>
        </w:rPr>
        <w:t xml:space="preserve">         </w:t>
      </w:r>
      <w:r w:rsidRPr="00307A7A">
        <w:rPr>
          <w:rFonts w:ascii="Times New Roman" w:hAnsi="Times New Roman" w:cs="Times New Roman"/>
          <w:color w:val="202124"/>
          <w:sz w:val="28"/>
          <w:szCs w:val="28"/>
        </w:rPr>
        <w:t xml:space="preserve">#66 </w:t>
      </w:r>
      <w:r w:rsidRPr="00307A7A">
        <w:rPr>
          <w:rFonts w:ascii="Times New Roman" w:hAnsi="Times New Roman" w:cs="Times New Roman"/>
          <w:color w:val="202124"/>
          <w:sz w:val="28"/>
          <w:szCs w:val="28"/>
        </w:rPr>
        <w:tab/>
        <w:t xml:space="preserve">                                </w:t>
      </w:r>
      <w:r w:rsidRPr="00307A7A">
        <w:rPr>
          <w:rFonts w:ascii="Times New Roman" w:hAnsi="Times New Roman" w:cs="Times New Roman"/>
          <w:color w:val="202124"/>
          <w:sz w:val="28"/>
          <w:szCs w:val="28"/>
        </w:rPr>
        <w:tab/>
        <w:t>190 boats |970 fisherfolks</w:t>
      </w:r>
    </w:p>
    <w:p w:rsidR="00492190" w:rsidRPr="00307A7A" w:rsidRDefault="00254BB8" w:rsidP="00492190">
      <w:pPr>
        <w:spacing w:before="240"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w:t>
      </w:r>
      <w:r w:rsidRPr="00307A7A">
        <w:rPr>
          <w:rFonts w:ascii="Times New Roman" w:eastAsia="Times New Roman" w:hAnsi="Times New Roman" w:cs="Times New Roman"/>
          <w:color w:val="202124"/>
          <w:sz w:val="28"/>
          <w:szCs w:val="28"/>
        </w:rPr>
        <w:t xml:space="preserve">         </w:t>
      </w:r>
      <w:r w:rsidRPr="00307A7A">
        <w:rPr>
          <w:rFonts w:ascii="Times New Roman" w:hAnsi="Times New Roman" w:cs="Times New Roman"/>
          <w:color w:val="202124"/>
          <w:sz w:val="28"/>
          <w:szCs w:val="28"/>
        </w:rPr>
        <w:t xml:space="preserve">#65 </w:t>
      </w:r>
      <w:r w:rsidRPr="00307A7A">
        <w:rPr>
          <w:rFonts w:ascii="Times New Roman" w:hAnsi="Times New Roman" w:cs="Times New Roman"/>
          <w:color w:val="202124"/>
          <w:sz w:val="28"/>
          <w:szCs w:val="28"/>
        </w:rPr>
        <w:tab/>
        <w:t xml:space="preserve">                                </w:t>
      </w:r>
      <w:r w:rsidRPr="00307A7A">
        <w:rPr>
          <w:rFonts w:ascii="Times New Roman" w:hAnsi="Times New Roman" w:cs="Times New Roman"/>
          <w:color w:val="202124"/>
          <w:sz w:val="28"/>
          <w:szCs w:val="28"/>
        </w:rPr>
        <w:tab/>
        <w:t>35 boats |175 fisherfolks</w:t>
      </w:r>
    </w:p>
    <w:p w:rsidR="00492190" w:rsidRPr="00307A7A" w:rsidRDefault="00254BB8" w:rsidP="00492190">
      <w:pPr>
        <w:spacing w:before="240"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w:t>
      </w:r>
      <w:r w:rsidRPr="00307A7A">
        <w:rPr>
          <w:rFonts w:ascii="Times New Roman" w:eastAsia="Times New Roman" w:hAnsi="Times New Roman" w:cs="Times New Roman"/>
          <w:color w:val="202124"/>
          <w:sz w:val="28"/>
          <w:szCs w:val="28"/>
        </w:rPr>
        <w:t xml:space="preserve">         </w:t>
      </w:r>
      <w:r w:rsidRPr="00307A7A">
        <w:rPr>
          <w:rFonts w:ascii="Times New Roman" w:hAnsi="Times New Roman" w:cs="Times New Roman"/>
          <w:color w:val="202124"/>
          <w:sz w:val="28"/>
          <w:szCs w:val="28"/>
        </w:rPr>
        <w:t xml:space="preserve">#43 </w:t>
      </w:r>
      <w:r w:rsidRPr="00307A7A">
        <w:rPr>
          <w:rFonts w:ascii="Times New Roman" w:hAnsi="Times New Roman" w:cs="Times New Roman"/>
          <w:color w:val="202124"/>
          <w:sz w:val="28"/>
          <w:szCs w:val="28"/>
        </w:rPr>
        <w:tab/>
        <w:t xml:space="preserve">                                </w:t>
      </w:r>
      <w:r w:rsidRPr="00307A7A">
        <w:rPr>
          <w:rFonts w:ascii="Times New Roman" w:hAnsi="Times New Roman" w:cs="Times New Roman"/>
          <w:color w:val="202124"/>
          <w:sz w:val="28"/>
          <w:szCs w:val="28"/>
        </w:rPr>
        <w:tab/>
      </w:r>
      <w:r w:rsidRPr="00307A7A">
        <w:rPr>
          <w:rFonts w:ascii="Times New Roman" w:hAnsi="Times New Roman" w:cs="Times New Roman"/>
          <w:color w:val="202124"/>
          <w:sz w:val="28"/>
          <w:szCs w:val="28"/>
        </w:rPr>
        <w:t>20 boats |110 fisherfolks</w:t>
      </w:r>
    </w:p>
    <w:p w:rsidR="00492190"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w:t>
      </w:r>
      <w:r w:rsidRPr="1784A306">
        <w:rPr>
          <w:rFonts w:ascii="Times New Roman" w:eastAsia="Times New Roman" w:hAnsi="Times New Roman" w:cs="Times New Roman"/>
          <w:color w:val="202124"/>
          <w:sz w:val="28"/>
          <w:szCs w:val="28"/>
        </w:rPr>
        <w:t xml:space="preserve">         </w:t>
      </w:r>
      <w:r w:rsidRPr="1784A306">
        <w:rPr>
          <w:rFonts w:ascii="Times New Roman" w:hAnsi="Times New Roman" w:cs="Times New Roman"/>
          <w:color w:val="202124"/>
          <w:sz w:val="28"/>
          <w:szCs w:val="28"/>
        </w:rPr>
        <w:t xml:space="preserve">Adventure  </w:t>
      </w:r>
      <w:r>
        <w:tab/>
      </w:r>
      <w:r w:rsidRPr="1784A306">
        <w:rPr>
          <w:rFonts w:ascii="Times New Roman" w:hAnsi="Times New Roman" w:cs="Times New Roman"/>
          <w:color w:val="202124"/>
          <w:sz w:val="28"/>
          <w:szCs w:val="28"/>
        </w:rPr>
        <w:t xml:space="preserve">                 </w:t>
      </w:r>
      <w:r>
        <w:tab/>
      </w:r>
      <w:r w:rsidRPr="1784A306">
        <w:rPr>
          <w:rFonts w:ascii="Times New Roman" w:hAnsi="Times New Roman" w:cs="Times New Roman"/>
          <w:color w:val="202124"/>
          <w:sz w:val="28"/>
          <w:szCs w:val="28"/>
        </w:rPr>
        <w:t xml:space="preserve">   </w:t>
      </w:r>
      <w:r>
        <w:tab/>
      </w:r>
      <w:r w:rsidRPr="1784A306">
        <w:rPr>
          <w:rFonts w:ascii="Times New Roman" w:hAnsi="Times New Roman" w:cs="Times New Roman"/>
          <w:color w:val="202124"/>
          <w:sz w:val="28"/>
          <w:szCs w:val="28"/>
        </w:rPr>
        <w:t>20 boats |88 fisherfolks</w:t>
      </w:r>
    </w:p>
    <w:p w:rsidR="00492190"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w:t>
      </w:r>
      <w:r w:rsidRPr="1784A306">
        <w:rPr>
          <w:rFonts w:ascii="Times New Roman" w:eastAsia="Times New Roman" w:hAnsi="Times New Roman" w:cs="Times New Roman"/>
          <w:color w:val="202124"/>
          <w:sz w:val="28"/>
          <w:szCs w:val="28"/>
        </w:rPr>
        <w:t xml:space="preserve">         </w:t>
      </w:r>
      <w:r w:rsidRPr="1784A306">
        <w:rPr>
          <w:rFonts w:ascii="Times New Roman" w:hAnsi="Times New Roman" w:cs="Times New Roman"/>
          <w:color w:val="202124"/>
          <w:sz w:val="28"/>
          <w:szCs w:val="28"/>
        </w:rPr>
        <w:t xml:space="preserve">Port Mourant         </w:t>
      </w:r>
      <w:r>
        <w:tab/>
      </w:r>
      <w:r w:rsidRPr="1784A306">
        <w:rPr>
          <w:rFonts w:ascii="Times New Roman" w:hAnsi="Times New Roman" w:cs="Times New Roman"/>
          <w:color w:val="202124"/>
          <w:sz w:val="28"/>
          <w:szCs w:val="28"/>
        </w:rPr>
        <w:t xml:space="preserve">      </w:t>
      </w:r>
      <w:r>
        <w:tab/>
      </w:r>
      <w:r w:rsidRPr="1784A306">
        <w:rPr>
          <w:rFonts w:ascii="Times New Roman" w:hAnsi="Times New Roman" w:cs="Times New Roman"/>
          <w:color w:val="202124"/>
          <w:sz w:val="28"/>
          <w:szCs w:val="28"/>
        </w:rPr>
        <w:t xml:space="preserve">  </w:t>
      </w:r>
      <w:r>
        <w:tab/>
      </w:r>
      <w:r w:rsidRPr="1784A306">
        <w:rPr>
          <w:rFonts w:ascii="Times New Roman" w:hAnsi="Times New Roman" w:cs="Times New Roman"/>
          <w:color w:val="202124"/>
          <w:sz w:val="28"/>
          <w:szCs w:val="28"/>
        </w:rPr>
        <w:t>20 boats |82 fisherfolks</w:t>
      </w:r>
    </w:p>
    <w:p w:rsidR="00492190" w:rsidRPr="00307A7A" w:rsidRDefault="00254BB8" w:rsidP="00492190">
      <w:pPr>
        <w:spacing w:before="240"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w:t>
      </w:r>
      <w:r w:rsidRPr="00307A7A">
        <w:rPr>
          <w:rFonts w:ascii="Times New Roman" w:eastAsia="Times New Roman" w:hAnsi="Times New Roman" w:cs="Times New Roman"/>
          <w:color w:val="202124"/>
          <w:sz w:val="28"/>
          <w:szCs w:val="28"/>
        </w:rPr>
        <w:t xml:space="preserve">         </w:t>
      </w:r>
      <w:r w:rsidRPr="00307A7A">
        <w:rPr>
          <w:rFonts w:ascii="Times New Roman" w:hAnsi="Times New Roman" w:cs="Times New Roman"/>
          <w:color w:val="202124"/>
          <w:sz w:val="28"/>
          <w:szCs w:val="28"/>
        </w:rPr>
        <w:t xml:space="preserve">Albion         </w:t>
      </w:r>
      <w:r w:rsidRPr="00307A7A">
        <w:rPr>
          <w:rFonts w:ascii="Times New Roman" w:hAnsi="Times New Roman" w:cs="Times New Roman"/>
          <w:color w:val="202124"/>
          <w:sz w:val="28"/>
          <w:szCs w:val="28"/>
        </w:rPr>
        <w:tab/>
        <w:t xml:space="preserve">               </w:t>
      </w:r>
      <w:r w:rsidRPr="00307A7A">
        <w:rPr>
          <w:rFonts w:ascii="Times New Roman" w:hAnsi="Times New Roman" w:cs="Times New Roman"/>
          <w:color w:val="202124"/>
          <w:sz w:val="28"/>
          <w:szCs w:val="28"/>
        </w:rPr>
        <w:tab/>
      </w:r>
      <w:r w:rsidRPr="00307A7A">
        <w:rPr>
          <w:rFonts w:ascii="Times New Roman" w:hAnsi="Times New Roman" w:cs="Times New Roman"/>
          <w:color w:val="202124"/>
          <w:sz w:val="28"/>
          <w:szCs w:val="28"/>
        </w:rPr>
        <w:t xml:space="preserve">     </w:t>
      </w:r>
      <w:r w:rsidRPr="00307A7A">
        <w:rPr>
          <w:rFonts w:ascii="Times New Roman" w:hAnsi="Times New Roman" w:cs="Times New Roman"/>
          <w:color w:val="202124"/>
          <w:sz w:val="28"/>
          <w:szCs w:val="28"/>
        </w:rPr>
        <w:tab/>
        <w:t>55 boats |165 fisherfolks</w:t>
      </w:r>
    </w:p>
    <w:p w:rsidR="00492190" w:rsidRPr="00307A7A" w:rsidRDefault="00254BB8" w:rsidP="00492190">
      <w:pPr>
        <w:spacing w:before="240"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w:t>
      </w:r>
      <w:r w:rsidRPr="00307A7A">
        <w:rPr>
          <w:rFonts w:ascii="Times New Roman" w:eastAsia="Times New Roman" w:hAnsi="Times New Roman" w:cs="Times New Roman"/>
          <w:color w:val="202124"/>
          <w:sz w:val="28"/>
          <w:szCs w:val="28"/>
        </w:rPr>
        <w:t xml:space="preserve">         </w:t>
      </w:r>
      <w:r w:rsidRPr="00307A7A">
        <w:rPr>
          <w:rFonts w:ascii="Times New Roman" w:hAnsi="Times New Roman" w:cs="Times New Roman"/>
          <w:color w:val="202124"/>
          <w:sz w:val="28"/>
          <w:szCs w:val="28"/>
        </w:rPr>
        <w:t>Sheet Anch</w:t>
      </w:r>
      <w:r w:rsidRPr="00307A7A">
        <w:rPr>
          <w:rFonts w:ascii="Times New Roman" w:hAnsi="Times New Roman" w:cs="Times New Roman"/>
          <w:color w:val="202124"/>
          <w:sz w:val="28"/>
          <w:szCs w:val="28"/>
        </w:rPr>
        <w:t xml:space="preserve">or        </w:t>
      </w:r>
      <w:r w:rsidRPr="00307A7A">
        <w:rPr>
          <w:rFonts w:ascii="Times New Roman" w:hAnsi="Times New Roman" w:cs="Times New Roman"/>
          <w:color w:val="202124"/>
          <w:sz w:val="28"/>
          <w:szCs w:val="28"/>
        </w:rPr>
        <w:tab/>
        <w:t xml:space="preserve"> </w:t>
      </w:r>
      <w:r w:rsidRPr="00307A7A">
        <w:rPr>
          <w:rFonts w:ascii="Times New Roman" w:hAnsi="Times New Roman" w:cs="Times New Roman"/>
          <w:color w:val="202124"/>
          <w:sz w:val="28"/>
          <w:szCs w:val="28"/>
        </w:rPr>
        <w:tab/>
      </w:r>
      <w:r w:rsidRPr="00307A7A">
        <w:rPr>
          <w:rFonts w:ascii="Times New Roman" w:hAnsi="Times New Roman" w:cs="Times New Roman"/>
          <w:color w:val="202124"/>
          <w:sz w:val="28"/>
          <w:szCs w:val="28"/>
        </w:rPr>
        <w:tab/>
      </w:r>
      <w:r w:rsidRPr="00307A7A">
        <w:rPr>
          <w:rFonts w:ascii="Times New Roman" w:hAnsi="Times New Roman" w:cs="Times New Roman"/>
          <w:color w:val="202124"/>
          <w:sz w:val="28"/>
          <w:szCs w:val="28"/>
        </w:rPr>
        <w:t>32 boats |75 fisherfolks</w:t>
      </w:r>
    </w:p>
    <w:p w:rsidR="00492190" w:rsidRPr="00307A7A" w:rsidRDefault="00254BB8" w:rsidP="00492190">
      <w:pPr>
        <w:spacing w:before="240"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w:t>
      </w:r>
      <w:r w:rsidRPr="00307A7A">
        <w:rPr>
          <w:rFonts w:ascii="Times New Roman" w:eastAsia="Times New Roman" w:hAnsi="Times New Roman" w:cs="Times New Roman"/>
          <w:color w:val="202124"/>
          <w:sz w:val="28"/>
          <w:szCs w:val="28"/>
        </w:rPr>
        <w:t xml:space="preserve">         </w:t>
      </w:r>
      <w:r w:rsidRPr="00307A7A">
        <w:rPr>
          <w:rFonts w:ascii="Times New Roman" w:hAnsi="Times New Roman" w:cs="Times New Roman"/>
          <w:color w:val="202124"/>
          <w:sz w:val="28"/>
          <w:szCs w:val="28"/>
        </w:rPr>
        <w:t xml:space="preserve">New Amsterdam   </w:t>
      </w:r>
      <w:r w:rsidRPr="00307A7A">
        <w:rPr>
          <w:rFonts w:ascii="Times New Roman" w:hAnsi="Times New Roman" w:cs="Times New Roman"/>
          <w:color w:val="202124"/>
          <w:sz w:val="28"/>
          <w:szCs w:val="28"/>
        </w:rPr>
        <w:tab/>
        <w:t xml:space="preserve">        </w:t>
      </w:r>
      <w:r w:rsidRPr="00307A7A">
        <w:rPr>
          <w:rFonts w:ascii="Times New Roman" w:hAnsi="Times New Roman" w:cs="Times New Roman"/>
          <w:color w:val="202124"/>
          <w:sz w:val="28"/>
          <w:szCs w:val="28"/>
        </w:rPr>
        <w:tab/>
      </w:r>
      <w:r w:rsidRPr="00307A7A">
        <w:rPr>
          <w:rFonts w:ascii="Times New Roman" w:hAnsi="Times New Roman" w:cs="Times New Roman"/>
          <w:color w:val="202124"/>
          <w:sz w:val="28"/>
          <w:szCs w:val="28"/>
        </w:rPr>
        <w:tab/>
        <w:t>12 boats |25 fisherfolks</w:t>
      </w:r>
    </w:p>
    <w:p w:rsidR="00492190" w:rsidRPr="00307A7A" w:rsidRDefault="00254BB8" w:rsidP="00492190">
      <w:pPr>
        <w:spacing w:before="240"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w:t>
      </w:r>
      <w:r w:rsidRPr="00307A7A">
        <w:rPr>
          <w:rFonts w:ascii="Times New Roman" w:eastAsia="Times New Roman" w:hAnsi="Times New Roman" w:cs="Times New Roman"/>
          <w:color w:val="202124"/>
          <w:sz w:val="28"/>
          <w:szCs w:val="28"/>
        </w:rPr>
        <w:t xml:space="preserve">         </w:t>
      </w:r>
      <w:r w:rsidRPr="00307A7A">
        <w:rPr>
          <w:rFonts w:ascii="Times New Roman" w:hAnsi="Times New Roman" w:cs="Times New Roman"/>
          <w:color w:val="202124"/>
          <w:sz w:val="28"/>
          <w:szCs w:val="28"/>
        </w:rPr>
        <w:t xml:space="preserve">East Bank Berbice          </w:t>
      </w:r>
      <w:r w:rsidRPr="00307A7A">
        <w:rPr>
          <w:rFonts w:ascii="Times New Roman" w:hAnsi="Times New Roman" w:cs="Times New Roman"/>
          <w:color w:val="202124"/>
          <w:sz w:val="28"/>
          <w:szCs w:val="28"/>
        </w:rPr>
        <w:tab/>
      </w:r>
      <w:r w:rsidRPr="00307A7A">
        <w:rPr>
          <w:rFonts w:ascii="Times New Roman" w:hAnsi="Times New Roman" w:cs="Times New Roman"/>
          <w:color w:val="202124"/>
          <w:sz w:val="28"/>
          <w:szCs w:val="28"/>
        </w:rPr>
        <w:t xml:space="preserve"> </w:t>
      </w:r>
      <w:r w:rsidRPr="00307A7A">
        <w:rPr>
          <w:rFonts w:ascii="Times New Roman" w:hAnsi="Times New Roman" w:cs="Times New Roman"/>
          <w:color w:val="202124"/>
          <w:sz w:val="28"/>
          <w:szCs w:val="28"/>
        </w:rPr>
        <w:tab/>
        <w:t>22 boats |60 fisherfolks</w:t>
      </w:r>
    </w:p>
    <w:p w:rsidR="00492190" w:rsidRPr="00307A7A" w:rsidRDefault="00254BB8" w:rsidP="1784A306">
      <w:pPr>
        <w:spacing w:before="240" w:after="240"/>
        <w:jc w:val="both"/>
        <w:rPr>
          <w:rFonts w:ascii="Times New Roman" w:hAnsi="Times New Roman" w:cs="Times New Roman"/>
          <w:b/>
          <w:bCs/>
          <w:color w:val="202124"/>
          <w:sz w:val="28"/>
          <w:szCs w:val="28"/>
        </w:rPr>
      </w:pPr>
      <w:r w:rsidRPr="1784A306">
        <w:rPr>
          <w:rFonts w:ascii="Times New Roman" w:hAnsi="Times New Roman" w:cs="Times New Roman"/>
          <w:b/>
          <w:bCs/>
          <w:color w:val="202124"/>
          <w:sz w:val="28"/>
          <w:szCs w:val="28"/>
        </w:rPr>
        <w:t xml:space="preserve">Total  </w:t>
      </w:r>
      <w:r>
        <w:tab/>
      </w:r>
      <w:r>
        <w:tab/>
      </w:r>
      <w:r>
        <w:tab/>
      </w:r>
      <w:r>
        <w:tab/>
      </w:r>
      <w:r w:rsidRPr="1784A306">
        <w:rPr>
          <w:rFonts w:ascii="Times New Roman" w:hAnsi="Times New Roman" w:cs="Times New Roman"/>
          <w:b/>
          <w:bCs/>
          <w:color w:val="202124"/>
          <w:sz w:val="28"/>
          <w:szCs w:val="28"/>
        </w:rPr>
        <w:t xml:space="preserve">        </w:t>
      </w:r>
      <w:r w:rsidRPr="1784A306">
        <w:rPr>
          <w:rFonts w:ascii="Times New Roman" w:hAnsi="Times New Roman" w:cs="Times New Roman"/>
          <w:b/>
          <w:bCs/>
          <w:color w:val="202124"/>
          <w:sz w:val="28"/>
          <w:szCs w:val="28"/>
        </w:rPr>
        <w:t xml:space="preserve"> 461 bo</w:t>
      </w:r>
      <w:r w:rsidRPr="1784A306">
        <w:rPr>
          <w:rFonts w:ascii="Times New Roman" w:hAnsi="Times New Roman" w:cs="Times New Roman"/>
          <w:b/>
          <w:bCs/>
          <w:color w:val="202124"/>
          <w:sz w:val="28"/>
          <w:szCs w:val="28"/>
        </w:rPr>
        <w:t>ats</w:t>
      </w:r>
      <w:r w:rsidRPr="1784A306">
        <w:rPr>
          <w:rFonts w:ascii="Times New Roman" w:hAnsi="Times New Roman" w:cs="Times New Roman"/>
          <w:b/>
          <w:bCs/>
          <w:color w:val="202124"/>
          <w:sz w:val="28"/>
          <w:szCs w:val="28"/>
        </w:rPr>
        <w:t>|1,935 fisherfolks</w:t>
      </w:r>
    </w:p>
    <w:p w:rsidR="00492190" w:rsidRPr="00307A7A" w:rsidRDefault="00254BB8" w:rsidP="00492190">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w:t>
      </w:r>
    </w:p>
    <w:p w:rsidR="00D10341" w:rsidRPr="00307A7A" w:rsidRDefault="00254BB8" w:rsidP="00D10341">
      <w:pPr>
        <w:rPr>
          <w:rFonts w:ascii="Times New Roman" w:hAnsi="Times New Roman" w:cs="Times New Roman"/>
          <w:color w:val="202124"/>
          <w:sz w:val="28"/>
          <w:szCs w:val="28"/>
        </w:rPr>
      </w:pPr>
      <w:r w:rsidRPr="00307A7A">
        <w:rPr>
          <w:rFonts w:ascii="Times New Roman" w:hAnsi="Times New Roman" w:cs="Times New Roman"/>
          <w:b/>
          <w:bCs/>
          <w:color w:val="202124"/>
          <w:sz w:val="28"/>
          <w:szCs w:val="28"/>
        </w:rPr>
        <w:t xml:space="preserve">2. </w:t>
      </w:r>
      <w:r w:rsidRPr="00307A7A">
        <w:rPr>
          <w:rFonts w:ascii="Times New Roman" w:hAnsi="Times New Roman" w:cs="Times New Roman"/>
          <w:b/>
          <w:bCs/>
          <w:color w:val="202124"/>
          <w:sz w:val="28"/>
          <w:szCs w:val="28"/>
        </w:rPr>
        <w:t>GRDB | $</w:t>
      </w:r>
      <w:r w:rsidRPr="00307A7A">
        <w:rPr>
          <w:rFonts w:ascii="Times New Roman" w:eastAsia="Times New Roman" w:hAnsi="Times New Roman" w:cs="Times New Roman"/>
          <w:b/>
          <w:bCs/>
          <w:color w:val="000000"/>
          <w:sz w:val="28"/>
          <w:szCs w:val="28"/>
        </w:rPr>
        <w:t>3,169,721,663</w:t>
      </w:r>
      <w:r w:rsidRPr="00307A7A">
        <w:rPr>
          <w:rFonts w:ascii="Times New Roman" w:hAnsi="Times New Roman" w:cs="Times New Roman"/>
          <w:b/>
          <w:bCs/>
          <w:color w:val="202124"/>
          <w:sz w:val="28"/>
          <w:szCs w:val="28"/>
        </w:rPr>
        <w:t>| 2020-2025</w:t>
      </w:r>
    </w:p>
    <w:p w:rsidR="00D10341" w:rsidRPr="00307A7A" w:rsidRDefault="00254BB8" w:rsidP="00D10341">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 xml:space="preserve"> Flood Relief Assistance</w:t>
      </w:r>
      <w:r w:rsidRPr="00307A7A">
        <w:rPr>
          <w:rFonts w:ascii="Times New Roman" w:hAnsi="Times New Roman" w:cs="Times New Roman"/>
          <w:b/>
          <w:bCs/>
          <w:color w:val="202124"/>
          <w:sz w:val="28"/>
          <w:szCs w:val="28"/>
        </w:rPr>
        <w:t xml:space="preserve"> </w:t>
      </w:r>
      <w:r w:rsidRPr="00307A7A">
        <w:rPr>
          <w:rFonts w:ascii="Times New Roman" w:hAnsi="Times New Roman" w:cs="Times New Roman"/>
          <w:color w:val="202124"/>
          <w:sz w:val="28"/>
          <w:szCs w:val="28"/>
        </w:rPr>
        <w:t>|</w:t>
      </w:r>
      <w:r w:rsidRPr="00307A7A">
        <w:rPr>
          <w:rFonts w:ascii="Times New Roman" w:hAnsi="Times New Roman" w:cs="Times New Roman"/>
          <w:b/>
          <w:bCs/>
          <w:color w:val="202124"/>
          <w:sz w:val="28"/>
          <w:szCs w:val="28"/>
        </w:rPr>
        <w:t>$882,444,500</w:t>
      </w:r>
    </w:p>
    <w:p w:rsidR="00D10341" w:rsidRPr="00307A7A" w:rsidRDefault="00254BB8" w:rsidP="00D10341">
      <w:pPr>
        <w:rPr>
          <w:rFonts w:ascii="Times New Roman" w:eastAsia="Times New Roman" w:hAnsi="Times New Roman" w:cs="Times New Roman"/>
          <w:color w:val="000000"/>
          <w:sz w:val="28"/>
          <w:szCs w:val="28"/>
        </w:rPr>
      </w:pPr>
      <w:r w:rsidRPr="00307A7A">
        <w:rPr>
          <w:rFonts w:ascii="Times New Roman" w:hAnsi="Times New Roman" w:cs="Times New Roman"/>
          <w:color w:val="202124"/>
          <w:sz w:val="28"/>
          <w:szCs w:val="28"/>
        </w:rPr>
        <w:t>Number of persons impacted:760 | 2021 | $810,949,500</w:t>
      </w:r>
      <w:r w:rsidRPr="00307A7A">
        <w:rPr>
          <w:rFonts w:ascii="Times New Roman" w:hAnsi="Times New Roman" w:cs="Times New Roman"/>
          <w:color w:val="202124"/>
          <w:sz w:val="28"/>
          <w:szCs w:val="28"/>
        </w:rPr>
        <w:br/>
        <w:t xml:space="preserve">Number of persons impacted:118 | 2022 | </w:t>
      </w:r>
      <w:r w:rsidRPr="00307A7A">
        <w:rPr>
          <w:rFonts w:ascii="Times New Roman" w:hAnsi="Times New Roman" w:cs="Times New Roman"/>
          <w:color w:val="202124"/>
          <w:sz w:val="28"/>
          <w:szCs w:val="28"/>
        </w:rPr>
        <w:t>$</w:t>
      </w:r>
      <w:r w:rsidRPr="00307A7A">
        <w:rPr>
          <w:rFonts w:ascii="Times New Roman" w:eastAsia="Times New Roman" w:hAnsi="Times New Roman" w:cs="Times New Roman"/>
          <w:color w:val="000000"/>
          <w:sz w:val="28"/>
          <w:szCs w:val="28"/>
        </w:rPr>
        <w:t>71,495,000</w:t>
      </w:r>
    </w:p>
    <w:p w:rsidR="00872F76" w:rsidRPr="00307A7A" w:rsidRDefault="00254BB8" w:rsidP="00D10341">
      <w:pPr>
        <w:rPr>
          <w:rFonts w:ascii="Times New Roman" w:hAnsi="Times New Roman" w:cs="Times New Roman"/>
          <w:b/>
          <w:bCs/>
          <w:color w:val="202124"/>
          <w:sz w:val="28"/>
          <w:szCs w:val="28"/>
        </w:rPr>
      </w:pPr>
    </w:p>
    <w:p w:rsidR="00D10341" w:rsidRPr="00307A7A" w:rsidRDefault="00254BB8" w:rsidP="1784A306">
      <w:pPr>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Fertilizer Assistance</w:t>
      </w:r>
      <w:r w:rsidRPr="1784A306">
        <w:rPr>
          <w:rFonts w:ascii="Times New Roman" w:hAnsi="Times New Roman" w:cs="Times New Roman"/>
          <w:color w:val="202124"/>
          <w:sz w:val="28"/>
          <w:szCs w:val="28"/>
        </w:rPr>
        <w:t xml:space="preserve"> |</w:t>
      </w:r>
      <w:r w:rsidRPr="1784A306">
        <w:rPr>
          <w:rFonts w:ascii="Times New Roman" w:hAnsi="Times New Roman" w:cs="Times New Roman"/>
          <w:b/>
          <w:bCs/>
          <w:color w:val="202124"/>
          <w:sz w:val="28"/>
          <w:szCs w:val="28"/>
        </w:rPr>
        <w:t>$1,017,542,700</w:t>
      </w:r>
      <w:r>
        <w:br/>
      </w:r>
      <w:r w:rsidRPr="1784A306">
        <w:rPr>
          <w:rFonts w:ascii="Times New Roman" w:hAnsi="Times New Roman" w:cs="Times New Roman"/>
          <w:color w:val="202124"/>
          <w:sz w:val="28"/>
          <w:szCs w:val="28"/>
        </w:rPr>
        <w:t>Number of persons impacted:1376 | 2022 | $274,986,000</w:t>
      </w:r>
      <w:r>
        <w:br/>
      </w:r>
      <w:r w:rsidRPr="1784A306">
        <w:rPr>
          <w:rFonts w:ascii="Times New Roman" w:hAnsi="Times New Roman" w:cs="Times New Roman"/>
          <w:color w:val="202124"/>
          <w:sz w:val="28"/>
          <w:szCs w:val="28"/>
        </w:rPr>
        <w:t>Number of persons impacted:1363 | 2024 | $208,794,000</w:t>
      </w:r>
    </w:p>
    <w:p w:rsidR="00D10341" w:rsidRPr="00307A7A" w:rsidRDefault="00254BB8" w:rsidP="00D10341">
      <w:pPr>
        <w:jc w:val="both"/>
        <w:rPr>
          <w:rFonts w:ascii="Times New Roman" w:eastAsia="Times New Roman" w:hAnsi="Times New Roman" w:cs="Times New Roman"/>
          <w:sz w:val="28"/>
          <w:szCs w:val="28"/>
        </w:rPr>
      </w:pPr>
      <w:r w:rsidRPr="00307A7A">
        <w:rPr>
          <w:rFonts w:ascii="Times New Roman" w:hAnsi="Times New Roman" w:cs="Times New Roman"/>
          <w:sz w:val="28"/>
          <w:szCs w:val="28"/>
        </w:rPr>
        <w:t>Number of persons impacted:</w:t>
      </w:r>
      <w:r w:rsidRPr="00307A7A">
        <w:rPr>
          <w:rFonts w:ascii="Times New Roman" w:eastAsia="Times New Roman" w:hAnsi="Times New Roman" w:cs="Times New Roman"/>
          <w:sz w:val="28"/>
          <w:szCs w:val="28"/>
        </w:rPr>
        <w:t>1,403</w:t>
      </w:r>
      <w:r w:rsidRPr="00307A7A">
        <w:rPr>
          <w:rFonts w:ascii="Times New Roman" w:hAnsi="Times New Roman" w:cs="Times New Roman"/>
          <w:sz w:val="28"/>
          <w:szCs w:val="28"/>
        </w:rPr>
        <w:t xml:space="preserve"> |2025 | $</w:t>
      </w:r>
      <w:r w:rsidRPr="00307A7A">
        <w:rPr>
          <w:rFonts w:ascii="Times New Roman" w:eastAsia="Times New Roman" w:hAnsi="Times New Roman" w:cs="Times New Roman"/>
          <w:sz w:val="28"/>
          <w:szCs w:val="28"/>
        </w:rPr>
        <w:t>533,762,700</w:t>
      </w:r>
    </w:p>
    <w:p w:rsidR="00872F76" w:rsidRPr="00307A7A" w:rsidRDefault="00254BB8" w:rsidP="00D10341">
      <w:pPr>
        <w:pStyle w:val="NoSpacing"/>
        <w:rPr>
          <w:rFonts w:ascii="Times New Roman" w:hAnsi="Times New Roman" w:cs="Times New Roman"/>
          <w:b/>
          <w:bCs/>
          <w:sz w:val="28"/>
          <w:szCs w:val="28"/>
        </w:rPr>
      </w:pPr>
    </w:p>
    <w:p w:rsidR="00D10341" w:rsidRPr="00307A7A" w:rsidRDefault="00254BB8" w:rsidP="00D10341">
      <w:pPr>
        <w:pStyle w:val="NoSpacing"/>
        <w:rPr>
          <w:rFonts w:ascii="Times New Roman" w:hAnsi="Times New Roman" w:cs="Times New Roman"/>
          <w:b/>
          <w:bCs/>
          <w:sz w:val="28"/>
          <w:szCs w:val="28"/>
        </w:rPr>
      </w:pPr>
      <w:r w:rsidRPr="00307A7A">
        <w:rPr>
          <w:rFonts w:ascii="Times New Roman" w:hAnsi="Times New Roman" w:cs="Times New Roman"/>
          <w:b/>
          <w:bCs/>
          <w:sz w:val="28"/>
          <w:szCs w:val="28"/>
        </w:rPr>
        <w:lastRenderedPageBreak/>
        <w:t>Seed Paddy Assistance</w:t>
      </w:r>
      <w:r w:rsidRPr="00307A7A">
        <w:rPr>
          <w:rFonts w:ascii="Times New Roman" w:hAnsi="Times New Roman" w:cs="Times New Roman"/>
          <w:b/>
          <w:bCs/>
          <w:sz w:val="28"/>
          <w:szCs w:val="28"/>
        </w:rPr>
        <w:t>|$23,700,000</w:t>
      </w:r>
    </w:p>
    <w:p w:rsidR="00D10341" w:rsidRPr="00307A7A" w:rsidRDefault="00254BB8" w:rsidP="1784A306">
      <w:pPr>
        <w:pStyle w:val="NoSpacing"/>
        <w:rPr>
          <w:rFonts w:ascii="Times New Roman" w:hAnsi="Times New Roman" w:cs="Times New Roman"/>
          <w:sz w:val="28"/>
          <w:szCs w:val="28"/>
        </w:rPr>
      </w:pPr>
      <w:r>
        <w:br/>
      </w:r>
      <w:r w:rsidRPr="1784A306">
        <w:rPr>
          <w:rFonts w:ascii="Times New Roman" w:hAnsi="Times New Roman" w:cs="Times New Roman"/>
          <w:sz w:val="28"/>
          <w:szCs w:val="28"/>
        </w:rPr>
        <w:t>Number of persons impacted:50  | 2022 |$</w:t>
      </w:r>
      <w:r w:rsidRPr="1784A306">
        <w:rPr>
          <w:rFonts w:ascii="Times New Roman" w:hAnsi="Times New Roman" w:cs="Times New Roman"/>
          <w:sz w:val="28"/>
          <w:szCs w:val="28"/>
        </w:rPr>
        <w:t xml:space="preserve"> </w:t>
      </w:r>
      <w:r w:rsidRPr="1784A306">
        <w:rPr>
          <w:rFonts w:ascii="Times New Roman" w:hAnsi="Times New Roman" w:cs="Times New Roman"/>
          <w:sz w:val="28"/>
          <w:szCs w:val="28"/>
        </w:rPr>
        <w:t>12,855,000</w:t>
      </w:r>
      <w:r>
        <w:br/>
      </w:r>
      <w:r w:rsidRPr="1784A306">
        <w:rPr>
          <w:rFonts w:ascii="Times New Roman" w:hAnsi="Times New Roman" w:cs="Times New Roman"/>
          <w:sz w:val="28"/>
          <w:szCs w:val="28"/>
        </w:rPr>
        <w:t>Number of persons impacted:116| 2023 |$</w:t>
      </w:r>
      <w:r w:rsidRPr="1784A306">
        <w:rPr>
          <w:rFonts w:ascii="Times New Roman" w:hAnsi="Times New Roman" w:cs="Times New Roman"/>
          <w:sz w:val="28"/>
          <w:szCs w:val="28"/>
        </w:rPr>
        <w:t xml:space="preserve">  </w:t>
      </w:r>
      <w:r w:rsidRPr="1784A306">
        <w:rPr>
          <w:rFonts w:ascii="Times New Roman" w:hAnsi="Times New Roman" w:cs="Times New Roman"/>
          <w:sz w:val="28"/>
          <w:szCs w:val="28"/>
        </w:rPr>
        <w:t>7,260,000</w:t>
      </w:r>
      <w:r>
        <w:br/>
      </w:r>
      <w:r w:rsidRPr="1784A306">
        <w:rPr>
          <w:rFonts w:ascii="Times New Roman" w:hAnsi="Times New Roman" w:cs="Times New Roman"/>
          <w:sz w:val="28"/>
          <w:szCs w:val="28"/>
        </w:rPr>
        <w:t>Number of persons impacted:18 | 2024 | $</w:t>
      </w:r>
      <w:r w:rsidRPr="1784A306">
        <w:rPr>
          <w:rFonts w:ascii="Times New Roman" w:hAnsi="Times New Roman" w:cs="Times New Roman"/>
          <w:sz w:val="28"/>
          <w:szCs w:val="28"/>
        </w:rPr>
        <w:t xml:space="preserve">   </w:t>
      </w:r>
      <w:r w:rsidRPr="1784A306">
        <w:rPr>
          <w:rFonts w:ascii="Times New Roman" w:hAnsi="Times New Roman" w:cs="Times New Roman"/>
          <w:sz w:val="28"/>
          <w:szCs w:val="28"/>
        </w:rPr>
        <w:t>1,555,000</w:t>
      </w:r>
    </w:p>
    <w:p w:rsidR="00D10341" w:rsidRPr="00307A7A" w:rsidRDefault="00254BB8" w:rsidP="1784A306">
      <w:pPr>
        <w:pStyle w:val="NoSpacing"/>
        <w:rPr>
          <w:rFonts w:ascii="Times New Roman" w:hAnsi="Times New Roman" w:cs="Times New Roman"/>
          <w:sz w:val="28"/>
          <w:szCs w:val="28"/>
        </w:rPr>
      </w:pPr>
      <w:r w:rsidRPr="1784A306">
        <w:rPr>
          <w:rFonts w:ascii="Times New Roman" w:hAnsi="Times New Roman" w:cs="Times New Roman"/>
          <w:sz w:val="28"/>
          <w:szCs w:val="28"/>
        </w:rPr>
        <w:t>Number of persons impacted:28 | 2025 | $</w:t>
      </w:r>
      <w:r w:rsidRPr="1784A306">
        <w:rPr>
          <w:rFonts w:ascii="Times New Roman" w:hAnsi="Times New Roman" w:cs="Times New Roman"/>
          <w:sz w:val="28"/>
          <w:szCs w:val="28"/>
        </w:rPr>
        <w:t xml:space="preserve">   </w:t>
      </w:r>
      <w:r w:rsidRPr="1784A306">
        <w:rPr>
          <w:rFonts w:ascii="Times New Roman" w:hAnsi="Times New Roman" w:cs="Times New Roman"/>
          <w:sz w:val="28"/>
          <w:szCs w:val="28"/>
        </w:rPr>
        <w:t>2,030,000</w:t>
      </w:r>
    </w:p>
    <w:p w:rsidR="00D10341" w:rsidRPr="00307A7A" w:rsidRDefault="00254BB8" w:rsidP="00D10341">
      <w:pPr>
        <w:pStyle w:val="NoSpacing"/>
        <w:rPr>
          <w:rFonts w:ascii="Times New Roman" w:hAnsi="Times New Roman" w:cs="Times New Roman"/>
          <w:sz w:val="28"/>
          <w:szCs w:val="28"/>
        </w:rPr>
      </w:pPr>
    </w:p>
    <w:p w:rsidR="00D10341" w:rsidRPr="00307A7A" w:rsidRDefault="00254BB8" w:rsidP="00D10341">
      <w:pPr>
        <w:pStyle w:val="NoSpacing"/>
        <w:rPr>
          <w:rFonts w:ascii="Times New Roman" w:hAnsi="Times New Roman" w:cs="Times New Roman"/>
          <w:sz w:val="28"/>
          <w:szCs w:val="28"/>
        </w:rPr>
      </w:pPr>
    </w:p>
    <w:p w:rsidR="00D10341" w:rsidRPr="00307A7A" w:rsidRDefault="00254BB8" w:rsidP="00D10341">
      <w:pPr>
        <w:pStyle w:val="NoSpacing"/>
        <w:rPr>
          <w:rFonts w:ascii="Times New Roman" w:hAnsi="Times New Roman" w:cs="Times New Roman"/>
          <w:sz w:val="28"/>
          <w:szCs w:val="28"/>
        </w:rPr>
      </w:pPr>
      <w:r w:rsidRPr="00307A7A">
        <w:rPr>
          <w:rFonts w:ascii="Times New Roman" w:hAnsi="Times New Roman" w:cs="Times New Roman"/>
          <w:b/>
          <w:bCs/>
          <w:sz w:val="28"/>
          <w:szCs w:val="28"/>
        </w:rPr>
        <w:t xml:space="preserve">Paddy Bug Chemical Support </w:t>
      </w:r>
      <w:r w:rsidRPr="00307A7A">
        <w:rPr>
          <w:rFonts w:ascii="Times New Roman" w:hAnsi="Times New Roman" w:cs="Times New Roman"/>
          <w:b/>
          <w:bCs/>
          <w:sz w:val="28"/>
          <w:szCs w:val="28"/>
        </w:rPr>
        <w:t>|$684,000</w:t>
      </w:r>
    </w:p>
    <w:p w:rsidR="00D10341" w:rsidRPr="00307A7A" w:rsidRDefault="00254BB8" w:rsidP="1784A306">
      <w:pPr>
        <w:pStyle w:val="NoSpacing"/>
        <w:rPr>
          <w:rFonts w:ascii="Times New Roman" w:hAnsi="Times New Roman" w:cs="Times New Roman"/>
          <w:sz w:val="28"/>
          <w:szCs w:val="28"/>
        </w:rPr>
      </w:pPr>
      <w:r>
        <w:br/>
      </w:r>
      <w:r w:rsidRPr="1784A306">
        <w:rPr>
          <w:rFonts w:ascii="Times New Roman" w:hAnsi="Times New Roman" w:cs="Times New Roman"/>
          <w:sz w:val="28"/>
          <w:szCs w:val="28"/>
        </w:rPr>
        <w:t>Number of persons impacted: | 2024 | $500,000</w:t>
      </w:r>
    </w:p>
    <w:p w:rsidR="00D10341" w:rsidRPr="00307A7A" w:rsidRDefault="00254BB8" w:rsidP="1784A306">
      <w:pPr>
        <w:pStyle w:val="NoSpacing"/>
        <w:rPr>
          <w:rFonts w:ascii="Times New Roman" w:hAnsi="Times New Roman" w:cs="Times New Roman"/>
          <w:sz w:val="28"/>
          <w:szCs w:val="28"/>
        </w:rPr>
      </w:pPr>
      <w:r w:rsidRPr="1784A306">
        <w:rPr>
          <w:rFonts w:ascii="Times New Roman" w:hAnsi="Times New Roman" w:cs="Times New Roman"/>
          <w:sz w:val="28"/>
          <w:szCs w:val="28"/>
        </w:rPr>
        <w:t>Number of persons impacted: | 2025 | $184,000</w:t>
      </w:r>
    </w:p>
    <w:p w:rsidR="00D10341" w:rsidRPr="00307A7A" w:rsidRDefault="00254BB8" w:rsidP="00D10341">
      <w:pPr>
        <w:pStyle w:val="NoSpacing"/>
        <w:rPr>
          <w:rFonts w:ascii="Times New Roman" w:hAnsi="Times New Roman" w:cs="Times New Roman"/>
          <w:sz w:val="28"/>
          <w:szCs w:val="28"/>
        </w:rPr>
      </w:pPr>
    </w:p>
    <w:p w:rsidR="00D10341" w:rsidRPr="00307A7A" w:rsidRDefault="00254BB8" w:rsidP="00D10341">
      <w:pPr>
        <w:pStyle w:val="NoSpacing"/>
        <w:rPr>
          <w:rFonts w:ascii="Times New Roman" w:hAnsi="Times New Roman" w:cs="Times New Roman"/>
          <w:b/>
          <w:bCs/>
          <w:sz w:val="28"/>
          <w:szCs w:val="28"/>
        </w:rPr>
      </w:pPr>
    </w:p>
    <w:p w:rsidR="00D10341" w:rsidRPr="00307A7A" w:rsidRDefault="00254BB8" w:rsidP="00D10341">
      <w:pPr>
        <w:pStyle w:val="NoSpacing"/>
        <w:rPr>
          <w:rFonts w:ascii="Times New Roman" w:hAnsi="Times New Roman" w:cs="Times New Roman"/>
          <w:b/>
          <w:bCs/>
          <w:sz w:val="28"/>
          <w:szCs w:val="28"/>
        </w:rPr>
      </w:pPr>
      <w:r w:rsidRPr="00307A7A">
        <w:rPr>
          <w:rFonts w:ascii="Times New Roman" w:hAnsi="Times New Roman" w:cs="Times New Roman"/>
          <w:b/>
          <w:bCs/>
          <w:sz w:val="28"/>
          <w:szCs w:val="28"/>
        </w:rPr>
        <w:t>Government Support $300/ bag paddy</w:t>
      </w:r>
      <w:r w:rsidRPr="00307A7A">
        <w:rPr>
          <w:rFonts w:ascii="Times New Roman" w:hAnsi="Times New Roman" w:cs="Times New Roman"/>
          <w:sz w:val="28"/>
          <w:szCs w:val="28"/>
        </w:rPr>
        <w:t>|</w:t>
      </w:r>
      <w:r w:rsidRPr="00307A7A">
        <w:rPr>
          <w:rFonts w:ascii="Times New Roman" w:hAnsi="Times New Roman" w:cs="Times New Roman"/>
          <w:b/>
          <w:bCs/>
          <w:sz w:val="28"/>
          <w:szCs w:val="28"/>
        </w:rPr>
        <w:t>$1,106,974,104</w:t>
      </w:r>
    </w:p>
    <w:p w:rsidR="00D10341" w:rsidRPr="00307A7A" w:rsidRDefault="00254BB8" w:rsidP="00D10341">
      <w:pPr>
        <w:pStyle w:val="NoSpacing"/>
        <w:rPr>
          <w:rFonts w:ascii="Times New Roman" w:hAnsi="Times New Roman" w:cs="Times New Roman"/>
          <w:b/>
          <w:bCs/>
          <w:sz w:val="28"/>
          <w:szCs w:val="28"/>
        </w:rPr>
      </w:pPr>
      <w:r w:rsidRPr="00307A7A">
        <w:rPr>
          <w:rFonts w:ascii="Times New Roman" w:hAnsi="Times New Roman" w:cs="Times New Roman"/>
          <w:b/>
          <w:bCs/>
          <w:sz w:val="28"/>
          <w:szCs w:val="28"/>
        </w:rPr>
        <w:t>First Crop paid to Mills</w:t>
      </w:r>
    </w:p>
    <w:p w:rsidR="00D10341" w:rsidRPr="00307A7A" w:rsidRDefault="00254BB8" w:rsidP="1784A306">
      <w:pPr>
        <w:pStyle w:val="NoSpacing"/>
        <w:rPr>
          <w:rFonts w:ascii="Times New Roman" w:hAnsi="Times New Roman" w:cs="Times New Roman"/>
          <w:sz w:val="28"/>
          <w:szCs w:val="28"/>
        </w:rPr>
      </w:pPr>
      <w:r w:rsidRPr="1784A306">
        <w:rPr>
          <w:rFonts w:ascii="Times New Roman" w:hAnsi="Times New Roman" w:cs="Times New Roman"/>
          <w:sz w:val="28"/>
          <w:szCs w:val="28"/>
        </w:rPr>
        <w:t>Number of persons impacted: 8 mills | 2025 | $616,043,109</w:t>
      </w:r>
    </w:p>
    <w:p w:rsidR="00D10341" w:rsidRPr="00307A7A" w:rsidRDefault="00254BB8" w:rsidP="00D10341">
      <w:pPr>
        <w:pStyle w:val="NoSpacing"/>
        <w:rPr>
          <w:rFonts w:ascii="Times New Roman" w:hAnsi="Times New Roman" w:cs="Times New Roman"/>
          <w:b/>
          <w:bCs/>
          <w:sz w:val="28"/>
          <w:szCs w:val="28"/>
        </w:rPr>
      </w:pPr>
    </w:p>
    <w:p w:rsidR="00D10341" w:rsidRPr="00307A7A" w:rsidRDefault="00254BB8" w:rsidP="00D10341">
      <w:pPr>
        <w:pStyle w:val="NoSpacing"/>
        <w:rPr>
          <w:rFonts w:ascii="Times New Roman" w:hAnsi="Times New Roman" w:cs="Times New Roman"/>
          <w:b/>
          <w:bCs/>
          <w:sz w:val="28"/>
          <w:szCs w:val="28"/>
        </w:rPr>
      </w:pPr>
      <w:r w:rsidRPr="00307A7A">
        <w:rPr>
          <w:rFonts w:ascii="Times New Roman" w:hAnsi="Times New Roman" w:cs="Times New Roman"/>
          <w:b/>
          <w:bCs/>
          <w:sz w:val="28"/>
          <w:szCs w:val="28"/>
        </w:rPr>
        <w:t>Second Crop paid to farmers</w:t>
      </w:r>
    </w:p>
    <w:p w:rsidR="00D10341" w:rsidRPr="00307A7A" w:rsidRDefault="00254BB8" w:rsidP="1784A306">
      <w:pPr>
        <w:pStyle w:val="NoSpacing"/>
        <w:rPr>
          <w:rFonts w:ascii="Times New Roman" w:hAnsi="Times New Roman" w:cs="Times New Roman"/>
          <w:sz w:val="28"/>
          <w:szCs w:val="28"/>
        </w:rPr>
      </w:pPr>
      <w:r w:rsidRPr="1784A306">
        <w:rPr>
          <w:rFonts w:ascii="Times New Roman" w:hAnsi="Times New Roman" w:cs="Times New Roman"/>
          <w:sz w:val="28"/>
          <w:szCs w:val="28"/>
        </w:rPr>
        <w:t>Number of persons impacted: 1,452 farmers | 2025 | $490,930,995</w:t>
      </w:r>
    </w:p>
    <w:p w:rsidR="00617283" w:rsidRPr="00307A7A" w:rsidRDefault="00254BB8" w:rsidP="00D10341">
      <w:pPr>
        <w:pStyle w:val="NoSpacing"/>
        <w:rPr>
          <w:rFonts w:ascii="Times New Roman" w:hAnsi="Times New Roman" w:cs="Times New Roman"/>
          <w:sz w:val="28"/>
          <w:szCs w:val="28"/>
        </w:rPr>
      </w:pPr>
    </w:p>
    <w:p w:rsidR="00617283" w:rsidRPr="00307A7A" w:rsidRDefault="00254BB8" w:rsidP="00D10341">
      <w:pPr>
        <w:pStyle w:val="NoSpacing"/>
        <w:rPr>
          <w:rFonts w:ascii="Times New Roman" w:hAnsi="Times New Roman" w:cs="Times New Roman"/>
          <w:sz w:val="28"/>
          <w:szCs w:val="28"/>
        </w:rPr>
      </w:pPr>
    </w:p>
    <w:p w:rsidR="00D10341" w:rsidRPr="00307A7A" w:rsidRDefault="00254BB8" w:rsidP="1784A306">
      <w:pPr>
        <w:pStyle w:val="NoSpacing"/>
        <w:spacing w:line="360" w:lineRule="auto"/>
        <w:rPr>
          <w:rFonts w:ascii="Times New Roman" w:hAnsi="Times New Roman" w:cs="Times New Roman"/>
          <w:sz w:val="28"/>
          <w:szCs w:val="28"/>
        </w:rPr>
      </w:pPr>
      <w:r w:rsidRPr="1784A306">
        <w:rPr>
          <w:rFonts w:ascii="Times New Roman" w:hAnsi="Times New Roman" w:cs="Times New Roman"/>
          <w:b/>
          <w:bCs/>
          <w:sz w:val="28"/>
          <w:szCs w:val="28"/>
        </w:rPr>
        <w:t>Rehabilitation of drying Floor</w:t>
      </w:r>
      <w:r w:rsidRPr="1784A306">
        <w:rPr>
          <w:rFonts w:ascii="Times New Roman" w:hAnsi="Times New Roman" w:cs="Times New Roman"/>
          <w:sz w:val="28"/>
          <w:szCs w:val="28"/>
        </w:rPr>
        <w:t xml:space="preserve"> - Seed facility at BBP</w:t>
      </w:r>
      <w:r w:rsidRPr="1784A306">
        <w:rPr>
          <w:rFonts w:ascii="Times New Roman" w:hAnsi="Times New Roman" w:cs="Times New Roman"/>
          <w:b/>
          <w:bCs/>
          <w:sz w:val="28"/>
          <w:szCs w:val="28"/>
        </w:rPr>
        <w:t>| $16,902,324</w:t>
      </w:r>
      <w:r>
        <w:br/>
      </w:r>
      <w:r w:rsidRPr="1784A306">
        <w:rPr>
          <w:rFonts w:ascii="Times New Roman" w:hAnsi="Times New Roman" w:cs="Times New Roman"/>
          <w:sz w:val="28"/>
          <w:szCs w:val="28"/>
        </w:rPr>
        <w:t>Number of persons impacted: 600| 2021| $16,902,324</w:t>
      </w:r>
    </w:p>
    <w:p w:rsidR="00D10341" w:rsidRPr="00307A7A" w:rsidRDefault="00254BB8" w:rsidP="1784A306">
      <w:pPr>
        <w:pStyle w:val="NoSpacing"/>
        <w:spacing w:line="360" w:lineRule="auto"/>
        <w:rPr>
          <w:rFonts w:ascii="Times New Roman" w:hAnsi="Times New Roman" w:cs="Times New Roman"/>
          <w:sz w:val="28"/>
          <w:szCs w:val="28"/>
        </w:rPr>
      </w:pPr>
      <w:r w:rsidRPr="1784A306">
        <w:rPr>
          <w:rFonts w:ascii="Times New Roman" w:hAnsi="Times New Roman" w:cs="Times New Roman"/>
          <w:b/>
          <w:bCs/>
          <w:sz w:val="28"/>
          <w:szCs w:val="28"/>
        </w:rPr>
        <w:t>Construction of Asphalt Drying Floor (BBP)</w:t>
      </w:r>
      <w:r w:rsidRPr="1784A306">
        <w:rPr>
          <w:rFonts w:ascii="Times New Roman" w:hAnsi="Times New Roman" w:cs="Times New Roman"/>
          <w:sz w:val="28"/>
          <w:szCs w:val="28"/>
        </w:rPr>
        <w:t xml:space="preserve"> </w:t>
      </w:r>
      <w:r w:rsidRPr="1784A306">
        <w:rPr>
          <w:rFonts w:ascii="Times New Roman" w:hAnsi="Times New Roman" w:cs="Times New Roman"/>
          <w:b/>
          <w:bCs/>
          <w:sz w:val="28"/>
          <w:szCs w:val="28"/>
        </w:rPr>
        <w:t>|</w:t>
      </w:r>
      <w:r w:rsidRPr="1784A306">
        <w:rPr>
          <w:rFonts w:ascii="Times New Roman" w:hAnsi="Times New Roman" w:cs="Times New Roman"/>
          <w:b/>
          <w:bCs/>
          <w:sz w:val="28"/>
          <w:szCs w:val="28"/>
        </w:rPr>
        <w:t>$15,329,475</w:t>
      </w:r>
      <w:r>
        <w:br/>
      </w:r>
      <w:r w:rsidRPr="1784A306">
        <w:rPr>
          <w:rFonts w:ascii="Times New Roman" w:hAnsi="Times New Roman" w:cs="Times New Roman"/>
          <w:sz w:val="28"/>
          <w:szCs w:val="28"/>
        </w:rPr>
        <w:t xml:space="preserve">Number of </w:t>
      </w:r>
      <w:r w:rsidRPr="1784A306">
        <w:rPr>
          <w:rFonts w:ascii="Times New Roman" w:hAnsi="Times New Roman" w:cs="Times New Roman"/>
          <w:sz w:val="28"/>
          <w:szCs w:val="28"/>
        </w:rPr>
        <w:t>persons impacted: 600| 2021| $15,329,475</w:t>
      </w:r>
    </w:p>
    <w:p w:rsidR="00D10341" w:rsidRPr="00307A7A" w:rsidRDefault="00254BB8" w:rsidP="1784A306">
      <w:pPr>
        <w:pStyle w:val="NoSpacing"/>
        <w:spacing w:line="360" w:lineRule="auto"/>
        <w:rPr>
          <w:rFonts w:ascii="Times New Roman" w:hAnsi="Times New Roman" w:cs="Times New Roman"/>
          <w:sz w:val="28"/>
          <w:szCs w:val="28"/>
        </w:rPr>
      </w:pPr>
      <w:r w:rsidRPr="1784A306">
        <w:rPr>
          <w:rFonts w:ascii="Times New Roman" w:hAnsi="Times New Roman" w:cs="Times New Roman"/>
          <w:b/>
          <w:bCs/>
          <w:sz w:val="28"/>
          <w:szCs w:val="28"/>
        </w:rPr>
        <w:t>Seed Processing Plant (BBP)</w:t>
      </w:r>
      <w:r w:rsidRPr="1784A306">
        <w:rPr>
          <w:rFonts w:ascii="Times New Roman" w:hAnsi="Times New Roman" w:cs="Times New Roman"/>
          <w:sz w:val="28"/>
          <w:szCs w:val="28"/>
        </w:rPr>
        <w:t xml:space="preserve"> </w:t>
      </w:r>
      <w:r w:rsidRPr="1784A306">
        <w:rPr>
          <w:rFonts w:ascii="Times New Roman" w:hAnsi="Times New Roman" w:cs="Times New Roman"/>
          <w:b/>
          <w:bCs/>
          <w:sz w:val="28"/>
          <w:szCs w:val="28"/>
        </w:rPr>
        <w:t>| $88,490,000</w:t>
      </w:r>
      <w:r>
        <w:br/>
      </w:r>
      <w:r w:rsidRPr="1784A306">
        <w:rPr>
          <w:rFonts w:ascii="Times New Roman" w:hAnsi="Times New Roman" w:cs="Times New Roman"/>
          <w:sz w:val="28"/>
          <w:szCs w:val="28"/>
        </w:rPr>
        <w:t>Number of persons impacted: 600| 2024| $88,490,000</w:t>
      </w:r>
    </w:p>
    <w:p w:rsidR="00D10341" w:rsidRPr="00307A7A" w:rsidRDefault="00254BB8" w:rsidP="1784A306">
      <w:pPr>
        <w:pStyle w:val="NoSpacing"/>
        <w:spacing w:line="360" w:lineRule="auto"/>
        <w:rPr>
          <w:rFonts w:ascii="Times New Roman" w:hAnsi="Times New Roman" w:cs="Times New Roman"/>
          <w:sz w:val="28"/>
          <w:szCs w:val="28"/>
        </w:rPr>
      </w:pPr>
      <w:r w:rsidRPr="1784A306">
        <w:rPr>
          <w:rFonts w:ascii="Times New Roman" w:hAnsi="Times New Roman" w:cs="Times New Roman"/>
          <w:b/>
          <w:bCs/>
          <w:sz w:val="28"/>
          <w:szCs w:val="28"/>
        </w:rPr>
        <w:t>Construction of Concrete Drying Floor (Liverpool)</w:t>
      </w:r>
      <w:r w:rsidRPr="1784A306">
        <w:rPr>
          <w:rFonts w:ascii="Times New Roman" w:hAnsi="Times New Roman" w:cs="Times New Roman"/>
          <w:sz w:val="28"/>
          <w:szCs w:val="28"/>
        </w:rPr>
        <w:t xml:space="preserve"> </w:t>
      </w:r>
      <w:r w:rsidRPr="1784A306">
        <w:rPr>
          <w:rFonts w:ascii="Times New Roman" w:hAnsi="Times New Roman" w:cs="Times New Roman"/>
          <w:b/>
          <w:bCs/>
          <w:sz w:val="28"/>
          <w:szCs w:val="28"/>
        </w:rPr>
        <w:t>| $17,654,560</w:t>
      </w:r>
      <w:r>
        <w:br/>
      </w:r>
      <w:r w:rsidRPr="1784A306">
        <w:rPr>
          <w:rFonts w:ascii="Times New Roman" w:hAnsi="Times New Roman" w:cs="Times New Roman"/>
          <w:sz w:val="28"/>
          <w:szCs w:val="28"/>
        </w:rPr>
        <w:t>Number of persons impacted: 127| 2025| $17,654,560</w:t>
      </w:r>
    </w:p>
    <w:p w:rsidR="00D10341" w:rsidRPr="00307A7A" w:rsidRDefault="00254BB8" w:rsidP="00872F76">
      <w:pPr>
        <w:pStyle w:val="NoSpacing"/>
        <w:rPr>
          <w:rFonts w:ascii="Times New Roman" w:hAnsi="Times New Roman" w:cs="Times New Roman"/>
          <w:sz w:val="28"/>
          <w:szCs w:val="28"/>
        </w:rPr>
      </w:pPr>
    </w:p>
    <w:p w:rsidR="00D10341" w:rsidRPr="00307A7A" w:rsidRDefault="00254BB8">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w:t>
      </w:r>
      <w:r w:rsidRPr="00307A7A">
        <w:rPr>
          <w:rFonts w:ascii="Times New Roman" w:hAnsi="Times New Roman" w:cs="Times New Roman"/>
          <w:b/>
          <w:bCs/>
          <w:color w:val="202124"/>
          <w:sz w:val="28"/>
          <w:szCs w:val="28"/>
        </w:rPr>
        <w:t>---------------------------------------------------------------------------------</w:t>
      </w:r>
    </w:p>
    <w:p w:rsidR="00405CE4" w:rsidRPr="00307A7A" w:rsidRDefault="00254BB8">
      <w:pPr>
        <w:numPr>
          <w:ilvl w:val="0"/>
          <w:numId w:val="6"/>
        </w:numPr>
        <w:spacing w:after="240"/>
        <w:rPr>
          <w:rFonts w:ascii="Times New Roman" w:hAnsi="Times New Roman" w:cs="Times New Roman"/>
          <w:color w:val="202124"/>
          <w:sz w:val="28"/>
          <w:szCs w:val="28"/>
        </w:rPr>
      </w:pPr>
      <w:r w:rsidRPr="00307A7A">
        <w:rPr>
          <w:rFonts w:ascii="Times New Roman" w:hAnsi="Times New Roman" w:cs="Times New Roman"/>
          <w:b/>
          <w:bCs/>
          <w:color w:val="202124"/>
          <w:sz w:val="28"/>
          <w:szCs w:val="28"/>
        </w:rPr>
        <w:t xml:space="preserve">NAREI </w:t>
      </w:r>
      <w:r w:rsidRPr="00307A7A">
        <w:rPr>
          <w:rFonts w:ascii="Times New Roman" w:hAnsi="Times New Roman" w:cs="Times New Roman"/>
          <w:b/>
          <w:bCs/>
          <w:sz w:val="28"/>
          <w:szCs w:val="28"/>
        </w:rPr>
        <w:t>| $</w:t>
      </w:r>
      <w:r w:rsidRPr="00307A7A">
        <w:rPr>
          <w:rFonts w:ascii="Times New Roman" w:hAnsi="Times New Roman" w:cs="Times New Roman"/>
          <w:b/>
          <w:sz w:val="28"/>
          <w:szCs w:val="28"/>
        </w:rPr>
        <w:t>265,427,200</w:t>
      </w:r>
      <w:r w:rsidRPr="00307A7A">
        <w:rPr>
          <w:rFonts w:ascii="Times New Roman" w:hAnsi="Times New Roman" w:cs="Times New Roman"/>
          <w:b/>
          <w:bCs/>
          <w:color w:val="202124"/>
          <w:sz w:val="28"/>
          <w:szCs w:val="28"/>
        </w:rPr>
        <w:t>| 2020-2025</w:t>
      </w:r>
    </w:p>
    <w:p w:rsidR="00E91914" w:rsidRPr="00307A7A" w:rsidRDefault="00254BB8" w:rsidP="00E91914">
      <w:pPr>
        <w:rPr>
          <w:rFonts w:ascii="Times New Roman" w:hAnsi="Times New Roman" w:cs="Times New Roman"/>
          <w:b/>
          <w:bCs/>
          <w:sz w:val="28"/>
          <w:szCs w:val="28"/>
        </w:rPr>
      </w:pPr>
      <w:r w:rsidRPr="00307A7A">
        <w:rPr>
          <w:rFonts w:ascii="Times New Roman" w:hAnsi="Times New Roman" w:cs="Times New Roman"/>
          <w:b/>
          <w:bCs/>
          <w:sz w:val="28"/>
          <w:szCs w:val="28"/>
        </w:rPr>
        <w:t>GENERAL FOR REGION</w:t>
      </w:r>
    </w:p>
    <w:p w:rsidR="009B319A" w:rsidRPr="00307A7A" w:rsidRDefault="00254BB8" w:rsidP="009B319A">
      <w:pPr>
        <w:widowControl w:val="0"/>
        <w:rPr>
          <w:rFonts w:ascii="Times New Roman" w:hAnsi="Times New Roman" w:cs="Times New Roman"/>
          <w:sz w:val="28"/>
          <w:szCs w:val="28"/>
        </w:rPr>
      </w:pPr>
      <w:r w:rsidRPr="00307A7A">
        <w:rPr>
          <w:rFonts w:ascii="Times New Roman" w:hAnsi="Times New Roman" w:cs="Times New Roman"/>
          <w:b/>
          <w:sz w:val="28"/>
          <w:szCs w:val="28"/>
        </w:rPr>
        <w:lastRenderedPageBreak/>
        <w:t>Name of Project</w:t>
      </w:r>
      <w:r w:rsidRPr="00307A7A">
        <w:rPr>
          <w:rFonts w:ascii="Times New Roman" w:hAnsi="Times New Roman" w:cs="Times New Roman"/>
          <w:sz w:val="28"/>
          <w:szCs w:val="28"/>
        </w:rPr>
        <w:t xml:space="preserve"> – Model Farm Region Six/model farm fence </w:t>
      </w:r>
      <w:r w:rsidRPr="00307A7A">
        <w:rPr>
          <w:rFonts w:ascii="Times New Roman" w:hAnsi="Times New Roman" w:cs="Times New Roman"/>
          <w:sz w:val="28"/>
          <w:szCs w:val="28"/>
        </w:rPr>
        <w:t>|</w:t>
      </w:r>
      <w:r w:rsidRPr="00307A7A">
        <w:rPr>
          <w:rFonts w:ascii="Times New Roman" w:hAnsi="Times New Roman" w:cs="Times New Roman"/>
          <w:b/>
          <w:sz w:val="28"/>
          <w:szCs w:val="28"/>
        </w:rPr>
        <w:t xml:space="preserve"> $20,580,000</w:t>
      </w:r>
    </w:p>
    <w:p w:rsidR="009B319A" w:rsidRPr="00307A7A" w:rsidRDefault="00254BB8" w:rsidP="009B319A">
      <w:pPr>
        <w:widowControl w:val="0"/>
        <w:rPr>
          <w:rFonts w:ascii="Times New Roman" w:hAnsi="Times New Roman" w:cs="Times New Roman"/>
          <w:sz w:val="28"/>
          <w:szCs w:val="28"/>
        </w:rPr>
      </w:pPr>
    </w:p>
    <w:p w:rsidR="009B319A" w:rsidRPr="00307A7A" w:rsidRDefault="00254BB8" w:rsidP="009B319A">
      <w:pPr>
        <w:widowControl w:val="0"/>
        <w:tabs>
          <w:tab w:val="left" w:pos="8060"/>
        </w:tabs>
        <w:rPr>
          <w:rFonts w:ascii="Times New Roman" w:hAnsi="Times New Roman" w:cs="Times New Roman"/>
          <w:sz w:val="28"/>
          <w:szCs w:val="28"/>
        </w:rPr>
      </w:pPr>
      <w:r w:rsidRPr="00307A7A">
        <w:rPr>
          <w:rFonts w:ascii="Times New Roman" w:hAnsi="Times New Roman" w:cs="Times New Roman"/>
          <w:sz w:val="28"/>
          <w:szCs w:val="28"/>
        </w:rPr>
        <w:t xml:space="preserve">Construction of Model farm | (2023) |              </w:t>
      </w:r>
      <w:r w:rsidRPr="00307A7A">
        <w:rPr>
          <w:rFonts w:ascii="Times New Roman" w:hAnsi="Times New Roman" w:cs="Times New Roman"/>
          <w:sz w:val="28"/>
          <w:szCs w:val="28"/>
        </w:rPr>
        <w:t xml:space="preserve">          $18,000,000</w:t>
      </w:r>
    </w:p>
    <w:p w:rsidR="009B319A" w:rsidRPr="00307A7A" w:rsidRDefault="00254BB8" w:rsidP="009B319A">
      <w:pPr>
        <w:widowControl w:val="0"/>
        <w:rPr>
          <w:rFonts w:ascii="Times New Roman" w:hAnsi="Times New Roman" w:cs="Times New Roman"/>
          <w:sz w:val="28"/>
          <w:szCs w:val="28"/>
        </w:rPr>
      </w:pPr>
      <w:r w:rsidRPr="00307A7A">
        <w:rPr>
          <w:rFonts w:ascii="Times New Roman" w:hAnsi="Times New Roman" w:cs="Times New Roman"/>
          <w:sz w:val="28"/>
          <w:szCs w:val="28"/>
        </w:rPr>
        <w:t>Construction of perimeter fence | (2023) |                  $     558,000</w:t>
      </w:r>
    </w:p>
    <w:p w:rsidR="009B319A"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Repairs and upgrade works to Model farm</w:t>
      </w:r>
      <w:r>
        <w:tab/>
      </w:r>
      <w:r>
        <w:tab/>
      </w:r>
      <w:r w:rsidRPr="1784A306">
        <w:rPr>
          <w:rFonts w:ascii="Times New Roman" w:hAnsi="Times New Roman" w:cs="Times New Roman"/>
          <w:sz w:val="28"/>
          <w:szCs w:val="28"/>
        </w:rPr>
        <w:t xml:space="preserve">  $  2,000,000</w:t>
      </w:r>
    </w:p>
    <w:p w:rsidR="009B319A" w:rsidRPr="00307A7A" w:rsidRDefault="00254BB8" w:rsidP="009B319A">
      <w:pPr>
        <w:widowControl w:val="0"/>
        <w:rPr>
          <w:rFonts w:ascii="Times New Roman" w:hAnsi="Times New Roman" w:cs="Times New Roman"/>
          <w:sz w:val="28"/>
          <w:szCs w:val="28"/>
        </w:rPr>
      </w:pPr>
    </w:p>
    <w:p w:rsidR="009B319A" w:rsidRPr="00307A7A" w:rsidRDefault="00254BB8" w:rsidP="1784A306">
      <w:pPr>
        <w:widowControl w:val="0"/>
        <w:rPr>
          <w:rFonts w:ascii="Times New Roman" w:hAnsi="Times New Roman" w:cs="Times New Roman"/>
          <w:b/>
          <w:bCs/>
          <w:sz w:val="28"/>
          <w:szCs w:val="28"/>
        </w:rPr>
      </w:pPr>
      <w:r w:rsidRPr="1784A306">
        <w:rPr>
          <w:rFonts w:ascii="Times New Roman" w:hAnsi="Times New Roman" w:cs="Times New Roman"/>
          <w:b/>
          <w:bCs/>
          <w:sz w:val="28"/>
          <w:szCs w:val="28"/>
        </w:rPr>
        <w:t>TOTAL:</w:t>
      </w:r>
      <w:r>
        <w:tab/>
      </w:r>
      <w:r>
        <w:tab/>
      </w:r>
      <w:r>
        <w:tab/>
      </w:r>
      <w:r w:rsidRPr="1784A306">
        <w:rPr>
          <w:rFonts w:ascii="Times New Roman" w:hAnsi="Times New Roman" w:cs="Times New Roman"/>
          <w:b/>
          <w:bCs/>
          <w:sz w:val="28"/>
          <w:szCs w:val="28"/>
        </w:rPr>
        <w:t xml:space="preserve">                                            $20,580,000 </w:t>
      </w:r>
    </w:p>
    <w:p w:rsidR="009B319A"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Number of persons</w:t>
      </w:r>
      <w:r w:rsidRPr="1784A306">
        <w:rPr>
          <w:rFonts w:ascii="Times New Roman" w:hAnsi="Times New Roman" w:cs="Times New Roman"/>
          <w:sz w:val="28"/>
          <w:szCs w:val="28"/>
        </w:rPr>
        <w:t xml:space="preserve"> impacted (Farmers’ Training):                   150</w:t>
      </w:r>
      <w:r>
        <w:tab/>
      </w:r>
      <w:r>
        <w:tab/>
      </w:r>
      <w:r>
        <w:tab/>
      </w:r>
    </w:p>
    <w:p w:rsidR="009B319A" w:rsidRPr="00307A7A" w:rsidRDefault="00254BB8" w:rsidP="008F6CE7">
      <w:pPr>
        <w:rPr>
          <w:rFonts w:ascii="Times New Roman" w:hAnsi="Times New Roman" w:cs="Times New Roman"/>
          <w:sz w:val="28"/>
          <w:szCs w:val="28"/>
        </w:rPr>
      </w:pPr>
    </w:p>
    <w:p w:rsidR="009B319A" w:rsidRPr="00307A7A" w:rsidRDefault="00254BB8" w:rsidP="009B319A">
      <w:pPr>
        <w:widowControl w:val="0"/>
        <w:rPr>
          <w:rFonts w:ascii="Times New Roman" w:hAnsi="Times New Roman" w:cs="Times New Roman"/>
          <w:b/>
          <w:sz w:val="28"/>
          <w:szCs w:val="28"/>
        </w:rPr>
      </w:pPr>
    </w:p>
    <w:p w:rsidR="009B319A" w:rsidRPr="00307A7A" w:rsidRDefault="00254BB8" w:rsidP="009B319A">
      <w:pPr>
        <w:widowControl w:val="0"/>
        <w:rPr>
          <w:rFonts w:ascii="Times New Roman" w:hAnsi="Times New Roman" w:cs="Times New Roman"/>
          <w:b/>
          <w:sz w:val="28"/>
          <w:szCs w:val="28"/>
        </w:rPr>
      </w:pPr>
      <w:r w:rsidRPr="00307A7A">
        <w:rPr>
          <w:rFonts w:ascii="Times New Roman" w:hAnsi="Times New Roman" w:cs="Times New Roman"/>
          <w:b/>
          <w:sz w:val="28"/>
          <w:szCs w:val="28"/>
        </w:rPr>
        <w:t>Name of Project - Construction of Shade Houses</w:t>
      </w:r>
      <w:r w:rsidRPr="00307A7A">
        <w:rPr>
          <w:rFonts w:ascii="Times New Roman" w:hAnsi="Times New Roman" w:cs="Times New Roman"/>
          <w:sz w:val="28"/>
          <w:szCs w:val="28"/>
        </w:rPr>
        <w:t xml:space="preserve"> |</w:t>
      </w:r>
      <w:r w:rsidRPr="00307A7A">
        <w:rPr>
          <w:rFonts w:ascii="Times New Roman" w:hAnsi="Times New Roman" w:cs="Times New Roman"/>
          <w:b/>
          <w:sz w:val="28"/>
          <w:szCs w:val="28"/>
        </w:rPr>
        <w:t>$68,200,000</w:t>
      </w:r>
    </w:p>
    <w:p w:rsidR="009B319A" w:rsidRPr="00307A7A" w:rsidRDefault="00254BB8" w:rsidP="009B319A">
      <w:pPr>
        <w:widowControl w:val="0"/>
        <w:rPr>
          <w:rFonts w:ascii="Times New Roman" w:hAnsi="Times New Roman" w:cs="Times New Roman"/>
          <w:sz w:val="28"/>
          <w:szCs w:val="28"/>
        </w:rPr>
      </w:pPr>
      <w:r w:rsidRPr="00307A7A">
        <w:rPr>
          <w:rFonts w:ascii="Times New Roman" w:hAnsi="Times New Roman" w:cs="Times New Roman"/>
          <w:sz w:val="28"/>
          <w:szCs w:val="28"/>
        </w:rPr>
        <w:t xml:space="preserve">Construction of shade houses for schools | to date | </w:t>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t xml:space="preserve">      $21,000,000   </w:t>
      </w:r>
    </w:p>
    <w:p w:rsidR="009B319A" w:rsidRPr="00307A7A" w:rsidRDefault="00254BB8" w:rsidP="009B319A">
      <w:pPr>
        <w:widowControl w:val="0"/>
        <w:rPr>
          <w:rFonts w:ascii="Times New Roman" w:hAnsi="Times New Roman" w:cs="Times New Roman"/>
          <w:sz w:val="28"/>
          <w:szCs w:val="28"/>
        </w:rPr>
      </w:pPr>
      <w:r w:rsidRPr="00307A7A">
        <w:rPr>
          <w:rFonts w:ascii="Times New Roman" w:hAnsi="Times New Roman" w:cs="Times New Roman"/>
          <w:sz w:val="28"/>
          <w:szCs w:val="28"/>
        </w:rPr>
        <w:t>Crabwood creek shade house project</w:t>
      </w:r>
      <w:r w:rsidRPr="00307A7A">
        <w:rPr>
          <w:rFonts w:ascii="Times New Roman" w:hAnsi="Times New Roman" w:cs="Times New Roman"/>
          <w:sz w:val="28"/>
          <w:szCs w:val="28"/>
        </w:rPr>
        <w:t xml:space="preserve">       </w:t>
      </w:r>
      <w:r w:rsidRPr="00307A7A">
        <w:rPr>
          <w:rFonts w:ascii="Times New Roman" w:hAnsi="Times New Roman" w:cs="Times New Roman"/>
          <w:sz w:val="28"/>
          <w:szCs w:val="28"/>
        </w:rPr>
        <w:t xml:space="preserve"> | to date |      </w:t>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 xml:space="preserve">      $11,400,000</w:t>
      </w:r>
    </w:p>
    <w:p w:rsidR="009B319A" w:rsidRPr="00307A7A" w:rsidRDefault="00254BB8" w:rsidP="009B319A">
      <w:pPr>
        <w:widowControl w:val="0"/>
        <w:rPr>
          <w:rFonts w:ascii="Times New Roman" w:hAnsi="Times New Roman" w:cs="Times New Roman"/>
          <w:sz w:val="28"/>
          <w:szCs w:val="28"/>
        </w:rPr>
      </w:pPr>
    </w:p>
    <w:p w:rsidR="009B319A" w:rsidRPr="00307A7A" w:rsidRDefault="00254BB8" w:rsidP="009B319A">
      <w:pPr>
        <w:widowControl w:val="0"/>
        <w:rPr>
          <w:rFonts w:ascii="Times New Roman" w:hAnsi="Times New Roman" w:cs="Times New Roman"/>
          <w:sz w:val="28"/>
          <w:szCs w:val="28"/>
        </w:rPr>
      </w:pPr>
      <w:r w:rsidRPr="00307A7A">
        <w:rPr>
          <w:rFonts w:ascii="Times New Roman" w:hAnsi="Times New Roman" w:cs="Times New Roman"/>
          <w:sz w:val="28"/>
          <w:szCs w:val="28"/>
        </w:rPr>
        <w:t>Donation of shade houses to farmers</w:t>
      </w:r>
      <w:r w:rsidRPr="00307A7A">
        <w:rPr>
          <w:rFonts w:ascii="Times New Roman" w:hAnsi="Times New Roman" w:cs="Times New Roman"/>
          <w:sz w:val="28"/>
          <w:szCs w:val="28"/>
        </w:rPr>
        <w:t xml:space="preserve">        </w:t>
      </w:r>
      <w:r w:rsidRPr="00307A7A">
        <w:rPr>
          <w:rFonts w:ascii="Times New Roman" w:hAnsi="Times New Roman" w:cs="Times New Roman"/>
          <w:sz w:val="28"/>
          <w:szCs w:val="28"/>
        </w:rPr>
        <w:t xml:space="preserve"> | to date | </w:t>
      </w:r>
      <w:r w:rsidRPr="00307A7A">
        <w:rPr>
          <w:rFonts w:ascii="Times New Roman" w:hAnsi="Times New Roman" w:cs="Times New Roman"/>
          <w:sz w:val="28"/>
          <w:szCs w:val="28"/>
        </w:rPr>
        <w:tab/>
      </w:r>
      <w:r w:rsidRPr="00307A7A">
        <w:rPr>
          <w:rFonts w:ascii="Times New Roman" w:hAnsi="Times New Roman" w:cs="Times New Roman"/>
          <w:sz w:val="28"/>
          <w:szCs w:val="28"/>
        </w:rPr>
        <w:tab/>
        <w:t xml:space="preserve">      $30,000,000</w:t>
      </w:r>
    </w:p>
    <w:p w:rsidR="009B319A" w:rsidRPr="00307A7A" w:rsidRDefault="00254BB8" w:rsidP="009B319A">
      <w:pPr>
        <w:widowControl w:val="0"/>
        <w:rPr>
          <w:rFonts w:ascii="Times New Roman" w:hAnsi="Times New Roman" w:cs="Times New Roman"/>
          <w:sz w:val="28"/>
          <w:szCs w:val="28"/>
        </w:rPr>
      </w:pPr>
      <w:r w:rsidRPr="00307A7A">
        <w:rPr>
          <w:rFonts w:ascii="Times New Roman" w:hAnsi="Times New Roman" w:cs="Times New Roman"/>
          <w:sz w:val="28"/>
          <w:szCs w:val="28"/>
        </w:rPr>
        <w:t xml:space="preserve">Donation of shade house materials </w:t>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t xml:space="preserve">    </w:t>
      </w:r>
      <w:r w:rsidRPr="00307A7A">
        <w:rPr>
          <w:rFonts w:ascii="Times New Roman" w:hAnsi="Times New Roman" w:cs="Times New Roman"/>
          <w:sz w:val="28"/>
          <w:szCs w:val="28"/>
        </w:rPr>
        <w:t xml:space="preserve">  </w:t>
      </w:r>
      <w:r w:rsidRPr="00307A7A">
        <w:rPr>
          <w:rFonts w:ascii="Times New Roman" w:hAnsi="Times New Roman" w:cs="Times New Roman"/>
          <w:sz w:val="28"/>
          <w:szCs w:val="28"/>
        </w:rPr>
        <w:t xml:space="preserve">  $5,800,000</w:t>
      </w:r>
    </w:p>
    <w:p w:rsidR="009B319A" w:rsidRPr="00307A7A" w:rsidRDefault="00254BB8" w:rsidP="009B319A">
      <w:pPr>
        <w:widowControl w:val="0"/>
        <w:rPr>
          <w:rFonts w:ascii="Times New Roman" w:hAnsi="Times New Roman" w:cs="Times New Roman"/>
          <w:sz w:val="28"/>
          <w:szCs w:val="28"/>
        </w:rPr>
      </w:pPr>
    </w:p>
    <w:p w:rsidR="009B319A" w:rsidRPr="00307A7A" w:rsidRDefault="00254BB8" w:rsidP="1784A306">
      <w:pPr>
        <w:widowControl w:val="0"/>
        <w:rPr>
          <w:rFonts w:ascii="Times New Roman" w:hAnsi="Times New Roman" w:cs="Times New Roman"/>
          <w:b/>
          <w:bCs/>
          <w:sz w:val="28"/>
          <w:szCs w:val="28"/>
        </w:rPr>
      </w:pPr>
      <w:r w:rsidRPr="1784A306">
        <w:rPr>
          <w:rFonts w:ascii="Times New Roman" w:hAnsi="Times New Roman" w:cs="Times New Roman"/>
          <w:b/>
          <w:bCs/>
          <w:sz w:val="28"/>
          <w:szCs w:val="28"/>
        </w:rPr>
        <w:t>TOTAL:</w:t>
      </w:r>
      <w:r>
        <w:tab/>
      </w:r>
      <w:r>
        <w:tab/>
      </w:r>
      <w:r>
        <w:tab/>
      </w:r>
      <w:r w:rsidRPr="1784A306">
        <w:rPr>
          <w:rFonts w:ascii="Times New Roman" w:hAnsi="Times New Roman" w:cs="Times New Roman"/>
          <w:b/>
          <w:bCs/>
          <w:sz w:val="28"/>
          <w:szCs w:val="28"/>
        </w:rPr>
        <w:t xml:space="preserve">     </w:t>
      </w:r>
      <w:r>
        <w:tab/>
      </w:r>
      <w:r>
        <w:tab/>
      </w:r>
      <w:r>
        <w:tab/>
      </w:r>
      <w:r>
        <w:tab/>
      </w:r>
      <w:r>
        <w:tab/>
      </w:r>
      <w:r w:rsidRPr="1784A306">
        <w:rPr>
          <w:rFonts w:ascii="Times New Roman" w:hAnsi="Times New Roman" w:cs="Times New Roman"/>
          <w:b/>
          <w:bCs/>
          <w:sz w:val="28"/>
          <w:szCs w:val="28"/>
        </w:rPr>
        <w:t xml:space="preserve">  </w:t>
      </w:r>
      <w:r w:rsidRPr="1784A306">
        <w:rPr>
          <w:rFonts w:ascii="Times New Roman" w:hAnsi="Times New Roman" w:cs="Times New Roman"/>
          <w:b/>
          <w:bCs/>
          <w:sz w:val="28"/>
          <w:szCs w:val="28"/>
        </w:rPr>
        <w:t xml:space="preserve">           </w:t>
      </w:r>
      <w:r w:rsidRPr="1784A306">
        <w:rPr>
          <w:rFonts w:ascii="Times New Roman" w:hAnsi="Times New Roman" w:cs="Times New Roman"/>
          <w:b/>
          <w:bCs/>
          <w:sz w:val="28"/>
          <w:szCs w:val="28"/>
        </w:rPr>
        <w:t xml:space="preserve">   $68,200,000</w:t>
      </w:r>
    </w:p>
    <w:p w:rsidR="009B319A" w:rsidRPr="00307A7A" w:rsidRDefault="00254BB8" w:rsidP="1784A306">
      <w:pPr>
        <w:widowControl w:val="0"/>
        <w:rPr>
          <w:rFonts w:ascii="Times New Roman" w:hAnsi="Times New Roman" w:cs="Times New Roman"/>
          <w:b/>
          <w:bCs/>
          <w:sz w:val="28"/>
          <w:szCs w:val="28"/>
        </w:rPr>
      </w:pPr>
      <w:r w:rsidRPr="1784A306">
        <w:rPr>
          <w:rFonts w:ascii="Times New Roman" w:hAnsi="Times New Roman" w:cs="Times New Roman"/>
          <w:sz w:val="28"/>
          <w:szCs w:val="28"/>
        </w:rPr>
        <w:t>Number of persons impacted:</w:t>
      </w:r>
      <w:r>
        <w:tab/>
      </w:r>
      <w:r w:rsidRPr="1784A306">
        <w:rPr>
          <w:rFonts w:ascii="Times New Roman" w:hAnsi="Times New Roman" w:cs="Times New Roman"/>
          <w:sz w:val="28"/>
          <w:szCs w:val="28"/>
        </w:rPr>
        <w:t xml:space="preserve">            </w:t>
      </w:r>
      <w:r>
        <w:tab/>
      </w:r>
      <w:r>
        <w:tab/>
      </w:r>
      <w:r>
        <w:tab/>
      </w:r>
      <w:r>
        <w:tab/>
      </w:r>
      <w:r w:rsidRPr="1784A306">
        <w:rPr>
          <w:rFonts w:ascii="Times New Roman" w:hAnsi="Times New Roman" w:cs="Times New Roman"/>
          <w:sz w:val="28"/>
          <w:szCs w:val="28"/>
        </w:rPr>
        <w:t xml:space="preserve">                </w:t>
      </w:r>
      <w:r w:rsidRPr="1784A306">
        <w:rPr>
          <w:rFonts w:ascii="Times New Roman" w:hAnsi="Times New Roman" w:cs="Times New Roman"/>
          <w:sz w:val="28"/>
          <w:szCs w:val="28"/>
        </w:rPr>
        <w:t xml:space="preserve">  </w:t>
      </w:r>
      <w:r w:rsidRPr="1784A306">
        <w:rPr>
          <w:rFonts w:ascii="Times New Roman" w:hAnsi="Times New Roman" w:cs="Times New Roman"/>
          <w:sz w:val="28"/>
          <w:szCs w:val="28"/>
        </w:rPr>
        <w:t xml:space="preserve">  825</w:t>
      </w:r>
      <w:r>
        <w:tab/>
      </w:r>
    </w:p>
    <w:p w:rsidR="009B319A" w:rsidRPr="00307A7A" w:rsidRDefault="00254BB8" w:rsidP="009B319A">
      <w:pPr>
        <w:widowControl w:val="0"/>
        <w:rPr>
          <w:rFonts w:ascii="Times New Roman" w:hAnsi="Times New Roman" w:cs="Times New Roman"/>
          <w:b/>
          <w:sz w:val="28"/>
          <w:szCs w:val="28"/>
        </w:rPr>
      </w:pPr>
    </w:p>
    <w:p w:rsidR="009B319A" w:rsidRPr="00307A7A" w:rsidRDefault="00254BB8" w:rsidP="009B319A">
      <w:pPr>
        <w:widowControl w:val="0"/>
        <w:rPr>
          <w:rFonts w:ascii="Times New Roman" w:hAnsi="Times New Roman" w:cs="Times New Roman"/>
          <w:b/>
          <w:sz w:val="28"/>
          <w:szCs w:val="28"/>
        </w:rPr>
      </w:pPr>
    </w:p>
    <w:p w:rsidR="009B319A" w:rsidRPr="00307A7A" w:rsidRDefault="00254BB8" w:rsidP="009B319A">
      <w:pPr>
        <w:rPr>
          <w:rFonts w:ascii="Times New Roman" w:hAnsi="Times New Roman" w:cs="Times New Roman"/>
          <w:sz w:val="28"/>
          <w:szCs w:val="28"/>
        </w:rPr>
      </w:pPr>
      <w:r w:rsidRPr="00307A7A">
        <w:rPr>
          <w:rFonts w:ascii="Times New Roman" w:hAnsi="Times New Roman" w:cs="Times New Roman"/>
          <w:b/>
          <w:sz w:val="28"/>
          <w:szCs w:val="28"/>
        </w:rPr>
        <w:t>Name of Project –Distribution of Fertilizer (2020-2026)</w:t>
      </w:r>
      <w:r w:rsidRPr="00307A7A">
        <w:rPr>
          <w:rFonts w:ascii="Times New Roman" w:hAnsi="Times New Roman" w:cs="Times New Roman"/>
          <w:color w:val="202124"/>
          <w:sz w:val="28"/>
          <w:szCs w:val="28"/>
        </w:rPr>
        <w:t xml:space="preserve"> | </w:t>
      </w:r>
      <w:r w:rsidRPr="00307A7A">
        <w:rPr>
          <w:rFonts w:ascii="Times New Roman" w:hAnsi="Times New Roman" w:cs="Times New Roman"/>
          <w:b/>
          <w:bCs/>
          <w:color w:val="202124"/>
          <w:sz w:val="28"/>
          <w:szCs w:val="28"/>
        </w:rPr>
        <w:t>$111,647,000</w:t>
      </w:r>
    </w:p>
    <w:p w:rsidR="009B319A" w:rsidRPr="00307A7A" w:rsidRDefault="00254BB8" w:rsidP="1784A306">
      <w:pPr>
        <w:spacing w:before="240" w:after="240"/>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lastRenderedPageBreak/>
        <w:t xml:space="preserve">Distribution of fertilizer - </w:t>
      </w:r>
      <w:r w:rsidRPr="1784A306">
        <w:rPr>
          <w:rFonts w:ascii="Times New Roman" w:hAnsi="Times New Roman" w:cs="Times New Roman"/>
          <w:color w:val="202124"/>
          <w:sz w:val="28"/>
          <w:szCs w:val="28"/>
        </w:rPr>
        <w:t>Increasing crop production in region 6</w:t>
      </w:r>
      <w:r w:rsidRPr="1784A306">
        <w:rPr>
          <w:rFonts w:ascii="Times New Roman" w:hAnsi="Times New Roman" w:cs="Times New Roman"/>
          <w:b/>
          <w:bCs/>
          <w:color w:val="202124"/>
          <w:sz w:val="28"/>
          <w:szCs w:val="28"/>
        </w:rPr>
        <w:t xml:space="preserve"> (ONGOING)</w:t>
      </w:r>
      <w:r>
        <w:br/>
      </w:r>
      <w:r w:rsidRPr="1784A306">
        <w:rPr>
          <w:rFonts w:ascii="Times New Roman" w:hAnsi="Times New Roman" w:cs="Times New Roman"/>
          <w:color w:val="202124"/>
          <w:sz w:val="28"/>
          <w:szCs w:val="28"/>
        </w:rPr>
        <w:t xml:space="preserve">Number of persons impacted: 5,515 | 2020-2026 | </w:t>
      </w:r>
      <w:r w:rsidRPr="1784A306">
        <w:rPr>
          <w:rFonts w:ascii="Times New Roman" w:hAnsi="Times New Roman" w:cs="Times New Roman"/>
          <w:b/>
          <w:bCs/>
          <w:color w:val="202124"/>
          <w:sz w:val="28"/>
          <w:szCs w:val="28"/>
        </w:rPr>
        <w:t>$111,647,000</w:t>
      </w:r>
    </w:p>
    <w:p w:rsidR="009B319A" w:rsidRPr="00307A7A" w:rsidRDefault="00254BB8" w:rsidP="009B319A">
      <w:pPr>
        <w:spacing w:before="240" w:after="240"/>
        <w:rPr>
          <w:rFonts w:ascii="Times New Roman" w:hAnsi="Times New Roman" w:cs="Times New Roman"/>
          <w:color w:val="202124"/>
          <w:sz w:val="28"/>
          <w:szCs w:val="28"/>
        </w:rPr>
      </w:pPr>
    </w:p>
    <w:p w:rsidR="009B319A" w:rsidRPr="00307A7A" w:rsidRDefault="00254BB8" w:rsidP="009B319A">
      <w:pPr>
        <w:rPr>
          <w:rFonts w:ascii="Times New Roman" w:hAnsi="Times New Roman" w:cs="Times New Roman"/>
          <w:sz w:val="28"/>
          <w:szCs w:val="28"/>
        </w:rPr>
      </w:pPr>
      <w:r w:rsidRPr="00307A7A">
        <w:rPr>
          <w:rFonts w:ascii="Times New Roman" w:hAnsi="Times New Roman" w:cs="Times New Roman"/>
          <w:b/>
          <w:sz w:val="28"/>
          <w:szCs w:val="28"/>
        </w:rPr>
        <w:t xml:space="preserve">Name of Project </w:t>
      </w:r>
      <w:r w:rsidRPr="00307A7A">
        <w:rPr>
          <w:rFonts w:ascii="Times New Roman" w:hAnsi="Times New Roman" w:cs="Times New Roman"/>
          <w:b/>
          <w:sz w:val="28"/>
          <w:szCs w:val="28"/>
        </w:rPr>
        <w:t>–Distribution of Seedlings (2020-2025)</w:t>
      </w:r>
      <w:r w:rsidRPr="00307A7A">
        <w:rPr>
          <w:rFonts w:ascii="Times New Roman" w:hAnsi="Times New Roman" w:cs="Times New Roman"/>
          <w:color w:val="202124"/>
          <w:sz w:val="28"/>
          <w:szCs w:val="28"/>
        </w:rPr>
        <w:t xml:space="preserve"> | </w:t>
      </w:r>
      <w:r w:rsidRPr="00307A7A">
        <w:rPr>
          <w:rFonts w:ascii="Times New Roman" w:hAnsi="Times New Roman" w:cs="Times New Roman"/>
          <w:b/>
          <w:bCs/>
          <w:color w:val="202124"/>
          <w:sz w:val="28"/>
          <w:szCs w:val="28"/>
        </w:rPr>
        <w:t>$17, 138, 200</w:t>
      </w:r>
    </w:p>
    <w:p w:rsidR="009B319A" w:rsidRPr="00307A7A" w:rsidRDefault="00254BB8" w:rsidP="1784A306">
      <w:pPr>
        <w:spacing w:before="240" w:after="240"/>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Farm Cultivation Expansion (seedling distribution)</w:t>
      </w:r>
      <w:r>
        <w:br/>
      </w:r>
      <w:r w:rsidRPr="1784A306">
        <w:rPr>
          <w:rFonts w:ascii="Times New Roman" w:hAnsi="Times New Roman" w:cs="Times New Roman"/>
          <w:color w:val="202124"/>
          <w:sz w:val="28"/>
          <w:szCs w:val="28"/>
        </w:rPr>
        <w:t xml:space="preserve">Number of persons impacted: 1570 | 2020-2026| </w:t>
      </w:r>
      <w:r w:rsidRPr="1784A306">
        <w:rPr>
          <w:rFonts w:ascii="Times New Roman" w:hAnsi="Times New Roman" w:cs="Times New Roman"/>
          <w:b/>
          <w:bCs/>
          <w:color w:val="202124"/>
          <w:sz w:val="28"/>
          <w:szCs w:val="28"/>
        </w:rPr>
        <w:t>$17, 138, 200</w:t>
      </w:r>
    </w:p>
    <w:p w:rsidR="009B319A" w:rsidRPr="00307A7A" w:rsidRDefault="00254BB8" w:rsidP="009B319A">
      <w:pPr>
        <w:rPr>
          <w:rFonts w:ascii="Times New Roman" w:hAnsi="Times New Roman" w:cs="Times New Roman"/>
          <w:b/>
          <w:sz w:val="28"/>
          <w:szCs w:val="28"/>
        </w:rPr>
      </w:pPr>
    </w:p>
    <w:p w:rsidR="009B319A" w:rsidRPr="00307A7A" w:rsidRDefault="00254BB8" w:rsidP="009B319A">
      <w:pPr>
        <w:rPr>
          <w:rFonts w:ascii="Times New Roman" w:hAnsi="Times New Roman" w:cs="Times New Roman"/>
          <w:b/>
          <w:bCs/>
          <w:sz w:val="28"/>
          <w:szCs w:val="28"/>
        </w:rPr>
      </w:pPr>
      <w:r w:rsidRPr="00307A7A">
        <w:rPr>
          <w:rFonts w:ascii="Times New Roman" w:hAnsi="Times New Roman" w:cs="Times New Roman"/>
          <w:b/>
          <w:sz w:val="28"/>
          <w:szCs w:val="28"/>
        </w:rPr>
        <w:t>Name of Project –Distribution of Tools (2020-2026)</w:t>
      </w:r>
      <w:r w:rsidRPr="00307A7A">
        <w:rPr>
          <w:rFonts w:ascii="Times New Roman" w:hAnsi="Times New Roman" w:cs="Times New Roman"/>
          <w:sz w:val="28"/>
          <w:szCs w:val="28"/>
        </w:rPr>
        <w:t xml:space="preserve"> </w:t>
      </w:r>
      <w:r w:rsidRPr="00307A7A">
        <w:rPr>
          <w:rFonts w:ascii="Times New Roman" w:hAnsi="Times New Roman" w:cs="Times New Roman"/>
          <w:b/>
          <w:bCs/>
          <w:sz w:val="28"/>
          <w:szCs w:val="28"/>
        </w:rPr>
        <w:t>| $28,974,600</w:t>
      </w:r>
    </w:p>
    <w:p w:rsidR="009B319A" w:rsidRPr="00307A7A" w:rsidRDefault="00254BB8" w:rsidP="1784A306">
      <w:pPr>
        <w:rPr>
          <w:rFonts w:ascii="Times New Roman" w:hAnsi="Times New Roman" w:cs="Times New Roman"/>
          <w:sz w:val="28"/>
          <w:szCs w:val="28"/>
        </w:rPr>
      </w:pPr>
      <w:r w:rsidRPr="1784A306">
        <w:rPr>
          <w:rFonts w:ascii="Times New Roman" w:hAnsi="Times New Roman" w:cs="Times New Roman"/>
          <w:b/>
          <w:bCs/>
          <w:sz w:val="28"/>
          <w:szCs w:val="28"/>
        </w:rPr>
        <w:t xml:space="preserve">Farm Cultivation </w:t>
      </w:r>
      <w:r w:rsidRPr="1784A306">
        <w:rPr>
          <w:rFonts w:ascii="Times New Roman" w:hAnsi="Times New Roman" w:cs="Times New Roman"/>
          <w:b/>
          <w:bCs/>
          <w:sz w:val="28"/>
          <w:szCs w:val="28"/>
        </w:rPr>
        <w:t>Expansion (Tools)</w:t>
      </w:r>
      <w:r>
        <w:br/>
      </w:r>
      <w:r w:rsidRPr="1784A306">
        <w:rPr>
          <w:rFonts w:ascii="Times New Roman" w:hAnsi="Times New Roman" w:cs="Times New Roman"/>
          <w:sz w:val="28"/>
          <w:szCs w:val="28"/>
        </w:rPr>
        <w:t>Number of persons impacted: 276 | 2020-2026| $28,974,600</w:t>
      </w:r>
    </w:p>
    <w:p w:rsidR="00E91914" w:rsidRPr="00307A7A" w:rsidRDefault="00254BB8" w:rsidP="00E91914">
      <w:pPr>
        <w:widowControl w:val="0"/>
        <w:rPr>
          <w:rFonts w:ascii="Times New Roman" w:hAnsi="Times New Roman" w:cs="Times New Roman"/>
          <w:b/>
          <w:sz w:val="28"/>
          <w:szCs w:val="28"/>
        </w:rPr>
      </w:pPr>
    </w:p>
    <w:p w:rsidR="00E91914" w:rsidRPr="00307A7A" w:rsidRDefault="00254BB8" w:rsidP="00E91914">
      <w:pPr>
        <w:widowControl w:val="0"/>
        <w:rPr>
          <w:rFonts w:ascii="Times New Roman" w:hAnsi="Times New Roman" w:cs="Times New Roman"/>
          <w:b/>
          <w:sz w:val="28"/>
          <w:szCs w:val="28"/>
        </w:rPr>
      </w:pPr>
    </w:p>
    <w:p w:rsidR="00E91914" w:rsidRPr="00307A7A" w:rsidRDefault="00254BB8" w:rsidP="1784A306">
      <w:pPr>
        <w:rPr>
          <w:rFonts w:ascii="Times New Roman" w:hAnsi="Times New Roman" w:cs="Times New Roman"/>
          <w:sz w:val="28"/>
          <w:szCs w:val="28"/>
        </w:rPr>
      </w:pPr>
      <w:r w:rsidRPr="1784A306">
        <w:rPr>
          <w:rFonts w:ascii="Times New Roman" w:hAnsi="Times New Roman" w:cs="Times New Roman"/>
          <w:b/>
          <w:bCs/>
          <w:sz w:val="28"/>
          <w:szCs w:val="28"/>
        </w:rPr>
        <w:t>Total Investments - Orealla\Siparuta 2020-2026</w:t>
      </w:r>
      <w:r w:rsidRPr="1784A306">
        <w:rPr>
          <w:rFonts w:ascii="Times New Roman" w:hAnsi="Times New Roman" w:cs="Times New Roman"/>
          <w:b/>
          <w:bCs/>
          <w:sz w:val="28"/>
          <w:szCs w:val="28"/>
        </w:rPr>
        <w:t xml:space="preserve"> </w:t>
      </w:r>
    </w:p>
    <w:p w:rsidR="00E91914" w:rsidRPr="00307A7A" w:rsidRDefault="00254BB8" w:rsidP="00E91914">
      <w:pPr>
        <w:jc w:val="center"/>
        <w:rPr>
          <w:rFonts w:ascii="Times New Roman" w:hAnsi="Times New Roman" w:cs="Times New Roman"/>
          <w:sz w:val="28"/>
          <w:szCs w:val="28"/>
        </w:rPr>
      </w:pP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b/>
          <w:bCs/>
          <w:sz w:val="28"/>
          <w:szCs w:val="28"/>
        </w:rPr>
        <w:t>Name of Project</w:t>
      </w:r>
      <w:r w:rsidRPr="1784A306">
        <w:rPr>
          <w:rFonts w:ascii="Times New Roman" w:hAnsi="Times New Roman" w:cs="Times New Roman"/>
          <w:sz w:val="28"/>
          <w:szCs w:val="28"/>
        </w:rPr>
        <w:t xml:space="preserve"> - Siparuta Pineapple Expansion Project to increase pineapple production in Orealla and Siparuta.</w:t>
      </w:r>
      <w:r w:rsidRPr="1784A306">
        <w:rPr>
          <w:rFonts w:ascii="Times New Roman" w:hAnsi="Times New Roman" w:cs="Times New Roman"/>
          <w:color w:val="202124"/>
          <w:sz w:val="28"/>
          <w:szCs w:val="28"/>
        </w:rPr>
        <w:t xml:space="preserve"> | </w:t>
      </w:r>
      <w:r w:rsidRPr="1784A306">
        <w:rPr>
          <w:rFonts w:ascii="Times New Roman" w:hAnsi="Times New Roman" w:cs="Times New Roman"/>
          <w:sz w:val="28"/>
          <w:szCs w:val="28"/>
        </w:rPr>
        <w:t xml:space="preserve"> </w:t>
      </w:r>
      <w:r w:rsidRPr="1784A306">
        <w:rPr>
          <w:rFonts w:ascii="Times New Roman" w:hAnsi="Times New Roman" w:cs="Times New Roman"/>
          <w:b/>
          <w:bCs/>
          <w:sz w:val="28"/>
          <w:szCs w:val="28"/>
        </w:rPr>
        <w:t>$15,025,400</w:t>
      </w:r>
    </w:p>
    <w:p w:rsidR="00E91914" w:rsidRPr="00307A7A" w:rsidRDefault="00254BB8" w:rsidP="00E91914">
      <w:pPr>
        <w:widowControl w:val="0"/>
        <w:rPr>
          <w:rFonts w:ascii="Times New Roman" w:hAnsi="Times New Roman" w:cs="Times New Roman"/>
          <w:sz w:val="28"/>
          <w:szCs w:val="28"/>
        </w:rPr>
      </w:pP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Construction of Shade House at Orealla for the demonstration and production of high-value crops to aid in import-substitution in hinterland communities.</w:t>
      </w:r>
    </w:p>
    <w:p w:rsidR="00E91914" w:rsidRPr="00307A7A" w:rsidRDefault="00254BB8" w:rsidP="00E91914">
      <w:pPr>
        <w:widowControl w:val="0"/>
        <w:rPr>
          <w:rFonts w:ascii="Times New Roman" w:hAnsi="Times New Roman" w:cs="Times New Roman"/>
          <w:sz w:val="28"/>
          <w:szCs w:val="28"/>
        </w:rPr>
      </w:pP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Construction of Seedlings Nursery in Orealla to supply farmers with quality planting materials on dema</w:t>
      </w:r>
      <w:r w:rsidRPr="1784A306">
        <w:rPr>
          <w:rFonts w:ascii="Times New Roman" w:hAnsi="Times New Roman" w:cs="Times New Roman"/>
          <w:sz w:val="28"/>
          <w:szCs w:val="28"/>
        </w:rPr>
        <w:t>nd.</w:t>
      </w:r>
    </w:p>
    <w:p w:rsidR="00E91914" w:rsidRPr="00307A7A" w:rsidRDefault="00254BB8" w:rsidP="00E91914">
      <w:pPr>
        <w:widowControl w:val="0"/>
        <w:rPr>
          <w:rFonts w:ascii="Times New Roman" w:hAnsi="Times New Roman" w:cs="Times New Roman"/>
          <w:sz w:val="28"/>
          <w:szCs w:val="28"/>
        </w:rPr>
      </w:pP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Pineapple Suckers Orealla &amp;Siparuta   to date                                         $3,150,000</w:t>
      </w: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lastRenderedPageBreak/>
        <w:t>Orealla Shade House</w:t>
      </w:r>
      <w:r>
        <w:tab/>
      </w:r>
      <w:r>
        <w:tab/>
      </w:r>
      <w:r w:rsidRPr="1784A306">
        <w:rPr>
          <w:rFonts w:ascii="Times New Roman" w:hAnsi="Times New Roman" w:cs="Times New Roman"/>
          <w:sz w:val="28"/>
          <w:szCs w:val="28"/>
        </w:rPr>
        <w:t xml:space="preserve">           to date                                          $9,650,000</w:t>
      </w: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 xml:space="preserve">Seedling Nursery | year </w:t>
      </w:r>
      <w:r>
        <w:tab/>
      </w:r>
      <w:r>
        <w:tab/>
      </w:r>
      <w:r>
        <w:tab/>
      </w:r>
      <w:r w:rsidRPr="1784A306">
        <w:rPr>
          <w:rFonts w:ascii="Times New Roman" w:hAnsi="Times New Roman" w:cs="Times New Roman"/>
          <w:sz w:val="28"/>
          <w:szCs w:val="28"/>
        </w:rPr>
        <w:t xml:space="preserve">(2022) </w:t>
      </w:r>
      <w:r>
        <w:tab/>
      </w:r>
      <w:r w:rsidRPr="1784A306">
        <w:rPr>
          <w:rFonts w:ascii="Times New Roman" w:hAnsi="Times New Roman" w:cs="Times New Roman"/>
          <w:sz w:val="28"/>
          <w:szCs w:val="28"/>
        </w:rPr>
        <w:t xml:space="preserve">                           </w:t>
      </w:r>
      <w:r w:rsidRPr="1784A306">
        <w:rPr>
          <w:rFonts w:ascii="Times New Roman" w:hAnsi="Times New Roman" w:cs="Times New Roman"/>
          <w:sz w:val="28"/>
          <w:szCs w:val="28"/>
        </w:rPr>
        <w:t xml:space="preserve">         $900,000</w:t>
      </w: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 xml:space="preserve">Small tools distribution </w:t>
      </w:r>
      <w:r>
        <w:tab/>
      </w:r>
      <w:r>
        <w:tab/>
      </w:r>
      <w:r>
        <w:tab/>
      </w:r>
      <w:r w:rsidRPr="1784A306">
        <w:rPr>
          <w:rFonts w:ascii="Times New Roman" w:hAnsi="Times New Roman" w:cs="Times New Roman"/>
          <w:sz w:val="28"/>
          <w:szCs w:val="28"/>
        </w:rPr>
        <w:t>(2020-2026)                                  $1,325,400</w:t>
      </w:r>
    </w:p>
    <w:p w:rsidR="00E91914" w:rsidRPr="00307A7A" w:rsidRDefault="00254BB8" w:rsidP="1784A306">
      <w:pPr>
        <w:widowControl w:val="0"/>
        <w:rPr>
          <w:rFonts w:ascii="Times New Roman" w:hAnsi="Times New Roman" w:cs="Times New Roman"/>
          <w:b/>
          <w:bCs/>
          <w:sz w:val="28"/>
          <w:szCs w:val="28"/>
        </w:rPr>
      </w:pPr>
      <w:r w:rsidRPr="1784A306">
        <w:rPr>
          <w:rFonts w:ascii="Times New Roman" w:hAnsi="Times New Roman" w:cs="Times New Roman"/>
          <w:b/>
          <w:bCs/>
          <w:sz w:val="28"/>
          <w:szCs w:val="28"/>
        </w:rPr>
        <w:t>TOTAL:</w:t>
      </w:r>
      <w:r>
        <w:tab/>
      </w:r>
      <w:r>
        <w:tab/>
      </w:r>
      <w:r>
        <w:tab/>
      </w:r>
      <w:r w:rsidRPr="1784A306">
        <w:rPr>
          <w:rFonts w:ascii="Times New Roman" w:hAnsi="Times New Roman" w:cs="Times New Roman"/>
          <w:b/>
          <w:bCs/>
          <w:sz w:val="28"/>
          <w:szCs w:val="28"/>
        </w:rPr>
        <w:t xml:space="preserve">     </w:t>
      </w:r>
      <w:r>
        <w:tab/>
      </w:r>
      <w:r>
        <w:tab/>
      </w:r>
      <w:r>
        <w:tab/>
      </w:r>
      <w:r>
        <w:tab/>
      </w:r>
      <w:r w:rsidRPr="1784A306">
        <w:rPr>
          <w:rFonts w:ascii="Times New Roman" w:hAnsi="Times New Roman" w:cs="Times New Roman"/>
          <w:b/>
          <w:bCs/>
          <w:sz w:val="28"/>
          <w:szCs w:val="28"/>
        </w:rPr>
        <w:t xml:space="preserve">                               $15,025,400</w:t>
      </w:r>
    </w:p>
    <w:p w:rsidR="00E91914" w:rsidRPr="00307A7A" w:rsidRDefault="00254BB8" w:rsidP="1784A306">
      <w:pPr>
        <w:widowControl w:val="0"/>
        <w:rPr>
          <w:rFonts w:ascii="Times New Roman" w:hAnsi="Times New Roman" w:cs="Times New Roman"/>
          <w:b/>
          <w:bCs/>
          <w:sz w:val="28"/>
          <w:szCs w:val="28"/>
        </w:rPr>
      </w:pPr>
      <w:r w:rsidRPr="1784A306">
        <w:rPr>
          <w:rFonts w:ascii="Times New Roman" w:hAnsi="Times New Roman" w:cs="Times New Roman"/>
          <w:sz w:val="28"/>
          <w:szCs w:val="28"/>
        </w:rPr>
        <w:t>Number of persons impacted:</w:t>
      </w:r>
      <w:r>
        <w:tab/>
      </w:r>
      <w:r w:rsidRPr="1784A306">
        <w:rPr>
          <w:rFonts w:ascii="Times New Roman" w:hAnsi="Times New Roman" w:cs="Times New Roman"/>
          <w:sz w:val="28"/>
          <w:szCs w:val="28"/>
        </w:rPr>
        <w:t xml:space="preserve">            </w:t>
      </w:r>
      <w:r>
        <w:tab/>
      </w:r>
      <w:r>
        <w:tab/>
      </w:r>
      <w:r>
        <w:tab/>
      </w:r>
      <w:r>
        <w:tab/>
      </w:r>
      <w:r w:rsidRPr="1784A306">
        <w:rPr>
          <w:rFonts w:ascii="Times New Roman" w:hAnsi="Times New Roman" w:cs="Times New Roman"/>
          <w:sz w:val="28"/>
          <w:szCs w:val="28"/>
        </w:rPr>
        <w:t xml:space="preserve">                        280</w:t>
      </w:r>
      <w:r>
        <w:tab/>
      </w:r>
    </w:p>
    <w:p w:rsidR="00E91914" w:rsidRPr="00307A7A" w:rsidRDefault="00254BB8" w:rsidP="009B319A">
      <w:pPr>
        <w:rPr>
          <w:rFonts w:ascii="Times New Roman" w:hAnsi="Times New Roman" w:cs="Times New Roman"/>
          <w:sz w:val="28"/>
          <w:szCs w:val="28"/>
        </w:rPr>
      </w:pPr>
    </w:p>
    <w:p w:rsidR="00E91914" w:rsidRPr="00307A7A" w:rsidRDefault="00254BB8" w:rsidP="00E91914">
      <w:pPr>
        <w:rPr>
          <w:rFonts w:ascii="Times New Roman" w:hAnsi="Times New Roman" w:cs="Times New Roman"/>
          <w:sz w:val="28"/>
          <w:szCs w:val="28"/>
        </w:rPr>
      </w:pPr>
    </w:p>
    <w:p w:rsidR="00E91914" w:rsidRPr="00307A7A" w:rsidRDefault="00254BB8" w:rsidP="00E91914">
      <w:pPr>
        <w:jc w:val="center"/>
        <w:rPr>
          <w:rFonts w:ascii="Times New Roman" w:hAnsi="Times New Roman" w:cs="Times New Roman"/>
          <w:sz w:val="28"/>
          <w:szCs w:val="28"/>
        </w:rPr>
      </w:pPr>
      <w:r w:rsidRPr="00307A7A">
        <w:rPr>
          <w:rFonts w:ascii="Times New Roman" w:hAnsi="Times New Roman" w:cs="Times New Roman"/>
          <w:b/>
          <w:sz w:val="28"/>
          <w:szCs w:val="28"/>
        </w:rPr>
        <w:t xml:space="preserve">Total Investments </w:t>
      </w:r>
      <w:r w:rsidRPr="00307A7A">
        <w:rPr>
          <w:rFonts w:ascii="Times New Roman" w:hAnsi="Times New Roman" w:cs="Times New Roman"/>
          <w:b/>
          <w:sz w:val="28"/>
          <w:szCs w:val="28"/>
        </w:rPr>
        <w:t>in Bara Cara 2020-2026</w:t>
      </w:r>
    </w:p>
    <w:p w:rsidR="00E91914" w:rsidRPr="00307A7A" w:rsidRDefault="00254BB8" w:rsidP="00E91914">
      <w:pPr>
        <w:widowControl w:val="0"/>
        <w:rPr>
          <w:rFonts w:ascii="Times New Roman" w:hAnsi="Times New Roman" w:cs="Times New Roman"/>
          <w:b/>
          <w:sz w:val="28"/>
          <w:szCs w:val="28"/>
        </w:rPr>
      </w:pPr>
    </w:p>
    <w:p w:rsidR="00617283" w:rsidRPr="00307A7A" w:rsidRDefault="00254BB8" w:rsidP="00617283">
      <w:pPr>
        <w:widowControl w:val="0"/>
        <w:rPr>
          <w:rFonts w:ascii="Times New Roman" w:hAnsi="Times New Roman" w:cs="Times New Roman"/>
          <w:b/>
          <w:sz w:val="28"/>
          <w:szCs w:val="28"/>
        </w:rPr>
      </w:pPr>
      <w:r w:rsidRPr="00307A7A">
        <w:rPr>
          <w:rFonts w:ascii="Times New Roman" w:hAnsi="Times New Roman" w:cs="Times New Roman"/>
          <w:b/>
          <w:sz w:val="28"/>
          <w:szCs w:val="28"/>
        </w:rPr>
        <w:t>Name of Project – Bara Cara Cultivation Expansion</w:t>
      </w:r>
      <w:r w:rsidRPr="00307A7A">
        <w:rPr>
          <w:rFonts w:ascii="Times New Roman" w:hAnsi="Times New Roman" w:cs="Times New Roman"/>
          <w:sz w:val="28"/>
          <w:szCs w:val="28"/>
        </w:rPr>
        <w:t>|</w:t>
      </w:r>
      <w:r w:rsidRPr="00307A7A">
        <w:rPr>
          <w:rFonts w:ascii="Times New Roman" w:hAnsi="Times New Roman" w:cs="Times New Roman"/>
          <w:sz w:val="28"/>
          <w:szCs w:val="28"/>
        </w:rPr>
        <w:tab/>
      </w:r>
      <w:r w:rsidRPr="00307A7A">
        <w:rPr>
          <w:rFonts w:ascii="Times New Roman" w:hAnsi="Times New Roman" w:cs="Times New Roman"/>
          <w:b/>
          <w:sz w:val="28"/>
          <w:szCs w:val="28"/>
        </w:rPr>
        <w:t xml:space="preserve"> </w:t>
      </w:r>
      <w:r w:rsidRPr="00307A7A">
        <w:rPr>
          <w:rFonts w:ascii="Times New Roman" w:hAnsi="Times New Roman" w:cs="Times New Roman"/>
          <w:b/>
          <w:sz w:val="28"/>
          <w:szCs w:val="28"/>
        </w:rPr>
        <w:t>$3,862,000</w:t>
      </w:r>
    </w:p>
    <w:p w:rsidR="00E91914" w:rsidRPr="00307A7A" w:rsidRDefault="00254BB8" w:rsidP="00E91914">
      <w:pPr>
        <w:widowControl w:val="0"/>
        <w:rPr>
          <w:rFonts w:ascii="Times New Roman" w:hAnsi="Times New Roman" w:cs="Times New Roman"/>
          <w:sz w:val="28"/>
          <w:szCs w:val="28"/>
        </w:rPr>
      </w:pP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 xml:space="preserve">To assist farmers with quality planting materials for the expansion of crop production in the riverine farming community of Bara Cara. </w:t>
      </w:r>
    </w:p>
    <w:p w:rsidR="00E91914" w:rsidRPr="00307A7A" w:rsidRDefault="00254BB8" w:rsidP="00E91914">
      <w:pPr>
        <w:widowControl w:val="0"/>
        <w:rPr>
          <w:rFonts w:ascii="Times New Roman" w:hAnsi="Times New Roman" w:cs="Times New Roman"/>
          <w:sz w:val="28"/>
          <w:szCs w:val="28"/>
        </w:rPr>
      </w:pP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Planting materials included:</w:t>
      </w:r>
      <w:r>
        <w:tab/>
      </w:r>
      <w:r w:rsidRPr="1784A306">
        <w:rPr>
          <w:rFonts w:ascii="Times New Roman" w:hAnsi="Times New Roman" w:cs="Times New Roman"/>
          <w:sz w:val="28"/>
          <w:szCs w:val="28"/>
        </w:rPr>
        <w:t>Plantain Suckers</w:t>
      </w:r>
      <w:r>
        <w:tab/>
      </w:r>
      <w:r w:rsidRPr="1784A306">
        <w:rPr>
          <w:rFonts w:ascii="Times New Roman" w:hAnsi="Times New Roman" w:cs="Times New Roman"/>
          <w:sz w:val="28"/>
          <w:szCs w:val="28"/>
        </w:rPr>
        <w:t>10,000</w:t>
      </w:r>
    </w:p>
    <w:p w:rsidR="00E91914" w:rsidRPr="00307A7A" w:rsidRDefault="00254BB8" w:rsidP="00E91914">
      <w:pPr>
        <w:widowControl w:val="0"/>
        <w:rPr>
          <w:rFonts w:ascii="Times New Roman" w:hAnsi="Times New Roman" w:cs="Times New Roman"/>
          <w:sz w:val="28"/>
          <w:szCs w:val="28"/>
        </w:rPr>
      </w:pP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t xml:space="preserve">Sweet Corn Seeds </w:t>
      </w:r>
      <w:r w:rsidRPr="00307A7A">
        <w:rPr>
          <w:rFonts w:ascii="Times New Roman" w:hAnsi="Times New Roman" w:cs="Times New Roman"/>
          <w:sz w:val="28"/>
          <w:szCs w:val="28"/>
        </w:rPr>
        <w:tab/>
        <w:t>10kg</w:t>
      </w:r>
    </w:p>
    <w:p w:rsidR="00E91914" w:rsidRPr="00307A7A" w:rsidRDefault="00254BB8" w:rsidP="00E91914">
      <w:pPr>
        <w:widowControl w:val="0"/>
        <w:rPr>
          <w:rFonts w:ascii="Times New Roman" w:hAnsi="Times New Roman" w:cs="Times New Roman"/>
          <w:sz w:val="28"/>
          <w:szCs w:val="28"/>
        </w:rPr>
      </w:pP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t>Sweet Potato Slips</w:t>
      </w:r>
      <w:r w:rsidRPr="00307A7A">
        <w:rPr>
          <w:rFonts w:ascii="Times New Roman" w:hAnsi="Times New Roman" w:cs="Times New Roman"/>
          <w:sz w:val="28"/>
          <w:szCs w:val="28"/>
        </w:rPr>
        <w:tab/>
        <w:t xml:space="preserve"> 20 bags</w:t>
      </w:r>
    </w:p>
    <w:p w:rsidR="00E91914" w:rsidRPr="00307A7A" w:rsidRDefault="00254BB8" w:rsidP="00E91914">
      <w:pPr>
        <w:widowControl w:val="0"/>
        <w:rPr>
          <w:rFonts w:ascii="Times New Roman" w:hAnsi="Times New Roman" w:cs="Times New Roman"/>
          <w:sz w:val="28"/>
          <w:szCs w:val="28"/>
        </w:rPr>
      </w:pP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t>Red Bean Seeds</w:t>
      </w:r>
      <w:r w:rsidRPr="00307A7A">
        <w:rPr>
          <w:rFonts w:ascii="Times New Roman" w:hAnsi="Times New Roman" w:cs="Times New Roman"/>
          <w:sz w:val="28"/>
          <w:szCs w:val="28"/>
        </w:rPr>
        <w:tab/>
        <w:t xml:space="preserve"> 400 Pints</w:t>
      </w:r>
    </w:p>
    <w:p w:rsidR="00E91914" w:rsidRPr="00307A7A" w:rsidRDefault="00254BB8" w:rsidP="00E91914">
      <w:pPr>
        <w:widowControl w:val="0"/>
        <w:rPr>
          <w:rFonts w:ascii="Times New Roman" w:hAnsi="Times New Roman" w:cs="Times New Roman"/>
          <w:sz w:val="28"/>
          <w:szCs w:val="28"/>
        </w:rPr>
      </w:pP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t>Pumpkin Seeds</w:t>
      </w:r>
      <w:r w:rsidRPr="00307A7A">
        <w:rPr>
          <w:rFonts w:ascii="Times New Roman" w:hAnsi="Times New Roman" w:cs="Times New Roman"/>
          <w:sz w:val="28"/>
          <w:szCs w:val="28"/>
        </w:rPr>
        <w:tab/>
        <w:t xml:space="preserve"> 2 Pints</w:t>
      </w:r>
    </w:p>
    <w:p w:rsidR="00E91914" w:rsidRPr="00307A7A" w:rsidRDefault="00254BB8" w:rsidP="00E91914">
      <w:pPr>
        <w:widowControl w:val="0"/>
        <w:rPr>
          <w:rFonts w:ascii="Times New Roman" w:hAnsi="Times New Roman" w:cs="Times New Roman"/>
          <w:sz w:val="28"/>
          <w:szCs w:val="28"/>
        </w:rPr>
      </w:pP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t xml:space="preserve">Cash Crop seeds </w:t>
      </w:r>
      <w:r w:rsidRPr="00307A7A">
        <w:rPr>
          <w:rFonts w:ascii="Times New Roman" w:hAnsi="Times New Roman" w:cs="Times New Roman"/>
          <w:sz w:val="28"/>
          <w:szCs w:val="28"/>
        </w:rPr>
        <w:tab/>
        <w:t xml:space="preserve"> 10kg</w:t>
      </w:r>
    </w:p>
    <w:p w:rsidR="00E91914" w:rsidRPr="00307A7A" w:rsidRDefault="00254BB8" w:rsidP="00E91914">
      <w:pPr>
        <w:widowControl w:val="0"/>
        <w:rPr>
          <w:rFonts w:ascii="Times New Roman" w:hAnsi="Times New Roman" w:cs="Times New Roman"/>
          <w:b/>
          <w:bCs/>
          <w:sz w:val="28"/>
          <w:szCs w:val="28"/>
        </w:rPr>
      </w:pPr>
      <w:r w:rsidRPr="00307A7A">
        <w:rPr>
          <w:rFonts w:ascii="Times New Roman" w:hAnsi="Times New Roman" w:cs="Times New Roman"/>
          <w:b/>
          <w:bCs/>
          <w:sz w:val="28"/>
          <w:szCs w:val="28"/>
        </w:rPr>
        <w:t xml:space="preserve">Total cost </w:t>
      </w:r>
      <w:r w:rsidRPr="00307A7A">
        <w:rPr>
          <w:rFonts w:ascii="Times New Roman" w:hAnsi="Times New Roman" w:cs="Times New Roman"/>
          <w:b/>
          <w:bCs/>
          <w:sz w:val="28"/>
          <w:szCs w:val="28"/>
        </w:rPr>
        <w:tab/>
      </w:r>
      <w:r w:rsidRPr="00307A7A">
        <w:rPr>
          <w:rFonts w:ascii="Times New Roman" w:hAnsi="Times New Roman" w:cs="Times New Roman"/>
          <w:b/>
          <w:bCs/>
          <w:sz w:val="28"/>
          <w:szCs w:val="28"/>
        </w:rPr>
        <w:tab/>
      </w:r>
      <w:r w:rsidRPr="00307A7A">
        <w:rPr>
          <w:rFonts w:ascii="Times New Roman" w:hAnsi="Times New Roman" w:cs="Times New Roman"/>
          <w:b/>
          <w:bCs/>
          <w:sz w:val="28"/>
          <w:szCs w:val="28"/>
        </w:rPr>
        <w:tab/>
      </w:r>
      <w:r w:rsidRPr="00307A7A">
        <w:rPr>
          <w:rFonts w:ascii="Times New Roman" w:hAnsi="Times New Roman" w:cs="Times New Roman"/>
          <w:b/>
          <w:bCs/>
          <w:sz w:val="28"/>
          <w:szCs w:val="28"/>
        </w:rPr>
        <w:tab/>
      </w:r>
      <w:r w:rsidRPr="00307A7A">
        <w:rPr>
          <w:rFonts w:ascii="Times New Roman" w:hAnsi="Times New Roman" w:cs="Times New Roman"/>
          <w:b/>
          <w:bCs/>
          <w:sz w:val="28"/>
          <w:szCs w:val="28"/>
        </w:rPr>
        <w:tab/>
      </w:r>
      <w:r w:rsidRPr="00307A7A">
        <w:rPr>
          <w:rFonts w:ascii="Times New Roman" w:hAnsi="Times New Roman" w:cs="Times New Roman"/>
          <w:b/>
          <w:bCs/>
          <w:sz w:val="28"/>
          <w:szCs w:val="28"/>
        </w:rPr>
        <w:tab/>
        <w:t>$2,869,000</w:t>
      </w:r>
    </w:p>
    <w:p w:rsidR="00E91914" w:rsidRPr="00307A7A" w:rsidRDefault="00254BB8" w:rsidP="00E91914">
      <w:pPr>
        <w:widowControl w:val="0"/>
        <w:rPr>
          <w:rFonts w:ascii="Times New Roman" w:hAnsi="Times New Roman" w:cs="Times New Roman"/>
          <w:sz w:val="28"/>
          <w:szCs w:val="28"/>
        </w:rPr>
      </w:pP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r w:rsidRPr="00307A7A">
        <w:rPr>
          <w:rFonts w:ascii="Times New Roman" w:hAnsi="Times New Roman" w:cs="Times New Roman"/>
          <w:sz w:val="28"/>
          <w:szCs w:val="28"/>
        </w:rPr>
        <w:tab/>
      </w:r>
    </w:p>
    <w:p w:rsidR="00E91914" w:rsidRPr="00307A7A" w:rsidRDefault="00254BB8" w:rsidP="00E91914">
      <w:pPr>
        <w:widowControl w:val="0"/>
        <w:rPr>
          <w:rFonts w:ascii="Times New Roman" w:hAnsi="Times New Roman" w:cs="Times New Roman"/>
          <w:sz w:val="28"/>
          <w:szCs w:val="28"/>
        </w:rPr>
      </w:pPr>
      <w:r w:rsidRPr="00307A7A">
        <w:rPr>
          <w:rFonts w:ascii="Times New Roman" w:hAnsi="Times New Roman" w:cs="Times New Roman"/>
          <w:sz w:val="28"/>
          <w:szCs w:val="28"/>
        </w:rPr>
        <w:t>Donation of water pumps and tools</w:t>
      </w:r>
      <w:r w:rsidRPr="00307A7A">
        <w:rPr>
          <w:rFonts w:ascii="Times New Roman" w:hAnsi="Times New Roman" w:cs="Times New Roman"/>
          <w:sz w:val="28"/>
          <w:szCs w:val="28"/>
        </w:rPr>
        <w:t xml:space="preserve"> </w:t>
      </w:r>
      <w:r w:rsidRPr="00307A7A">
        <w:rPr>
          <w:rFonts w:ascii="Times New Roman" w:hAnsi="Times New Roman" w:cs="Times New Roman"/>
          <w:sz w:val="28"/>
          <w:szCs w:val="28"/>
        </w:rPr>
        <w:t>| to date |</w:t>
      </w:r>
      <w:r w:rsidRPr="00307A7A">
        <w:rPr>
          <w:rFonts w:ascii="Times New Roman" w:hAnsi="Times New Roman" w:cs="Times New Roman"/>
          <w:sz w:val="28"/>
          <w:szCs w:val="28"/>
        </w:rPr>
        <w:tab/>
        <w:t xml:space="preserve">   </w:t>
      </w:r>
      <w:r w:rsidRPr="00307A7A">
        <w:rPr>
          <w:rFonts w:ascii="Times New Roman" w:hAnsi="Times New Roman" w:cs="Times New Roman"/>
          <w:sz w:val="28"/>
          <w:szCs w:val="28"/>
        </w:rPr>
        <w:t xml:space="preserve"> </w:t>
      </w:r>
      <w:r w:rsidRPr="00307A7A">
        <w:rPr>
          <w:rFonts w:ascii="Times New Roman" w:hAnsi="Times New Roman" w:cs="Times New Roman"/>
          <w:b/>
          <w:bCs/>
          <w:sz w:val="28"/>
          <w:szCs w:val="28"/>
        </w:rPr>
        <w:t>$593,000</w:t>
      </w:r>
      <w:r w:rsidRPr="00307A7A">
        <w:rPr>
          <w:rFonts w:ascii="Times New Roman" w:hAnsi="Times New Roman" w:cs="Times New Roman"/>
          <w:b/>
          <w:bCs/>
          <w:sz w:val="28"/>
          <w:szCs w:val="28"/>
        </w:rPr>
        <w:tab/>
      </w:r>
    </w:p>
    <w:p w:rsidR="00E91914" w:rsidRPr="00307A7A" w:rsidRDefault="00254BB8" w:rsidP="00E91914">
      <w:pPr>
        <w:widowControl w:val="0"/>
        <w:rPr>
          <w:rFonts w:ascii="Times New Roman" w:hAnsi="Times New Roman" w:cs="Times New Roman"/>
          <w:sz w:val="28"/>
          <w:szCs w:val="28"/>
        </w:rPr>
      </w:pPr>
    </w:p>
    <w:p w:rsidR="00E91914" w:rsidRPr="00307A7A" w:rsidRDefault="00254BB8" w:rsidP="1784A306">
      <w:pPr>
        <w:widowControl w:val="0"/>
        <w:rPr>
          <w:rFonts w:ascii="Times New Roman" w:hAnsi="Times New Roman" w:cs="Times New Roman"/>
          <w:sz w:val="28"/>
          <w:szCs w:val="28"/>
        </w:rPr>
      </w:pPr>
      <w:r w:rsidRPr="1784A306">
        <w:rPr>
          <w:rFonts w:ascii="Times New Roman" w:hAnsi="Times New Roman" w:cs="Times New Roman"/>
          <w:sz w:val="28"/>
          <w:szCs w:val="28"/>
        </w:rPr>
        <w:t xml:space="preserve">Construction of shade house </w:t>
      </w:r>
      <w:r w:rsidRPr="1784A306">
        <w:rPr>
          <w:rFonts w:ascii="Times New Roman" w:hAnsi="Times New Roman" w:cs="Times New Roman"/>
          <w:sz w:val="28"/>
          <w:szCs w:val="28"/>
        </w:rPr>
        <w:t xml:space="preserve">     </w:t>
      </w:r>
      <w:r w:rsidRPr="1784A306">
        <w:rPr>
          <w:rFonts w:ascii="Times New Roman" w:hAnsi="Times New Roman" w:cs="Times New Roman"/>
          <w:sz w:val="28"/>
          <w:szCs w:val="28"/>
        </w:rPr>
        <w:t xml:space="preserve">(2025) | </w:t>
      </w:r>
      <w:r>
        <w:tab/>
      </w:r>
      <w:r w:rsidRPr="1784A306">
        <w:rPr>
          <w:rFonts w:ascii="Times New Roman" w:hAnsi="Times New Roman" w:cs="Times New Roman"/>
          <w:b/>
          <w:bCs/>
          <w:sz w:val="28"/>
          <w:szCs w:val="28"/>
        </w:rPr>
        <w:t xml:space="preserve">     $400,000</w:t>
      </w:r>
    </w:p>
    <w:p w:rsidR="00E91914" w:rsidRPr="00307A7A" w:rsidRDefault="00254BB8" w:rsidP="00E91914">
      <w:pPr>
        <w:widowControl w:val="0"/>
        <w:rPr>
          <w:rFonts w:ascii="Times New Roman" w:hAnsi="Times New Roman" w:cs="Times New Roman"/>
          <w:sz w:val="28"/>
          <w:szCs w:val="28"/>
        </w:rPr>
      </w:pPr>
    </w:p>
    <w:p w:rsidR="00E91914" w:rsidRPr="00307A7A" w:rsidRDefault="00254BB8" w:rsidP="00E91914">
      <w:pPr>
        <w:widowControl w:val="0"/>
        <w:rPr>
          <w:rFonts w:ascii="Times New Roman" w:hAnsi="Times New Roman" w:cs="Times New Roman"/>
          <w:sz w:val="28"/>
          <w:szCs w:val="28"/>
        </w:rPr>
      </w:pPr>
    </w:p>
    <w:p w:rsidR="00E91914" w:rsidRPr="00307A7A" w:rsidRDefault="00254BB8" w:rsidP="1784A306">
      <w:pPr>
        <w:widowControl w:val="0"/>
        <w:rPr>
          <w:rFonts w:ascii="Times New Roman" w:hAnsi="Times New Roman" w:cs="Times New Roman"/>
          <w:b/>
          <w:bCs/>
          <w:sz w:val="28"/>
          <w:szCs w:val="28"/>
        </w:rPr>
      </w:pPr>
      <w:r w:rsidRPr="1784A306">
        <w:rPr>
          <w:rFonts w:ascii="Times New Roman" w:hAnsi="Times New Roman" w:cs="Times New Roman"/>
          <w:b/>
          <w:bCs/>
          <w:sz w:val="28"/>
          <w:szCs w:val="28"/>
        </w:rPr>
        <w:t>TOTAL:</w:t>
      </w:r>
      <w:r>
        <w:tab/>
      </w:r>
      <w:r>
        <w:tab/>
      </w:r>
      <w:r>
        <w:tab/>
      </w:r>
      <w:r w:rsidRPr="1784A306">
        <w:rPr>
          <w:rFonts w:ascii="Times New Roman" w:hAnsi="Times New Roman" w:cs="Times New Roman"/>
          <w:b/>
          <w:bCs/>
          <w:sz w:val="28"/>
          <w:szCs w:val="28"/>
        </w:rPr>
        <w:t xml:space="preserve">     </w:t>
      </w:r>
      <w:r>
        <w:tab/>
      </w:r>
      <w:r>
        <w:tab/>
      </w:r>
      <w:r>
        <w:tab/>
      </w:r>
      <w:r>
        <w:tab/>
      </w:r>
      <w:r>
        <w:tab/>
      </w:r>
      <w:r>
        <w:tab/>
      </w:r>
      <w:r w:rsidRPr="1784A306">
        <w:rPr>
          <w:rFonts w:ascii="Times New Roman" w:hAnsi="Times New Roman" w:cs="Times New Roman"/>
          <w:b/>
          <w:bCs/>
          <w:sz w:val="28"/>
          <w:szCs w:val="28"/>
        </w:rPr>
        <w:t>$3,862,000</w:t>
      </w:r>
    </w:p>
    <w:p w:rsidR="00E91914" w:rsidRPr="00307A7A" w:rsidRDefault="00254BB8" w:rsidP="1784A306">
      <w:pPr>
        <w:widowControl w:val="0"/>
        <w:rPr>
          <w:rFonts w:ascii="Times New Roman" w:hAnsi="Times New Roman" w:cs="Times New Roman"/>
          <w:b/>
          <w:bCs/>
          <w:sz w:val="28"/>
          <w:szCs w:val="28"/>
        </w:rPr>
      </w:pPr>
      <w:r w:rsidRPr="1784A306">
        <w:rPr>
          <w:rFonts w:ascii="Times New Roman" w:hAnsi="Times New Roman" w:cs="Times New Roman"/>
          <w:sz w:val="28"/>
          <w:szCs w:val="28"/>
        </w:rPr>
        <w:t>Number of persons impacted:</w:t>
      </w:r>
      <w:r>
        <w:tab/>
      </w:r>
      <w:r w:rsidRPr="1784A306">
        <w:rPr>
          <w:rFonts w:ascii="Times New Roman" w:hAnsi="Times New Roman" w:cs="Times New Roman"/>
          <w:sz w:val="28"/>
          <w:szCs w:val="28"/>
        </w:rPr>
        <w:t xml:space="preserve">            </w:t>
      </w:r>
      <w:r>
        <w:tab/>
      </w:r>
      <w:r>
        <w:tab/>
      </w:r>
      <w:r>
        <w:tab/>
      </w:r>
      <w:r>
        <w:tab/>
      </w:r>
      <w:r w:rsidRPr="1784A306">
        <w:rPr>
          <w:rFonts w:ascii="Times New Roman" w:hAnsi="Times New Roman" w:cs="Times New Roman"/>
          <w:sz w:val="28"/>
          <w:szCs w:val="28"/>
        </w:rPr>
        <w:t xml:space="preserve">      50</w:t>
      </w:r>
      <w:r>
        <w:tab/>
      </w:r>
    </w:p>
    <w:p w:rsidR="009B319A" w:rsidRPr="00307A7A" w:rsidRDefault="00254BB8" w:rsidP="009B319A">
      <w:pPr>
        <w:rPr>
          <w:rFonts w:ascii="Times New Roman" w:hAnsi="Times New Roman" w:cs="Times New Roman"/>
          <w:sz w:val="28"/>
          <w:szCs w:val="28"/>
        </w:rPr>
      </w:pPr>
    </w:p>
    <w:p w:rsidR="00405CE4" w:rsidRPr="00307A7A" w:rsidRDefault="00254BB8">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w:t>
      </w:r>
    </w:p>
    <w:p w:rsidR="00307A7A" w:rsidRPr="00307A7A" w:rsidRDefault="00254BB8" w:rsidP="00307A7A">
      <w:pPr>
        <w:spacing w:after="240"/>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 xml:space="preserve">4. GLDA | </w:t>
      </w:r>
      <w:r w:rsidRPr="00307A7A">
        <w:rPr>
          <w:rFonts w:ascii="Times New Roman" w:hAnsi="Times New Roman" w:cs="Times New Roman"/>
          <w:b/>
          <w:bCs/>
          <w:color w:val="202124"/>
          <w:sz w:val="28"/>
          <w:szCs w:val="28"/>
        </w:rPr>
        <w:t>$706,621,810 | 2020-2025</w:t>
      </w:r>
    </w:p>
    <w:p w:rsidR="00307A7A" w:rsidRPr="00307A7A" w:rsidRDefault="00254BB8" w:rsidP="1784A306">
      <w:pPr>
        <w:spacing w:before="240" w:after="240"/>
        <w:rPr>
          <w:rFonts w:ascii="Times New Roman" w:hAnsi="Times New Roman" w:cs="Times New Roman"/>
          <w:b/>
          <w:bCs/>
          <w:color w:val="202124"/>
          <w:sz w:val="28"/>
          <w:szCs w:val="28"/>
        </w:rPr>
      </w:pPr>
      <w:r w:rsidRPr="1784A306">
        <w:rPr>
          <w:rFonts w:ascii="Times New Roman" w:hAnsi="Times New Roman" w:cs="Times New Roman"/>
          <w:b/>
          <w:bCs/>
          <w:color w:val="202124"/>
          <w:sz w:val="28"/>
          <w:szCs w:val="28"/>
        </w:rPr>
        <w:t>TOTAL Number of persons impacted: 4,455 | 2020-2025 | $706,621,810</w:t>
      </w:r>
    </w:p>
    <w:p w:rsidR="00307A7A" w:rsidRPr="00307A7A" w:rsidRDefault="00254BB8" w:rsidP="1784A306">
      <w:pPr>
        <w:spacing w:before="240" w:after="240"/>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Pasture Establishment</w:t>
      </w:r>
      <w:r>
        <w:br/>
      </w:r>
      <w:r w:rsidRPr="1784A306">
        <w:rPr>
          <w:rFonts w:ascii="Times New Roman" w:hAnsi="Times New Roman" w:cs="Times New Roman"/>
          <w:color w:val="202124"/>
          <w:sz w:val="28"/>
          <w:szCs w:val="28"/>
        </w:rPr>
        <w:t>Number of persons impacted:  289| 2020-2025 | $238,000,000</w:t>
      </w:r>
    </w:p>
    <w:p w:rsidR="00307A7A" w:rsidRPr="00307A7A" w:rsidRDefault="00254BB8" w:rsidP="1784A306">
      <w:pPr>
        <w:spacing w:before="240" w:after="240"/>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Resuscitation of School Based Agriculture Programme</w:t>
      </w:r>
      <w:r>
        <w:br/>
      </w:r>
      <w:r w:rsidRPr="1784A306">
        <w:rPr>
          <w:rFonts w:ascii="Times New Roman" w:hAnsi="Times New Roman" w:cs="Times New Roman"/>
          <w:color w:val="202124"/>
          <w:sz w:val="28"/>
          <w:szCs w:val="28"/>
        </w:rPr>
        <w:t xml:space="preserve">Number of Schools impacted: 11 </w:t>
      </w:r>
      <w:r w:rsidRPr="1784A306">
        <w:rPr>
          <w:rFonts w:ascii="Times New Roman" w:hAnsi="Times New Roman" w:cs="Times New Roman"/>
          <w:color w:val="202124"/>
          <w:sz w:val="28"/>
          <w:szCs w:val="28"/>
        </w:rPr>
        <w:t>| 2024-2025 | $14,500,000</w:t>
      </w:r>
    </w:p>
    <w:p w:rsidR="00307A7A" w:rsidRPr="00307A7A" w:rsidRDefault="00254BB8" w:rsidP="00307A7A">
      <w:pPr>
        <w:spacing w:before="240" w:after="240"/>
        <w:rPr>
          <w:rFonts w:ascii="Times New Roman" w:hAnsi="Times New Roman" w:cs="Times New Roman"/>
          <w:color w:val="202124"/>
          <w:sz w:val="28"/>
          <w:szCs w:val="28"/>
        </w:rPr>
      </w:pPr>
      <w:r w:rsidRPr="00307A7A">
        <w:rPr>
          <w:rFonts w:ascii="Times New Roman" w:hAnsi="Times New Roman" w:cs="Times New Roman"/>
          <w:b/>
          <w:bCs/>
          <w:color w:val="202124"/>
          <w:sz w:val="28"/>
          <w:szCs w:val="28"/>
        </w:rPr>
        <w:t>Genetic Improvement (Cattle, Sheep, Pigs)</w:t>
      </w:r>
      <w:r w:rsidRPr="00307A7A">
        <w:rPr>
          <w:rFonts w:ascii="Times New Roman" w:hAnsi="Times New Roman" w:cs="Times New Roman"/>
          <w:b/>
          <w:bCs/>
          <w:color w:val="202124"/>
          <w:sz w:val="28"/>
          <w:szCs w:val="28"/>
        </w:rPr>
        <w:br/>
      </w:r>
      <w:r w:rsidRPr="00307A7A">
        <w:rPr>
          <w:rFonts w:ascii="Times New Roman" w:hAnsi="Times New Roman" w:cs="Times New Roman"/>
          <w:color w:val="202124"/>
          <w:sz w:val="28"/>
          <w:szCs w:val="28"/>
        </w:rPr>
        <w:t>Number of Persons Impacted: 2,935 | 2020-2025 | $124,721,810</w:t>
      </w:r>
    </w:p>
    <w:p w:rsidR="00307A7A" w:rsidRPr="00307A7A" w:rsidRDefault="00254BB8" w:rsidP="00307A7A">
      <w:pPr>
        <w:spacing w:before="240" w:after="240"/>
        <w:rPr>
          <w:rFonts w:ascii="Times New Roman" w:hAnsi="Times New Roman" w:cs="Times New Roman"/>
          <w:color w:val="202124"/>
          <w:sz w:val="28"/>
          <w:szCs w:val="28"/>
        </w:rPr>
      </w:pPr>
      <w:r w:rsidRPr="00307A7A">
        <w:rPr>
          <w:rFonts w:ascii="Times New Roman" w:hAnsi="Times New Roman" w:cs="Times New Roman"/>
          <w:b/>
          <w:bCs/>
          <w:color w:val="202124"/>
          <w:sz w:val="28"/>
          <w:szCs w:val="28"/>
        </w:rPr>
        <w:t>Apiculture (Honey Production)</w:t>
      </w:r>
      <w:r w:rsidRPr="00307A7A">
        <w:rPr>
          <w:rFonts w:ascii="Times New Roman" w:hAnsi="Times New Roman" w:cs="Times New Roman"/>
          <w:b/>
          <w:bCs/>
          <w:color w:val="202124"/>
          <w:sz w:val="28"/>
          <w:szCs w:val="28"/>
        </w:rPr>
        <w:br/>
      </w:r>
      <w:r w:rsidRPr="00307A7A">
        <w:rPr>
          <w:rFonts w:ascii="Times New Roman" w:hAnsi="Times New Roman" w:cs="Times New Roman"/>
          <w:color w:val="202124"/>
          <w:sz w:val="28"/>
          <w:szCs w:val="28"/>
        </w:rPr>
        <w:t>Number of Persons Impacted: 65 | 2022-2025 | $ 49,800,000</w:t>
      </w:r>
    </w:p>
    <w:p w:rsidR="00307A7A" w:rsidRPr="00307A7A" w:rsidRDefault="00254BB8" w:rsidP="1784A306">
      <w:pPr>
        <w:spacing w:before="240" w:after="240"/>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Clean Milk Project (Dairy Production)</w:t>
      </w:r>
      <w:r>
        <w:br/>
      </w:r>
      <w:r w:rsidRPr="1784A306">
        <w:rPr>
          <w:rFonts w:ascii="Times New Roman" w:hAnsi="Times New Roman" w:cs="Times New Roman"/>
          <w:color w:val="202124"/>
          <w:sz w:val="28"/>
          <w:szCs w:val="28"/>
        </w:rPr>
        <w:t>N</w:t>
      </w:r>
      <w:r w:rsidRPr="1784A306">
        <w:rPr>
          <w:rFonts w:ascii="Times New Roman" w:hAnsi="Times New Roman" w:cs="Times New Roman"/>
          <w:color w:val="202124"/>
          <w:sz w:val="28"/>
          <w:szCs w:val="28"/>
        </w:rPr>
        <w:t>umber of persons impacted: 25 | 2023 | $4,000,000</w:t>
      </w:r>
    </w:p>
    <w:p w:rsidR="00307A7A" w:rsidRPr="00307A7A" w:rsidRDefault="00254BB8" w:rsidP="1784A306">
      <w:pPr>
        <w:spacing w:before="240" w:after="240"/>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 xml:space="preserve">El Niño Emergency Outreach </w:t>
      </w:r>
      <w:r>
        <w:br/>
      </w:r>
      <w:r w:rsidRPr="1784A306">
        <w:rPr>
          <w:rFonts w:ascii="Times New Roman" w:hAnsi="Times New Roman" w:cs="Times New Roman"/>
          <w:color w:val="202124"/>
          <w:sz w:val="28"/>
          <w:szCs w:val="28"/>
        </w:rPr>
        <w:t>Number of persons impacted: 265 | 2024-2025 | $ 113,500,000</w:t>
      </w:r>
    </w:p>
    <w:p w:rsidR="00307A7A" w:rsidRPr="00307A7A" w:rsidRDefault="00254BB8" w:rsidP="1784A306">
      <w:pPr>
        <w:spacing w:before="240" w:after="240"/>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Female Youth Empowerment</w:t>
      </w:r>
      <w:r>
        <w:br/>
      </w:r>
      <w:r w:rsidRPr="1784A306">
        <w:rPr>
          <w:rFonts w:ascii="Times New Roman" w:hAnsi="Times New Roman" w:cs="Times New Roman"/>
          <w:color w:val="202124"/>
          <w:sz w:val="28"/>
          <w:szCs w:val="28"/>
        </w:rPr>
        <w:t>Number of persons impacted: 19 | 2024-2025 | $ 15,800,000</w:t>
      </w:r>
    </w:p>
    <w:p w:rsidR="00307A7A" w:rsidRPr="00307A7A" w:rsidRDefault="00254BB8" w:rsidP="1784A306">
      <w:pPr>
        <w:spacing w:before="240" w:after="240"/>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lastRenderedPageBreak/>
        <w:t>Tuberculosis (TB) eradication Progr</w:t>
      </w:r>
      <w:r w:rsidRPr="1784A306">
        <w:rPr>
          <w:rFonts w:ascii="Times New Roman" w:hAnsi="Times New Roman" w:cs="Times New Roman"/>
          <w:b/>
          <w:bCs/>
          <w:color w:val="202124"/>
          <w:sz w:val="28"/>
          <w:szCs w:val="28"/>
        </w:rPr>
        <w:t>am (Cattle)</w:t>
      </w:r>
      <w:r>
        <w:br/>
      </w:r>
      <w:r w:rsidRPr="1784A306">
        <w:rPr>
          <w:rFonts w:ascii="Times New Roman" w:hAnsi="Times New Roman" w:cs="Times New Roman"/>
          <w:color w:val="202124"/>
          <w:sz w:val="28"/>
          <w:szCs w:val="28"/>
        </w:rPr>
        <w:t>Number of persons impacted: 535 | 2020-2025 | $52,000,000</w:t>
      </w:r>
    </w:p>
    <w:p w:rsidR="00307A7A" w:rsidRPr="00307A7A" w:rsidRDefault="00254BB8" w:rsidP="00307A7A">
      <w:pPr>
        <w:rPr>
          <w:rFonts w:ascii="Times New Roman" w:hAnsi="Times New Roman" w:cs="Times New Roman"/>
          <w:b/>
          <w:bCs/>
          <w:sz w:val="28"/>
          <w:szCs w:val="28"/>
        </w:rPr>
      </w:pPr>
      <w:r w:rsidRPr="00307A7A">
        <w:rPr>
          <w:rFonts w:ascii="Times New Roman" w:hAnsi="Times New Roman" w:cs="Times New Roman"/>
          <w:b/>
          <w:bCs/>
          <w:sz w:val="28"/>
          <w:szCs w:val="28"/>
        </w:rPr>
        <w:t>Special Projects</w:t>
      </w:r>
    </w:p>
    <w:p w:rsidR="00307A7A" w:rsidRPr="00307A7A" w:rsidRDefault="00254BB8" w:rsidP="00307A7A">
      <w:pPr>
        <w:widowControl w:val="0"/>
        <w:spacing w:line="240" w:lineRule="auto"/>
        <w:rPr>
          <w:rFonts w:ascii="Times New Roman" w:hAnsi="Times New Roman" w:cs="Times New Roman"/>
          <w:b/>
          <w:bCs/>
          <w:sz w:val="28"/>
          <w:szCs w:val="28"/>
        </w:rPr>
      </w:pPr>
      <w:r w:rsidRPr="00307A7A">
        <w:rPr>
          <w:rFonts w:ascii="Times New Roman" w:hAnsi="Times New Roman" w:cs="Times New Roman"/>
          <w:b/>
          <w:bCs/>
          <w:sz w:val="28"/>
          <w:szCs w:val="28"/>
        </w:rPr>
        <w:t>Embryo Transfers</w:t>
      </w:r>
    </w:p>
    <w:p w:rsidR="00307A7A" w:rsidRPr="00307A7A" w:rsidRDefault="00254BB8" w:rsidP="1784A306">
      <w:pPr>
        <w:widowControl w:val="0"/>
        <w:spacing w:line="240" w:lineRule="auto"/>
        <w:rPr>
          <w:rFonts w:ascii="Times New Roman" w:hAnsi="Times New Roman" w:cs="Times New Roman"/>
          <w:sz w:val="28"/>
          <w:szCs w:val="28"/>
        </w:rPr>
      </w:pPr>
      <w:r w:rsidRPr="1784A306">
        <w:rPr>
          <w:rFonts w:ascii="Times New Roman" w:hAnsi="Times New Roman" w:cs="Times New Roman"/>
          <w:sz w:val="28"/>
          <w:szCs w:val="28"/>
        </w:rPr>
        <w:t>Number of persons impacted: 300| 2025 | $ 54,000,000</w:t>
      </w:r>
    </w:p>
    <w:p w:rsidR="00307A7A" w:rsidRPr="00307A7A" w:rsidRDefault="00254BB8" w:rsidP="00307A7A">
      <w:pPr>
        <w:rPr>
          <w:rFonts w:ascii="Times New Roman" w:hAnsi="Times New Roman" w:cs="Times New Roman"/>
          <w:sz w:val="28"/>
          <w:szCs w:val="28"/>
        </w:rPr>
      </w:pPr>
    </w:p>
    <w:p w:rsidR="00307A7A" w:rsidRPr="00307A7A" w:rsidRDefault="00254BB8" w:rsidP="00307A7A">
      <w:pPr>
        <w:rPr>
          <w:rFonts w:ascii="Times New Roman" w:hAnsi="Times New Roman" w:cs="Times New Roman"/>
          <w:b/>
          <w:bCs/>
          <w:sz w:val="28"/>
          <w:szCs w:val="28"/>
        </w:rPr>
      </w:pPr>
      <w:r w:rsidRPr="00307A7A">
        <w:rPr>
          <w:rFonts w:ascii="Times New Roman" w:hAnsi="Times New Roman" w:cs="Times New Roman"/>
          <w:b/>
          <w:bCs/>
          <w:sz w:val="28"/>
          <w:szCs w:val="28"/>
        </w:rPr>
        <w:t>Bull Rotation</w:t>
      </w:r>
    </w:p>
    <w:p w:rsidR="00307A7A" w:rsidRPr="00307A7A" w:rsidRDefault="00254BB8" w:rsidP="00307A7A">
      <w:pPr>
        <w:widowControl w:val="0"/>
        <w:spacing w:line="240" w:lineRule="auto"/>
        <w:rPr>
          <w:rFonts w:ascii="Times New Roman" w:hAnsi="Times New Roman" w:cs="Times New Roman"/>
          <w:sz w:val="28"/>
          <w:szCs w:val="28"/>
        </w:rPr>
      </w:pPr>
      <w:r w:rsidRPr="00307A7A">
        <w:rPr>
          <w:rFonts w:ascii="Times New Roman" w:hAnsi="Times New Roman" w:cs="Times New Roman"/>
          <w:sz w:val="28"/>
          <w:szCs w:val="28"/>
        </w:rPr>
        <w:t>Number of Persons Impacted:11 | 2024-2025 | $ 40,300,000</w:t>
      </w:r>
    </w:p>
    <w:p w:rsidR="00307A7A" w:rsidRPr="00307A7A" w:rsidRDefault="00254BB8" w:rsidP="00307A7A">
      <w:pPr>
        <w:rPr>
          <w:rFonts w:ascii="Times New Roman" w:hAnsi="Times New Roman" w:cs="Times New Roman"/>
          <w:sz w:val="28"/>
          <w:szCs w:val="28"/>
        </w:rPr>
      </w:pPr>
      <w:r w:rsidRPr="00307A7A">
        <w:rPr>
          <w:rFonts w:ascii="Times New Roman" w:hAnsi="Times New Roman" w:cs="Times New Roman"/>
          <w:sz w:val="28"/>
          <w:szCs w:val="28"/>
        </w:rPr>
        <w:t xml:space="preserve">   </w:t>
      </w:r>
    </w:p>
    <w:p w:rsidR="00405CE4" w:rsidRPr="00307A7A" w:rsidRDefault="00254BB8">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w:t>
      </w:r>
    </w:p>
    <w:p w:rsidR="00CB167E" w:rsidRPr="00307A7A" w:rsidRDefault="00254BB8" w:rsidP="00CB167E">
      <w:pPr>
        <w:numPr>
          <w:ilvl w:val="0"/>
          <w:numId w:val="14"/>
        </w:numPr>
        <w:spacing w:after="240"/>
        <w:rPr>
          <w:rFonts w:ascii="Times New Roman" w:hAnsi="Times New Roman" w:cs="Times New Roman"/>
          <w:color w:val="202124"/>
          <w:sz w:val="28"/>
          <w:szCs w:val="28"/>
        </w:rPr>
      </w:pPr>
      <w:r w:rsidRPr="00307A7A">
        <w:rPr>
          <w:rFonts w:ascii="Times New Roman" w:hAnsi="Times New Roman" w:cs="Times New Roman"/>
          <w:b/>
          <w:bCs/>
          <w:color w:val="202124"/>
          <w:sz w:val="28"/>
          <w:szCs w:val="28"/>
        </w:rPr>
        <w:t>NDIA | $14,958,605,432| 2020-2025</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2020| $257,746,724</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2021| $1,676,739,613</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2022| $ 100,285,500</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2023| $</w:t>
      </w:r>
      <w:r w:rsidRPr="00307A7A">
        <w:rPr>
          <w:rFonts w:ascii="Times New Roman" w:hAnsi="Times New Roman" w:cs="Times New Roman"/>
          <w:sz w:val="28"/>
          <w:szCs w:val="28"/>
        </w:rPr>
        <w:t xml:space="preserve"> </w:t>
      </w:r>
      <w:r w:rsidRPr="00307A7A">
        <w:rPr>
          <w:rFonts w:ascii="Times New Roman" w:hAnsi="Times New Roman" w:cs="Times New Roman"/>
          <w:b/>
          <w:bCs/>
          <w:color w:val="202124"/>
          <w:sz w:val="28"/>
          <w:szCs w:val="28"/>
        </w:rPr>
        <w:t>76,576,310</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2024| $6,622,022,720</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2025| $ 6,225,234,565</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 xml:space="preserve"> </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 xml:space="preserve">NDIA </w:t>
      </w:r>
      <w:r w:rsidRPr="00307A7A">
        <w:rPr>
          <w:rFonts w:ascii="Times New Roman" w:hAnsi="Times New Roman" w:cs="Times New Roman"/>
          <w:b/>
          <w:bCs/>
          <w:color w:val="202124"/>
          <w:sz w:val="28"/>
          <w:szCs w:val="28"/>
        </w:rPr>
        <w:t>|2020| $ 257,746,724</w:t>
      </w:r>
    </w:p>
    <w:p w:rsidR="00CB167E" w:rsidRPr="00307A7A" w:rsidRDefault="00254BB8" w:rsidP="00CB167E">
      <w:pPr>
        <w:numPr>
          <w:ilvl w:val="0"/>
          <w:numId w:val="15"/>
        </w:numPr>
        <w:spacing w:before="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Construction of Pump Station |Rose Hall, East Berbice|         $ 64,140,544</w:t>
      </w:r>
    </w:p>
    <w:p w:rsidR="00CB167E" w:rsidRPr="00307A7A" w:rsidRDefault="00254BB8" w:rsidP="1784A306">
      <w:pPr>
        <w:numPr>
          <w:ilvl w:val="0"/>
          <w:numId w:val="15"/>
        </w:numPr>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Construction of revetment at Torani Canal|Torani|$ 24,795,000</w:t>
      </w:r>
    </w:p>
    <w:p w:rsidR="00CB167E" w:rsidRPr="00307A7A" w:rsidRDefault="00254BB8" w:rsidP="00CB167E">
      <w:pPr>
        <w:numPr>
          <w:ilvl w:val="0"/>
          <w:numId w:val="15"/>
        </w:numPr>
        <w:jc w:val="both"/>
        <w:rPr>
          <w:rFonts w:ascii="Times New Roman" w:hAnsi="Times New Roman" w:cs="Times New Roman"/>
          <w:b/>
          <w:bCs/>
          <w:color w:val="202124"/>
          <w:sz w:val="28"/>
          <w:szCs w:val="28"/>
        </w:rPr>
      </w:pPr>
      <w:r w:rsidRPr="00307A7A">
        <w:rPr>
          <w:rFonts w:ascii="Times New Roman" w:eastAsia="Times New Roman" w:hAnsi="Times New Roman" w:cs="Times New Roman"/>
          <w:color w:val="202124"/>
          <w:sz w:val="28"/>
          <w:szCs w:val="28"/>
        </w:rPr>
        <w:t xml:space="preserve"> </w:t>
      </w:r>
      <w:r w:rsidRPr="00307A7A">
        <w:rPr>
          <w:rFonts w:ascii="Times New Roman" w:hAnsi="Times New Roman" w:cs="Times New Roman"/>
          <w:color w:val="202124"/>
          <w:sz w:val="28"/>
          <w:szCs w:val="28"/>
        </w:rPr>
        <w:t>Rehabilitation of pump station| Albion| $ 39,876,840</w:t>
      </w:r>
    </w:p>
    <w:p w:rsidR="00CB167E" w:rsidRPr="00307A7A" w:rsidRDefault="00254BB8" w:rsidP="1784A306">
      <w:pPr>
        <w:numPr>
          <w:ilvl w:val="0"/>
          <w:numId w:val="15"/>
        </w:numPr>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lastRenderedPageBreak/>
        <w:t>Rehabilitation of pump station|Manarabisi P</w:t>
      </w:r>
      <w:r w:rsidRPr="1784A306">
        <w:rPr>
          <w:rFonts w:ascii="Times New Roman" w:hAnsi="Times New Roman" w:cs="Times New Roman"/>
          <w:color w:val="202124"/>
          <w:sz w:val="28"/>
          <w:szCs w:val="28"/>
        </w:rPr>
        <w:t>ump Station| $ 51,229,590</w:t>
      </w:r>
    </w:p>
    <w:p w:rsidR="00CB167E" w:rsidRPr="00307A7A" w:rsidRDefault="00254BB8" w:rsidP="1784A306">
      <w:pPr>
        <w:numPr>
          <w:ilvl w:val="0"/>
          <w:numId w:val="15"/>
        </w:numPr>
        <w:spacing w:after="240"/>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Rehabilitation of pump station|Mibicuri, Black Bush Polder| $ 77,704,750</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NDIA |2021| $ 1,676739,613</w:t>
      </w:r>
    </w:p>
    <w:p w:rsidR="00CB167E" w:rsidRPr="00307A7A" w:rsidRDefault="00254BB8" w:rsidP="1784A306">
      <w:pPr>
        <w:numPr>
          <w:ilvl w:val="0"/>
          <w:numId w:val="11"/>
        </w:numPr>
        <w:jc w:val="both"/>
        <w:rPr>
          <w:rFonts w:ascii="Times New Roman" w:hAnsi="Times New Roman" w:cs="Times New Roman"/>
          <w:b/>
          <w:bCs/>
          <w:color w:val="202124"/>
          <w:sz w:val="28"/>
          <w:szCs w:val="28"/>
        </w:rPr>
      </w:pPr>
      <w:r w:rsidRPr="1784A306">
        <w:rPr>
          <w:rFonts w:ascii="Times New Roman" w:hAnsi="Times New Roman" w:cs="Times New Roman"/>
          <w:color w:val="202124"/>
          <w:sz w:val="28"/>
          <w:szCs w:val="28"/>
        </w:rPr>
        <w:t>Rehabilitation of Drainage and Irrigation Channels &amp; Structures - Black Bush Polder- $  58,880,860</w:t>
      </w:r>
    </w:p>
    <w:p w:rsidR="00CB167E" w:rsidRPr="00307A7A" w:rsidRDefault="00254BB8" w:rsidP="00CB167E">
      <w:pPr>
        <w:numPr>
          <w:ilvl w:val="0"/>
          <w:numId w:val="11"/>
        </w:numPr>
        <w:jc w:val="both"/>
        <w:rPr>
          <w:rFonts w:ascii="Times New Roman" w:hAnsi="Times New Roman" w:cs="Times New Roman"/>
          <w:b/>
          <w:bCs/>
          <w:color w:val="202124"/>
          <w:sz w:val="28"/>
          <w:szCs w:val="28"/>
        </w:rPr>
      </w:pPr>
      <w:r w:rsidRPr="00307A7A">
        <w:rPr>
          <w:rFonts w:ascii="Times New Roman" w:hAnsi="Times New Roman" w:cs="Times New Roman"/>
          <w:color w:val="202124"/>
          <w:sz w:val="28"/>
          <w:szCs w:val="28"/>
        </w:rPr>
        <w:t>Mechanical Excavation and Raisi</w:t>
      </w:r>
      <w:r w:rsidRPr="00307A7A">
        <w:rPr>
          <w:rFonts w:ascii="Times New Roman" w:hAnsi="Times New Roman" w:cs="Times New Roman"/>
          <w:color w:val="202124"/>
          <w:sz w:val="28"/>
          <w:szCs w:val="28"/>
        </w:rPr>
        <w:t>ng of Embankment for Main Drainage Channel (Ketten Dam) at Bloomfield, Corentyne | $ 6,625,000</w:t>
      </w:r>
    </w:p>
    <w:p w:rsidR="00CB167E" w:rsidRPr="00307A7A" w:rsidRDefault="00254BB8" w:rsidP="00CB167E">
      <w:pPr>
        <w:numPr>
          <w:ilvl w:val="0"/>
          <w:numId w:val="11"/>
        </w:numPr>
        <w:jc w:val="both"/>
        <w:rPr>
          <w:rFonts w:ascii="Times New Roman" w:hAnsi="Times New Roman" w:cs="Times New Roman"/>
          <w:b/>
          <w:bCs/>
          <w:color w:val="202124"/>
          <w:sz w:val="28"/>
          <w:szCs w:val="28"/>
        </w:rPr>
      </w:pPr>
      <w:r w:rsidRPr="00307A7A">
        <w:rPr>
          <w:rFonts w:ascii="Times New Roman" w:hAnsi="Times New Roman" w:cs="Times New Roman"/>
          <w:color w:val="202124"/>
          <w:sz w:val="28"/>
          <w:szCs w:val="28"/>
        </w:rPr>
        <w:t>Rehabilitation of Maida Drainage Channel and Embankment, Corentyne|$10,000,000</w:t>
      </w:r>
    </w:p>
    <w:p w:rsidR="00CB167E" w:rsidRPr="00307A7A" w:rsidRDefault="00254BB8" w:rsidP="1784A306">
      <w:pPr>
        <w:numPr>
          <w:ilvl w:val="0"/>
          <w:numId w:val="11"/>
        </w:numPr>
        <w:jc w:val="both"/>
        <w:rPr>
          <w:rFonts w:ascii="Times New Roman" w:hAnsi="Times New Roman" w:cs="Times New Roman"/>
          <w:b/>
          <w:bCs/>
          <w:color w:val="202124"/>
          <w:sz w:val="28"/>
          <w:szCs w:val="28"/>
        </w:rPr>
      </w:pPr>
      <w:r w:rsidRPr="1784A306">
        <w:rPr>
          <w:rFonts w:ascii="Times New Roman" w:hAnsi="Times New Roman" w:cs="Times New Roman"/>
          <w:color w:val="202124"/>
          <w:sz w:val="28"/>
          <w:szCs w:val="28"/>
        </w:rPr>
        <w:t>Rehabilitation of Drainage &amp; Irrigation Network, Belmontt, EBB| $ 14,981,000</w:t>
      </w:r>
    </w:p>
    <w:p w:rsidR="00CB167E" w:rsidRPr="00307A7A" w:rsidRDefault="00254BB8" w:rsidP="1784A306">
      <w:pPr>
        <w:numPr>
          <w:ilvl w:val="0"/>
          <w:numId w:val="11"/>
        </w:numPr>
        <w:jc w:val="both"/>
        <w:rPr>
          <w:rFonts w:ascii="Times New Roman" w:hAnsi="Times New Roman" w:cs="Times New Roman"/>
          <w:b/>
          <w:bCs/>
          <w:color w:val="202124"/>
          <w:sz w:val="28"/>
          <w:szCs w:val="28"/>
        </w:rPr>
      </w:pPr>
      <w:r w:rsidRPr="1784A306">
        <w:rPr>
          <w:rFonts w:ascii="Times New Roman" w:hAnsi="Times New Roman" w:cs="Times New Roman"/>
          <w:color w:val="202124"/>
          <w:sz w:val="28"/>
          <w:szCs w:val="28"/>
        </w:rPr>
        <w:t>Rehab</w:t>
      </w:r>
      <w:r w:rsidRPr="1784A306">
        <w:rPr>
          <w:rFonts w:ascii="Times New Roman" w:hAnsi="Times New Roman" w:cs="Times New Roman"/>
          <w:color w:val="202124"/>
          <w:sz w:val="28"/>
          <w:szCs w:val="28"/>
        </w:rPr>
        <w:t xml:space="preserve">ilitation of Drainage &amp; Irrigation Network Light Town/Gango Creek, EBB  </w:t>
      </w:r>
      <w:r>
        <w:tab/>
      </w:r>
      <w:r w:rsidRPr="1784A306">
        <w:rPr>
          <w:rFonts w:ascii="Times New Roman" w:hAnsi="Times New Roman" w:cs="Times New Roman"/>
          <w:color w:val="202124"/>
          <w:sz w:val="28"/>
          <w:szCs w:val="28"/>
        </w:rPr>
        <w:t>|$ 11,480,000</w:t>
      </w:r>
    </w:p>
    <w:p w:rsidR="00CB167E" w:rsidRPr="00307A7A" w:rsidRDefault="00254BB8" w:rsidP="1784A306">
      <w:pPr>
        <w:numPr>
          <w:ilvl w:val="0"/>
          <w:numId w:val="11"/>
        </w:numPr>
        <w:jc w:val="both"/>
        <w:rPr>
          <w:rFonts w:ascii="Times New Roman" w:hAnsi="Times New Roman" w:cs="Times New Roman"/>
          <w:b/>
          <w:bCs/>
          <w:color w:val="202124"/>
          <w:sz w:val="28"/>
          <w:szCs w:val="28"/>
        </w:rPr>
      </w:pPr>
      <w:r w:rsidRPr="1784A306">
        <w:rPr>
          <w:rFonts w:ascii="Times New Roman" w:hAnsi="Times New Roman" w:cs="Times New Roman"/>
          <w:color w:val="202124"/>
          <w:sz w:val="28"/>
          <w:szCs w:val="28"/>
        </w:rPr>
        <w:t>Rehabilitation of Drainage &amp; Irrigation Network Ma- Retraite, EBB|$ 14,982,000</w:t>
      </w:r>
    </w:p>
    <w:p w:rsidR="00CB167E" w:rsidRPr="00307A7A" w:rsidRDefault="00254BB8" w:rsidP="00CB167E">
      <w:pPr>
        <w:numPr>
          <w:ilvl w:val="0"/>
          <w:numId w:val="11"/>
        </w:numPr>
        <w:jc w:val="both"/>
        <w:rPr>
          <w:rFonts w:ascii="Times New Roman" w:hAnsi="Times New Roman" w:cs="Times New Roman"/>
          <w:b/>
          <w:bCs/>
          <w:color w:val="202124"/>
          <w:sz w:val="28"/>
          <w:szCs w:val="28"/>
        </w:rPr>
      </w:pPr>
      <w:r w:rsidRPr="00307A7A">
        <w:rPr>
          <w:rFonts w:ascii="Times New Roman" w:hAnsi="Times New Roman" w:cs="Times New Roman"/>
          <w:color w:val="202124"/>
          <w:sz w:val="28"/>
          <w:szCs w:val="28"/>
        </w:rPr>
        <w:t>Lot 2: Mechanical Excavation of Rotterdam Sideline and Enfield Sideline Channel, EBB|$ 9,1</w:t>
      </w:r>
      <w:r w:rsidRPr="00307A7A">
        <w:rPr>
          <w:rFonts w:ascii="Times New Roman" w:hAnsi="Times New Roman" w:cs="Times New Roman"/>
          <w:color w:val="202124"/>
          <w:sz w:val="28"/>
          <w:szCs w:val="28"/>
        </w:rPr>
        <w:t>90,000</w:t>
      </w:r>
    </w:p>
    <w:p w:rsidR="00CB167E" w:rsidRPr="00307A7A" w:rsidRDefault="00254BB8" w:rsidP="1784A306">
      <w:pPr>
        <w:numPr>
          <w:ilvl w:val="0"/>
          <w:numId w:val="11"/>
        </w:numPr>
        <w:jc w:val="both"/>
        <w:rPr>
          <w:rFonts w:ascii="Times New Roman" w:hAnsi="Times New Roman" w:cs="Times New Roman"/>
          <w:b/>
          <w:bCs/>
          <w:color w:val="202124"/>
          <w:sz w:val="28"/>
          <w:szCs w:val="28"/>
        </w:rPr>
      </w:pPr>
      <w:r w:rsidRPr="1784A306">
        <w:rPr>
          <w:rFonts w:ascii="Times New Roman" w:hAnsi="Times New Roman" w:cs="Times New Roman"/>
          <w:color w:val="202124"/>
          <w:sz w:val="28"/>
          <w:szCs w:val="28"/>
        </w:rPr>
        <w:t>Lot 4: Rehab of D &amp; I Network, Korthberaadt West and East Channels, EBB|$ 11,390,000</w:t>
      </w:r>
    </w:p>
    <w:p w:rsidR="00CB167E" w:rsidRPr="00307A7A" w:rsidRDefault="00254BB8" w:rsidP="1784A306">
      <w:pPr>
        <w:numPr>
          <w:ilvl w:val="0"/>
          <w:numId w:val="11"/>
        </w:numPr>
        <w:jc w:val="both"/>
        <w:rPr>
          <w:rFonts w:ascii="Times New Roman" w:hAnsi="Times New Roman" w:cs="Times New Roman"/>
          <w:b/>
          <w:bCs/>
          <w:color w:val="202124"/>
          <w:sz w:val="28"/>
          <w:szCs w:val="28"/>
        </w:rPr>
      </w:pPr>
      <w:r w:rsidRPr="1784A306">
        <w:rPr>
          <w:rFonts w:ascii="Times New Roman" w:hAnsi="Times New Roman" w:cs="Times New Roman"/>
          <w:color w:val="202124"/>
          <w:sz w:val="28"/>
          <w:szCs w:val="28"/>
        </w:rPr>
        <w:t xml:space="preserve">Rehabilitation of Brotherson canal and embankment,| </w:t>
      </w:r>
      <w:r>
        <w:tab/>
      </w:r>
      <w:r w:rsidRPr="1784A306">
        <w:rPr>
          <w:rFonts w:ascii="Times New Roman" w:hAnsi="Times New Roman" w:cs="Times New Roman"/>
          <w:color w:val="202124"/>
          <w:sz w:val="28"/>
          <w:szCs w:val="28"/>
        </w:rPr>
        <w:t>$ 20,995,000</w:t>
      </w:r>
    </w:p>
    <w:p w:rsidR="00CB167E" w:rsidRPr="00307A7A" w:rsidRDefault="00254BB8" w:rsidP="00CB167E">
      <w:pPr>
        <w:numPr>
          <w:ilvl w:val="0"/>
          <w:numId w:val="11"/>
        </w:numPr>
        <w:jc w:val="both"/>
        <w:rPr>
          <w:rFonts w:ascii="Times New Roman" w:hAnsi="Times New Roman" w:cs="Times New Roman"/>
          <w:b/>
          <w:bCs/>
          <w:color w:val="202124"/>
          <w:sz w:val="28"/>
          <w:szCs w:val="28"/>
        </w:rPr>
      </w:pPr>
      <w:r w:rsidRPr="00307A7A">
        <w:rPr>
          <w:rFonts w:ascii="Times New Roman" w:hAnsi="Times New Roman" w:cs="Times New Roman"/>
          <w:color w:val="202124"/>
          <w:sz w:val="28"/>
          <w:szCs w:val="28"/>
        </w:rPr>
        <w:t xml:space="preserve">Rehabilitation of Canal and building of Embankment at Jones Field 17 to Brotherson Expansion|$ </w:t>
      </w:r>
      <w:r w:rsidRPr="00307A7A">
        <w:rPr>
          <w:rFonts w:ascii="Times New Roman" w:hAnsi="Times New Roman" w:cs="Times New Roman"/>
          <w:color w:val="202124"/>
          <w:sz w:val="28"/>
          <w:szCs w:val="28"/>
        </w:rPr>
        <w:t>22,683,280</w:t>
      </w:r>
    </w:p>
    <w:p w:rsidR="00CB167E" w:rsidRPr="00307A7A" w:rsidRDefault="00254BB8" w:rsidP="1784A306">
      <w:pPr>
        <w:numPr>
          <w:ilvl w:val="0"/>
          <w:numId w:val="11"/>
        </w:numPr>
        <w:spacing w:after="240"/>
        <w:jc w:val="both"/>
        <w:rPr>
          <w:rFonts w:ascii="Times New Roman" w:hAnsi="Times New Roman" w:cs="Times New Roman"/>
          <w:b/>
          <w:bCs/>
          <w:color w:val="202124"/>
          <w:sz w:val="28"/>
          <w:szCs w:val="28"/>
        </w:rPr>
      </w:pPr>
      <w:r w:rsidRPr="1784A306">
        <w:rPr>
          <w:rFonts w:ascii="Times New Roman" w:hAnsi="Times New Roman" w:cs="Times New Roman"/>
          <w:color w:val="202124"/>
          <w:sz w:val="28"/>
          <w:szCs w:val="28"/>
        </w:rPr>
        <w:t>Rehabilitation of embankments at Seaford, Corentyne,  (52-74 District)|$ 25,149,200</w:t>
      </w:r>
    </w:p>
    <w:p w:rsidR="00CB167E" w:rsidRPr="00307A7A" w:rsidRDefault="00254BB8" w:rsidP="00CB167E">
      <w:pPr>
        <w:spacing w:before="240" w:after="240"/>
        <w:jc w:val="both"/>
        <w:rPr>
          <w:rFonts w:ascii="Times New Roman" w:hAnsi="Times New Roman" w:cs="Times New Roman"/>
          <w:b/>
          <w:bCs/>
          <w:color w:val="202124"/>
          <w:sz w:val="28"/>
          <w:szCs w:val="28"/>
        </w:rPr>
      </w:pP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NDIA |2022| $ 100,285,500</w:t>
      </w:r>
    </w:p>
    <w:p w:rsidR="00CB167E" w:rsidRPr="00307A7A" w:rsidRDefault="00254BB8" w:rsidP="00CB167E">
      <w:pPr>
        <w:ind w:left="720"/>
        <w:jc w:val="both"/>
        <w:rPr>
          <w:rFonts w:ascii="Times New Roman" w:hAnsi="Times New Roman" w:cs="Times New Roman"/>
          <w:color w:val="202124"/>
          <w:sz w:val="28"/>
          <w:szCs w:val="28"/>
        </w:rPr>
      </w:pPr>
    </w:p>
    <w:p w:rsidR="00CB167E" w:rsidRPr="00307A7A" w:rsidRDefault="00254BB8" w:rsidP="00CB167E">
      <w:pPr>
        <w:numPr>
          <w:ilvl w:val="0"/>
          <w:numId w:val="16"/>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Lot 1: Rehabilitation of Drainage and Irrigation Network, East Bank Berbice- $14,280,000</w:t>
      </w:r>
    </w:p>
    <w:p w:rsidR="00CB167E" w:rsidRPr="00307A7A" w:rsidRDefault="00254BB8" w:rsidP="00CB167E">
      <w:pPr>
        <w:numPr>
          <w:ilvl w:val="0"/>
          <w:numId w:val="16"/>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 xml:space="preserve">Lot 2: Rehabilitation of Drainage and </w:t>
      </w:r>
      <w:r w:rsidRPr="00307A7A">
        <w:rPr>
          <w:rFonts w:ascii="Times New Roman" w:hAnsi="Times New Roman" w:cs="Times New Roman"/>
          <w:color w:val="202124"/>
          <w:sz w:val="28"/>
          <w:szCs w:val="28"/>
        </w:rPr>
        <w:t>Irrigation Network, East Bank Berbice - Mechanical Excavation of Enfield East &amp; West Sideline Channels- $13,700,000</w:t>
      </w:r>
    </w:p>
    <w:p w:rsidR="00CB167E" w:rsidRPr="00307A7A" w:rsidRDefault="00254BB8" w:rsidP="00CB167E">
      <w:pPr>
        <w:numPr>
          <w:ilvl w:val="0"/>
          <w:numId w:val="16"/>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Lot 3: Rehabilitation of Drainage and Irrigation Network, East Bank Berbice - $14,680,000</w:t>
      </w:r>
    </w:p>
    <w:p w:rsidR="00CB167E" w:rsidRPr="00307A7A" w:rsidRDefault="00254BB8" w:rsidP="00CB167E">
      <w:pPr>
        <w:numPr>
          <w:ilvl w:val="0"/>
          <w:numId w:val="16"/>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Lot 4: Rehabilitation of Drainage and Irrigation N</w:t>
      </w:r>
      <w:r w:rsidRPr="00307A7A">
        <w:rPr>
          <w:rFonts w:ascii="Times New Roman" w:hAnsi="Times New Roman" w:cs="Times New Roman"/>
          <w:color w:val="202124"/>
          <w:sz w:val="28"/>
          <w:szCs w:val="28"/>
        </w:rPr>
        <w:t>etwork, East Bank Berbice - $14,290,000</w:t>
      </w:r>
    </w:p>
    <w:p w:rsidR="00CB167E" w:rsidRPr="00307A7A" w:rsidRDefault="00254BB8" w:rsidP="00CB167E">
      <w:pPr>
        <w:numPr>
          <w:ilvl w:val="0"/>
          <w:numId w:val="16"/>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Lot 5: Rehabilitation of Drainage and Irrigation Network, East Bank Berbice - $14,290,000</w:t>
      </w:r>
    </w:p>
    <w:p w:rsidR="00CB167E" w:rsidRPr="00307A7A" w:rsidRDefault="00254BB8" w:rsidP="00CB167E">
      <w:pPr>
        <w:numPr>
          <w:ilvl w:val="0"/>
          <w:numId w:val="16"/>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Lot 6: Rehabilitation of Drainage and Irrigation Network, East Bank Berbice - Mechanical Excavation of outfall and Drainage Ch</w:t>
      </w:r>
      <w:r w:rsidRPr="00307A7A">
        <w:rPr>
          <w:rFonts w:ascii="Times New Roman" w:hAnsi="Times New Roman" w:cs="Times New Roman"/>
          <w:color w:val="202124"/>
          <w:sz w:val="28"/>
          <w:szCs w:val="28"/>
        </w:rPr>
        <w:t>annel at Essen Dam (Kiwa)- $9,583,000</w:t>
      </w:r>
    </w:p>
    <w:p w:rsidR="00CB167E" w:rsidRPr="00307A7A" w:rsidRDefault="00254BB8" w:rsidP="1784A306">
      <w:pPr>
        <w:numPr>
          <w:ilvl w:val="0"/>
          <w:numId w:val="16"/>
        </w:numPr>
        <w:spacing w:after="240"/>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Lot 7: Rehabilitation of Drainage and Irrigation Network, East Bank Berbice - Mechanical Excavation of outfall and Drainage Channel at Vryburg- $9,583,000</w:t>
      </w:r>
    </w:p>
    <w:p w:rsidR="00CB167E" w:rsidRPr="00307A7A" w:rsidRDefault="00254BB8" w:rsidP="00CB167E">
      <w:pPr>
        <w:numPr>
          <w:ilvl w:val="0"/>
          <w:numId w:val="16"/>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 xml:space="preserve">Lot 8: Rehabilitation of Drainage and Irrigation Network, East </w:t>
      </w:r>
      <w:r w:rsidRPr="00307A7A">
        <w:rPr>
          <w:rFonts w:ascii="Times New Roman" w:hAnsi="Times New Roman" w:cs="Times New Roman"/>
          <w:color w:val="202124"/>
          <w:sz w:val="28"/>
          <w:szCs w:val="28"/>
        </w:rPr>
        <w:t>Bank Berbice - Mechanical Excavation of outfall and Drainage Channel at Mata (Big Tree Channel)- $9,583,000</w:t>
      </w:r>
    </w:p>
    <w:p w:rsidR="00CB167E" w:rsidRPr="00307A7A" w:rsidRDefault="00254BB8" w:rsidP="00CB167E">
      <w:pPr>
        <w:spacing w:after="240"/>
        <w:ind w:left="360"/>
        <w:jc w:val="both"/>
        <w:rPr>
          <w:rFonts w:ascii="Times New Roman" w:hAnsi="Times New Roman" w:cs="Times New Roman"/>
          <w:color w:val="202124"/>
          <w:sz w:val="28"/>
          <w:szCs w:val="28"/>
        </w:rPr>
      </w:pP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NDIA |2023| $</w:t>
      </w:r>
      <w:r w:rsidRPr="00307A7A">
        <w:rPr>
          <w:rFonts w:ascii="Times New Roman" w:hAnsi="Times New Roman" w:cs="Times New Roman"/>
          <w:sz w:val="28"/>
          <w:szCs w:val="28"/>
        </w:rPr>
        <w:t xml:space="preserve"> </w:t>
      </w:r>
      <w:r w:rsidRPr="00307A7A">
        <w:rPr>
          <w:rFonts w:ascii="Times New Roman" w:hAnsi="Times New Roman" w:cs="Times New Roman"/>
          <w:b/>
          <w:bCs/>
          <w:color w:val="202124"/>
          <w:sz w:val="28"/>
          <w:szCs w:val="28"/>
        </w:rPr>
        <w:t>76,576,310</w:t>
      </w:r>
    </w:p>
    <w:p w:rsidR="00CB167E" w:rsidRPr="00307A7A" w:rsidRDefault="00254BB8" w:rsidP="00CB167E">
      <w:pPr>
        <w:numPr>
          <w:ilvl w:val="0"/>
          <w:numId w:val="17"/>
        </w:numPr>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Rehabilitation of Whim/Bloomfield Drainage Canal| $ 12,640,000</w:t>
      </w:r>
    </w:p>
    <w:p w:rsidR="00CB167E" w:rsidRPr="00307A7A" w:rsidRDefault="00254BB8" w:rsidP="1784A306">
      <w:pPr>
        <w:numPr>
          <w:ilvl w:val="0"/>
          <w:numId w:val="17"/>
        </w:numPr>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Mechanical Excavation and Dredging of Kilmnarock</w:t>
      </w:r>
      <w:r w:rsidRPr="1784A306">
        <w:rPr>
          <w:rFonts w:ascii="Times New Roman" w:hAnsi="Times New Roman" w:cs="Times New Roman"/>
          <w:color w:val="202124"/>
          <w:sz w:val="28"/>
          <w:szCs w:val="28"/>
        </w:rPr>
        <w:t xml:space="preserve"> Outfall|$ 6,570,000</w:t>
      </w:r>
    </w:p>
    <w:p w:rsidR="00CB167E" w:rsidRPr="00307A7A" w:rsidRDefault="00254BB8" w:rsidP="1784A306">
      <w:pPr>
        <w:numPr>
          <w:ilvl w:val="0"/>
          <w:numId w:val="17"/>
        </w:numPr>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Construction of all weather road at Albion/Hoggtown fisheries complex- Lot 2 Albion/Chesney/Hogtown|$ 13,890,000</w:t>
      </w:r>
    </w:p>
    <w:p w:rsidR="00CB167E" w:rsidRPr="00307A7A" w:rsidRDefault="00254BB8" w:rsidP="1784A306">
      <w:pPr>
        <w:numPr>
          <w:ilvl w:val="0"/>
          <w:numId w:val="17"/>
        </w:numPr>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lastRenderedPageBreak/>
        <w:t>Construction of all weather road at Albion/Hoggtown fisheries complex|$ 13,900,000</w:t>
      </w:r>
    </w:p>
    <w:p w:rsidR="00CB167E" w:rsidRPr="00307A7A" w:rsidRDefault="00254BB8" w:rsidP="00CB167E">
      <w:pPr>
        <w:pStyle w:val="ListParagraph"/>
        <w:numPr>
          <w:ilvl w:val="0"/>
          <w:numId w:val="17"/>
        </w:numPr>
        <w:rPr>
          <w:rFonts w:ascii="Times New Roman" w:hAnsi="Times New Roman" w:cs="Times New Roman"/>
          <w:color w:val="202124"/>
          <w:sz w:val="28"/>
          <w:szCs w:val="28"/>
        </w:rPr>
      </w:pPr>
      <w:r w:rsidRPr="00307A7A">
        <w:rPr>
          <w:rFonts w:ascii="Times New Roman" w:hAnsi="Times New Roman" w:cs="Times New Roman"/>
          <w:color w:val="202124"/>
          <w:sz w:val="28"/>
          <w:szCs w:val="28"/>
        </w:rPr>
        <w:t>Construction of Irrigation Structure an</w:t>
      </w:r>
      <w:r w:rsidRPr="00307A7A">
        <w:rPr>
          <w:rFonts w:ascii="Times New Roman" w:hAnsi="Times New Roman" w:cs="Times New Roman"/>
          <w:color w:val="202124"/>
          <w:sz w:val="28"/>
          <w:szCs w:val="28"/>
        </w:rPr>
        <w:t>d Rehabilitation of Flood Embankment Kortberaad/Mara | $ 29,576,310</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NDIA |2024| $6,622,022,720</w:t>
      </w:r>
    </w:p>
    <w:p w:rsidR="00CB167E" w:rsidRPr="00307A7A" w:rsidRDefault="00254BB8" w:rsidP="00CB167E">
      <w:pPr>
        <w:numPr>
          <w:ilvl w:val="0"/>
          <w:numId w:val="18"/>
        </w:numPr>
        <w:spacing w:before="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Construction of Drainage Pump Station, Adventure|$ 446,854,320</w:t>
      </w:r>
    </w:p>
    <w:p w:rsidR="00CB167E" w:rsidRPr="00307A7A" w:rsidRDefault="00254BB8" w:rsidP="1784A306">
      <w:pPr>
        <w:numPr>
          <w:ilvl w:val="0"/>
          <w:numId w:val="18"/>
        </w:numPr>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Empoldering of Farmlands along the Canje Creek in Baracara for Cattle|$ 91,600,000</w:t>
      </w:r>
    </w:p>
    <w:p w:rsidR="00CB167E" w:rsidRPr="00307A7A" w:rsidRDefault="00254BB8" w:rsidP="00CB167E">
      <w:pPr>
        <w:numPr>
          <w:ilvl w:val="0"/>
          <w:numId w:val="18"/>
        </w:numPr>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Construction of</w:t>
      </w:r>
      <w:r w:rsidRPr="00307A7A">
        <w:rPr>
          <w:rFonts w:ascii="Times New Roman" w:hAnsi="Times New Roman" w:cs="Times New Roman"/>
          <w:color w:val="202124"/>
          <w:sz w:val="28"/>
          <w:szCs w:val="28"/>
        </w:rPr>
        <w:t xml:space="preserve"> Flood Embankment at </w:t>
      </w:r>
      <w:proofErr w:type="spellStart"/>
      <w:r w:rsidRPr="00307A7A">
        <w:rPr>
          <w:rFonts w:ascii="Times New Roman" w:hAnsi="Times New Roman" w:cs="Times New Roman"/>
          <w:color w:val="202124"/>
          <w:sz w:val="28"/>
          <w:szCs w:val="28"/>
        </w:rPr>
        <w:t>Kookrite</w:t>
      </w:r>
      <w:proofErr w:type="spellEnd"/>
      <w:r w:rsidRPr="00307A7A">
        <w:rPr>
          <w:rFonts w:ascii="Times New Roman" w:hAnsi="Times New Roman" w:cs="Times New Roman"/>
          <w:color w:val="202124"/>
          <w:sz w:val="28"/>
          <w:szCs w:val="28"/>
        </w:rPr>
        <w:t xml:space="preserve"> Savannah|$ 52,821,500</w:t>
      </w:r>
    </w:p>
    <w:p w:rsidR="00CB167E" w:rsidRPr="00307A7A" w:rsidRDefault="00254BB8" w:rsidP="1784A306">
      <w:pPr>
        <w:numPr>
          <w:ilvl w:val="0"/>
          <w:numId w:val="18"/>
        </w:numPr>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Construction of Drainage and Irrigation Structure at Yakusari Cattle Savannah|$ 30,746,900</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NDIA |2025| $ 6,225,234,565</w:t>
      </w:r>
    </w:p>
    <w:p w:rsidR="00CB167E" w:rsidRPr="00307A7A" w:rsidRDefault="00254BB8" w:rsidP="00CB167E">
      <w:pPr>
        <w:numPr>
          <w:ilvl w:val="0"/>
          <w:numId w:val="10"/>
        </w:numPr>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Rehabilitation of farmlands in East Bank Berbice, Mara Village, Lot 1|$57,000,000</w:t>
      </w:r>
    </w:p>
    <w:p w:rsidR="00CB167E" w:rsidRPr="00307A7A" w:rsidRDefault="00254BB8" w:rsidP="00CB167E">
      <w:pPr>
        <w:numPr>
          <w:ilvl w:val="0"/>
          <w:numId w:val="10"/>
        </w:numPr>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Reh</w:t>
      </w:r>
      <w:r w:rsidRPr="00307A7A">
        <w:rPr>
          <w:rFonts w:ascii="Times New Roman" w:hAnsi="Times New Roman" w:cs="Times New Roman"/>
          <w:color w:val="202124"/>
          <w:sz w:val="28"/>
          <w:szCs w:val="28"/>
        </w:rPr>
        <w:t>abilitation of farmlands in East Bank Berbice, Mara to Plegt Ankor Village, Lot 2|$43,000,000</w:t>
      </w:r>
    </w:p>
    <w:p w:rsidR="00CB167E" w:rsidRPr="00307A7A" w:rsidRDefault="00254BB8" w:rsidP="00CB167E">
      <w:pPr>
        <w:numPr>
          <w:ilvl w:val="0"/>
          <w:numId w:val="10"/>
        </w:numPr>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Rehabilitation of farmlands in East Bank Berbice, Plegt Ankor Village, Lot 3|$41,125,000</w:t>
      </w:r>
    </w:p>
    <w:p w:rsidR="00CB167E" w:rsidRPr="00307A7A" w:rsidRDefault="00254BB8" w:rsidP="1784A306">
      <w:pPr>
        <w:numPr>
          <w:ilvl w:val="0"/>
          <w:numId w:val="10"/>
        </w:numPr>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Construction of Control Structure at Baracara| $80,196,000</w:t>
      </w:r>
    </w:p>
    <w:p w:rsidR="00CB167E" w:rsidRPr="00307A7A" w:rsidRDefault="00254BB8" w:rsidP="00CB167E">
      <w:pPr>
        <w:numPr>
          <w:ilvl w:val="0"/>
          <w:numId w:val="10"/>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Rehabilitation</w:t>
      </w:r>
      <w:r w:rsidRPr="00307A7A">
        <w:rPr>
          <w:rFonts w:ascii="Times New Roman" w:hAnsi="Times New Roman" w:cs="Times New Roman"/>
          <w:color w:val="202124"/>
          <w:sz w:val="28"/>
          <w:szCs w:val="28"/>
        </w:rPr>
        <w:t xml:space="preserve"> of D&amp;I Structures in 52-74 WUA Area| $27,505,020</w:t>
      </w:r>
    </w:p>
    <w:p w:rsidR="00CB167E" w:rsidRPr="00307A7A" w:rsidRDefault="00254BB8" w:rsidP="1784A306">
      <w:pPr>
        <w:numPr>
          <w:ilvl w:val="0"/>
          <w:numId w:val="10"/>
        </w:numPr>
        <w:spacing w:after="240"/>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 xml:space="preserve">Development of four hundred (350) Acres of Land for Agricultural Purpose at Baracara, Canjie Creek Berbice, Region No. 6 - Lot 1- $68,700,000 </w:t>
      </w:r>
    </w:p>
    <w:p w:rsidR="00CB167E" w:rsidRPr="00307A7A" w:rsidRDefault="00254BB8" w:rsidP="00CB167E">
      <w:pPr>
        <w:numPr>
          <w:ilvl w:val="0"/>
          <w:numId w:val="10"/>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 xml:space="preserve">Rehabilitation of Drainage System in New Amsterdam, Region No. </w:t>
      </w:r>
      <w:r w:rsidRPr="00307A7A">
        <w:rPr>
          <w:rFonts w:ascii="Times New Roman" w:hAnsi="Times New Roman" w:cs="Times New Roman"/>
          <w:color w:val="202124"/>
          <w:sz w:val="28"/>
          <w:szCs w:val="28"/>
        </w:rPr>
        <w:t>6 - Lot 1, 2, 3 &amp; 4- $46,200,000</w:t>
      </w:r>
    </w:p>
    <w:p w:rsidR="00CB167E" w:rsidRPr="00307A7A" w:rsidRDefault="00254BB8" w:rsidP="00CB167E">
      <w:pPr>
        <w:numPr>
          <w:ilvl w:val="0"/>
          <w:numId w:val="10"/>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t>Rehabilitation of Black Bush Polder Pump Station Wharf, Region No. 6- $49,401,219</w:t>
      </w:r>
    </w:p>
    <w:p w:rsidR="00CB167E" w:rsidRPr="00307A7A" w:rsidRDefault="00254BB8" w:rsidP="00CB167E">
      <w:pPr>
        <w:numPr>
          <w:ilvl w:val="0"/>
          <w:numId w:val="10"/>
        </w:numPr>
        <w:spacing w:after="240"/>
        <w:jc w:val="both"/>
        <w:rPr>
          <w:rFonts w:ascii="Times New Roman" w:hAnsi="Times New Roman" w:cs="Times New Roman"/>
          <w:color w:val="202124"/>
          <w:sz w:val="28"/>
          <w:szCs w:val="28"/>
        </w:rPr>
      </w:pPr>
      <w:r w:rsidRPr="00307A7A">
        <w:rPr>
          <w:rFonts w:ascii="Times New Roman" w:hAnsi="Times New Roman" w:cs="Times New Roman"/>
          <w:color w:val="202124"/>
          <w:sz w:val="28"/>
          <w:szCs w:val="28"/>
        </w:rPr>
        <w:lastRenderedPageBreak/>
        <w:t>Construction of Reinforced Concrete Bridge at Black Bush Polder, Region no. 6- $125,754,336</w:t>
      </w:r>
    </w:p>
    <w:p w:rsidR="00CB167E" w:rsidRPr="00307A7A" w:rsidRDefault="00254BB8" w:rsidP="1784A306">
      <w:pPr>
        <w:numPr>
          <w:ilvl w:val="0"/>
          <w:numId w:val="10"/>
        </w:numPr>
        <w:spacing w:after="240"/>
        <w:jc w:val="both"/>
        <w:rPr>
          <w:rFonts w:ascii="Times New Roman" w:hAnsi="Times New Roman" w:cs="Times New Roman"/>
          <w:color w:val="202124"/>
          <w:sz w:val="28"/>
          <w:szCs w:val="28"/>
        </w:rPr>
      </w:pPr>
      <w:r w:rsidRPr="1784A306">
        <w:rPr>
          <w:rFonts w:ascii="Times New Roman" w:hAnsi="Times New Roman" w:cs="Times New Roman"/>
          <w:color w:val="202124"/>
          <w:sz w:val="28"/>
          <w:szCs w:val="28"/>
        </w:rPr>
        <w:t xml:space="preserve">Strategic Flood Protection Structures for Region </w:t>
      </w:r>
      <w:r w:rsidRPr="1784A306">
        <w:rPr>
          <w:rFonts w:ascii="Times New Roman" w:hAnsi="Times New Roman" w:cs="Times New Roman"/>
          <w:color w:val="202124"/>
          <w:sz w:val="28"/>
          <w:szCs w:val="28"/>
        </w:rPr>
        <w:t>No.6 ( Hope Like Canal Project) $5,686,352,990</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 xml:space="preserve"> </w:t>
      </w:r>
    </w:p>
    <w:p w:rsidR="00CB167E" w:rsidRPr="00307A7A" w:rsidRDefault="00254BB8" w:rsidP="00CB167E">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TOTAL: $ 14,958,605,432</w:t>
      </w:r>
    </w:p>
    <w:p w:rsidR="00405CE4" w:rsidRPr="00307A7A" w:rsidRDefault="00254BB8">
      <w:pPr>
        <w:spacing w:before="240" w:after="240"/>
        <w:jc w:val="both"/>
        <w:rPr>
          <w:rFonts w:ascii="Times New Roman" w:hAnsi="Times New Roman" w:cs="Times New Roman"/>
          <w:b/>
          <w:bCs/>
          <w:color w:val="202124"/>
          <w:sz w:val="28"/>
          <w:szCs w:val="28"/>
        </w:rPr>
      </w:pPr>
    </w:p>
    <w:p w:rsidR="00405CE4" w:rsidRPr="00307A7A" w:rsidRDefault="00254BB8">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w:t>
      </w:r>
    </w:p>
    <w:p w:rsidR="00405CE4" w:rsidRPr="00307A7A" w:rsidRDefault="00254BB8">
      <w:pPr>
        <w:numPr>
          <w:ilvl w:val="0"/>
          <w:numId w:val="19"/>
        </w:numPr>
        <w:spacing w:after="240"/>
        <w:rPr>
          <w:rFonts w:ascii="Times New Roman" w:hAnsi="Times New Roman" w:cs="Times New Roman"/>
          <w:color w:val="202124"/>
          <w:sz w:val="28"/>
          <w:szCs w:val="28"/>
        </w:rPr>
      </w:pPr>
      <w:r w:rsidRPr="00307A7A">
        <w:rPr>
          <w:rFonts w:ascii="Times New Roman" w:hAnsi="Times New Roman" w:cs="Times New Roman"/>
          <w:b/>
          <w:bCs/>
          <w:color w:val="202124"/>
          <w:sz w:val="28"/>
          <w:szCs w:val="28"/>
        </w:rPr>
        <w:t>Guyana Marketing Corporation| $84,534,445| 2020-2025</w:t>
      </w:r>
    </w:p>
    <w:p w:rsidR="00405CE4"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 xml:space="preserve">Retrofitting of Processing Facility (Orealla) </w:t>
      </w:r>
      <w:r w:rsidRPr="1784A306">
        <w:rPr>
          <w:rFonts w:ascii="Times New Roman" w:hAnsi="Times New Roman" w:cs="Times New Roman"/>
          <w:color w:val="202124"/>
          <w:sz w:val="28"/>
          <w:szCs w:val="28"/>
        </w:rPr>
        <w:t>– Building needed to be rehabilitated to meet the standards of a Processing Facility.</w:t>
      </w:r>
      <w:r>
        <w:br/>
      </w:r>
      <w:r w:rsidRPr="1784A306">
        <w:rPr>
          <w:rFonts w:ascii="Times New Roman" w:hAnsi="Times New Roman" w:cs="Times New Roman"/>
          <w:color w:val="202124"/>
          <w:sz w:val="28"/>
          <w:szCs w:val="28"/>
        </w:rPr>
        <w:t>Number of persons impacted: over 100 persons |2023| $15,257,700</w:t>
      </w:r>
    </w:p>
    <w:p w:rsidR="00405CE4"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Procurement of the necessary equipment for processing (Oreal</w:t>
      </w:r>
      <w:r w:rsidRPr="1784A306">
        <w:rPr>
          <w:rFonts w:ascii="Times New Roman" w:hAnsi="Times New Roman" w:cs="Times New Roman"/>
          <w:b/>
          <w:bCs/>
          <w:color w:val="202124"/>
          <w:sz w:val="28"/>
          <w:szCs w:val="28"/>
        </w:rPr>
        <w:t>la)</w:t>
      </w:r>
      <w:r>
        <w:br/>
      </w:r>
      <w:r w:rsidRPr="1784A306">
        <w:rPr>
          <w:rFonts w:ascii="Times New Roman" w:hAnsi="Times New Roman" w:cs="Times New Roman"/>
          <w:color w:val="202124"/>
          <w:sz w:val="28"/>
          <w:szCs w:val="28"/>
        </w:rPr>
        <w:t>Number of persons impacted: over 100 persons |2023| $7,001,400</w:t>
      </w:r>
    </w:p>
    <w:p w:rsidR="00405CE4"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 xml:space="preserve">Construction of Solar Dryer (Bara Cara) </w:t>
      </w:r>
      <w:r w:rsidRPr="1784A306">
        <w:rPr>
          <w:rFonts w:ascii="Times New Roman" w:hAnsi="Times New Roman" w:cs="Times New Roman"/>
          <w:color w:val="202124"/>
          <w:sz w:val="28"/>
          <w:szCs w:val="28"/>
        </w:rPr>
        <w:t xml:space="preserve"> – Constructed to dry legumes and counter harsh climatic conditions in the region</w:t>
      </w:r>
      <w:r>
        <w:br/>
      </w:r>
      <w:r w:rsidRPr="1784A306">
        <w:rPr>
          <w:rFonts w:ascii="Times New Roman" w:hAnsi="Times New Roman" w:cs="Times New Roman"/>
          <w:color w:val="202124"/>
          <w:sz w:val="28"/>
          <w:szCs w:val="28"/>
        </w:rPr>
        <w:t>Number of persons impacted: over 50 persons | 2023| $4,192,430</w:t>
      </w:r>
    </w:p>
    <w:p w:rsidR="00405CE4"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Cons</w:t>
      </w:r>
      <w:r w:rsidRPr="1784A306">
        <w:rPr>
          <w:rFonts w:ascii="Times New Roman" w:hAnsi="Times New Roman" w:cs="Times New Roman"/>
          <w:b/>
          <w:bCs/>
          <w:color w:val="202124"/>
          <w:sz w:val="28"/>
          <w:szCs w:val="28"/>
        </w:rPr>
        <w:t>truction of Agro Processing Facility (Crabwood Creek)</w:t>
      </w:r>
      <w:r w:rsidRPr="1784A306">
        <w:rPr>
          <w:rFonts w:ascii="Times New Roman" w:hAnsi="Times New Roman" w:cs="Times New Roman"/>
          <w:color w:val="202124"/>
          <w:sz w:val="28"/>
          <w:szCs w:val="28"/>
        </w:rPr>
        <w:t xml:space="preserve"> – Building needed to be rehabilitated to meet the standards of a Processing Facility.</w:t>
      </w:r>
      <w:r>
        <w:br/>
      </w:r>
      <w:r w:rsidRPr="1784A306">
        <w:rPr>
          <w:rFonts w:ascii="Times New Roman" w:hAnsi="Times New Roman" w:cs="Times New Roman"/>
          <w:color w:val="202124"/>
          <w:sz w:val="28"/>
          <w:szCs w:val="28"/>
        </w:rPr>
        <w:t>Number of persons impacted: 200-300 persons |2023| $41,182,458</w:t>
      </w:r>
    </w:p>
    <w:p w:rsidR="00405CE4"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Procurement of the necessary equipment for processing</w:t>
      </w:r>
      <w:r w:rsidRPr="1784A306">
        <w:rPr>
          <w:rFonts w:ascii="Times New Roman" w:hAnsi="Times New Roman" w:cs="Times New Roman"/>
          <w:b/>
          <w:bCs/>
          <w:color w:val="202124"/>
          <w:sz w:val="28"/>
          <w:szCs w:val="28"/>
        </w:rPr>
        <w:t xml:space="preserve"> (Crabwood Creek)</w:t>
      </w:r>
      <w:r>
        <w:br/>
      </w:r>
      <w:r w:rsidRPr="1784A306">
        <w:rPr>
          <w:rFonts w:ascii="Times New Roman" w:hAnsi="Times New Roman" w:cs="Times New Roman"/>
          <w:color w:val="202124"/>
          <w:sz w:val="28"/>
          <w:szCs w:val="28"/>
        </w:rPr>
        <w:t>Number of persons impacted: 200-300 persons |2023| $15,082,000</w:t>
      </w:r>
    </w:p>
    <w:p w:rsidR="00405CE4"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Procurement of additional equipment to complement the Crabwood Creek Facility</w:t>
      </w:r>
      <w:r>
        <w:br/>
      </w:r>
      <w:r w:rsidRPr="1784A306">
        <w:rPr>
          <w:rFonts w:ascii="Times New Roman" w:hAnsi="Times New Roman" w:cs="Times New Roman"/>
          <w:color w:val="202124"/>
          <w:sz w:val="28"/>
          <w:szCs w:val="28"/>
        </w:rPr>
        <w:t>Number of persons impacted: 200-300 persons |2024| $1,818,457</w:t>
      </w:r>
    </w:p>
    <w:p w:rsidR="00405CE4"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lastRenderedPageBreak/>
        <w:t>Construction of shed to house thres</w:t>
      </w:r>
      <w:r w:rsidRPr="1784A306">
        <w:rPr>
          <w:rFonts w:ascii="Times New Roman" w:hAnsi="Times New Roman" w:cs="Times New Roman"/>
          <w:b/>
          <w:bCs/>
          <w:color w:val="202124"/>
          <w:sz w:val="28"/>
          <w:szCs w:val="28"/>
        </w:rPr>
        <w:t>her (Bara Cara)</w:t>
      </w:r>
      <w:r>
        <w:br/>
      </w:r>
      <w:r w:rsidRPr="1784A306">
        <w:rPr>
          <w:rFonts w:ascii="Times New Roman" w:hAnsi="Times New Roman" w:cs="Times New Roman"/>
          <w:color w:val="202124"/>
          <w:sz w:val="28"/>
          <w:szCs w:val="28"/>
        </w:rPr>
        <w:t>Number of persons impacted: 70-100 persons |2025| $450,000</w:t>
      </w:r>
    </w:p>
    <w:p w:rsidR="00405CE4" w:rsidRPr="00307A7A" w:rsidRDefault="00254BB8" w:rsidP="1784A306">
      <w:pPr>
        <w:spacing w:before="240" w:after="240"/>
        <w:jc w:val="both"/>
        <w:rPr>
          <w:rFonts w:ascii="Times New Roman" w:hAnsi="Times New Roman" w:cs="Times New Roman"/>
          <w:color w:val="202124"/>
          <w:sz w:val="28"/>
          <w:szCs w:val="28"/>
        </w:rPr>
      </w:pPr>
      <w:r w:rsidRPr="1784A306">
        <w:rPr>
          <w:rFonts w:ascii="Times New Roman" w:hAnsi="Times New Roman" w:cs="Times New Roman"/>
          <w:b/>
          <w:bCs/>
          <w:color w:val="202124"/>
          <w:sz w:val="28"/>
          <w:szCs w:val="28"/>
        </w:rPr>
        <w:t>Installation of Thresher (Bara Cara)</w:t>
      </w:r>
      <w:r>
        <w:br/>
      </w:r>
      <w:r w:rsidRPr="1784A306">
        <w:rPr>
          <w:rFonts w:ascii="Times New Roman" w:hAnsi="Times New Roman" w:cs="Times New Roman"/>
          <w:color w:val="202124"/>
          <w:sz w:val="28"/>
          <w:szCs w:val="28"/>
        </w:rPr>
        <w:t>Number of persons impacted: 100-150 persons |2025| $670,000</w:t>
      </w:r>
    </w:p>
    <w:p w:rsidR="00405CE4" w:rsidRPr="00307A7A" w:rsidRDefault="00254BB8">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TOTAL: $84,534,445</w:t>
      </w:r>
    </w:p>
    <w:p w:rsidR="00405CE4" w:rsidRPr="00307A7A" w:rsidRDefault="00254BB8">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w:t>
      </w:r>
      <w:r w:rsidRPr="00307A7A">
        <w:rPr>
          <w:rFonts w:ascii="Times New Roman" w:hAnsi="Times New Roman" w:cs="Times New Roman"/>
          <w:b/>
          <w:bCs/>
          <w:color w:val="202124"/>
          <w:sz w:val="28"/>
          <w:szCs w:val="28"/>
        </w:rPr>
        <w:t>----------------------</w:t>
      </w:r>
    </w:p>
    <w:p w:rsidR="00405CE4" w:rsidRPr="00307A7A" w:rsidRDefault="00254BB8">
      <w:pPr>
        <w:spacing w:before="240" w:after="240"/>
        <w:jc w:val="both"/>
        <w:rPr>
          <w:rFonts w:ascii="Times New Roman" w:hAnsi="Times New Roman" w:cs="Times New Roman"/>
          <w:b/>
          <w:bCs/>
          <w:color w:val="202124"/>
          <w:sz w:val="28"/>
          <w:szCs w:val="28"/>
        </w:rPr>
      </w:pPr>
      <w:r w:rsidRPr="00307A7A">
        <w:rPr>
          <w:rFonts w:ascii="Times New Roman" w:hAnsi="Times New Roman" w:cs="Times New Roman"/>
          <w:b/>
          <w:bCs/>
          <w:color w:val="202124"/>
          <w:sz w:val="28"/>
          <w:szCs w:val="28"/>
        </w:rPr>
        <w:t xml:space="preserve"> </w:t>
      </w:r>
    </w:p>
    <w:p w:rsidR="00D10341" w:rsidRPr="00307A7A" w:rsidRDefault="00254BB8" w:rsidP="00CB167E">
      <w:pPr>
        <w:spacing w:after="240"/>
        <w:rPr>
          <w:rFonts w:ascii="Times New Roman" w:hAnsi="Times New Roman" w:cs="Times New Roman"/>
          <w:color w:val="202124"/>
          <w:sz w:val="28"/>
          <w:szCs w:val="28"/>
        </w:rPr>
      </w:pPr>
      <w:r w:rsidRPr="00307A7A">
        <w:rPr>
          <w:rFonts w:ascii="Times New Roman" w:hAnsi="Times New Roman" w:cs="Times New Roman"/>
          <w:b/>
          <w:bCs/>
          <w:color w:val="202124"/>
          <w:sz w:val="28"/>
          <w:szCs w:val="28"/>
        </w:rPr>
        <w:t>7</w:t>
      </w:r>
      <w:r w:rsidRPr="00307A7A">
        <w:rPr>
          <w:rFonts w:ascii="Times New Roman" w:hAnsi="Times New Roman" w:cs="Times New Roman"/>
          <w:b/>
          <w:bCs/>
          <w:color w:val="202124"/>
          <w:sz w:val="28"/>
          <w:szCs w:val="28"/>
        </w:rPr>
        <w:t xml:space="preserve">. </w:t>
      </w:r>
      <w:r w:rsidRPr="00307A7A">
        <w:rPr>
          <w:rFonts w:ascii="Times New Roman" w:hAnsi="Times New Roman" w:cs="Times New Roman"/>
          <w:b/>
          <w:bCs/>
          <w:color w:val="202124"/>
          <w:sz w:val="28"/>
          <w:szCs w:val="28"/>
        </w:rPr>
        <w:t>GUYANA SUGAR CORPORATION INC| $22,903M |2020-2025 (August 2020 to December 2025)</w:t>
      </w:r>
    </w:p>
    <w:p w:rsidR="00D10341" w:rsidRPr="00307A7A" w:rsidRDefault="00254BB8" w:rsidP="1784A306">
      <w:pPr>
        <w:spacing w:before="240" w:after="240"/>
        <w:rPr>
          <w:rFonts w:ascii="Times New Roman" w:hAnsi="Times New Roman" w:cs="Times New Roman"/>
          <w:sz w:val="28"/>
          <w:szCs w:val="28"/>
        </w:rPr>
      </w:pPr>
      <w:r w:rsidRPr="1784A306">
        <w:rPr>
          <w:rFonts w:ascii="Times New Roman" w:hAnsi="Times New Roman" w:cs="Times New Roman"/>
          <w:sz w:val="28"/>
          <w:szCs w:val="28"/>
        </w:rPr>
        <w:t xml:space="preserve">Between 2020 and 2025, substantial investments were made into the Albion, Rose Hall, and Skeldon sugar estates in Guyana, totaling over </w:t>
      </w:r>
      <w:r w:rsidRPr="1784A306">
        <w:rPr>
          <w:rFonts w:ascii="Times New Roman" w:hAnsi="Times New Roman" w:cs="Times New Roman"/>
          <w:b/>
          <w:bCs/>
          <w:sz w:val="28"/>
          <w:szCs w:val="28"/>
        </w:rPr>
        <w:t xml:space="preserve">$22.9 </w:t>
      </w:r>
      <w:r w:rsidRPr="1784A306">
        <w:rPr>
          <w:rFonts w:ascii="Times New Roman" w:hAnsi="Times New Roman" w:cs="Times New Roman"/>
          <w:b/>
          <w:bCs/>
          <w:sz w:val="28"/>
          <w:szCs w:val="28"/>
        </w:rPr>
        <w:t>billion</w:t>
      </w:r>
      <w:r w:rsidRPr="1784A306">
        <w:rPr>
          <w:rFonts w:ascii="Times New Roman" w:hAnsi="Times New Roman" w:cs="Times New Roman"/>
          <w:sz w:val="28"/>
          <w:szCs w:val="28"/>
        </w:rPr>
        <w:t xml:space="preserve"> GYD. These projects were designed to revitalize the estates, improve infrastructure and equipment, and enhance productivity while positively impacting thousands of employees and their communities.</w:t>
      </w:r>
    </w:p>
    <w:p w:rsidR="00D10341" w:rsidRPr="00307A7A" w:rsidRDefault="00254BB8" w:rsidP="00D10341">
      <w:pPr>
        <w:pStyle w:val="Heading3"/>
        <w:keepNext w:val="0"/>
        <w:keepLines w:val="0"/>
        <w:spacing w:before="280"/>
        <w:rPr>
          <w:rFonts w:ascii="Times New Roman" w:hAnsi="Times New Roman" w:cs="Times New Roman"/>
          <w:color w:val="000000"/>
        </w:rPr>
      </w:pPr>
      <w:bookmarkStart w:id="2" w:name="_s44iky8uwsfg" w:colFirst="0" w:colLast="0"/>
      <w:bookmarkEnd w:id="2"/>
      <w:r w:rsidRPr="00307A7A">
        <w:rPr>
          <w:rFonts w:ascii="Times New Roman" w:hAnsi="Times New Roman" w:cs="Times New Roman"/>
          <w:color w:val="000000"/>
        </w:rPr>
        <w:t>Albion Estate</w:t>
      </w:r>
    </w:p>
    <w:p w:rsidR="00D10341" w:rsidRPr="00307A7A" w:rsidRDefault="00254BB8" w:rsidP="00D10341">
      <w:pPr>
        <w:numPr>
          <w:ilvl w:val="0"/>
          <w:numId w:val="20"/>
        </w:numPr>
        <w:spacing w:before="240"/>
        <w:rPr>
          <w:rFonts w:ascii="Times New Roman" w:hAnsi="Times New Roman" w:cs="Times New Roman"/>
          <w:sz w:val="28"/>
          <w:szCs w:val="28"/>
        </w:rPr>
      </w:pPr>
      <w:r w:rsidRPr="00307A7A">
        <w:rPr>
          <w:rFonts w:ascii="Times New Roman" w:hAnsi="Times New Roman" w:cs="Times New Roman"/>
          <w:b/>
          <w:bCs/>
          <w:sz w:val="28"/>
          <w:szCs w:val="28"/>
        </w:rPr>
        <w:t>Total Investment</w:t>
      </w:r>
      <w:r w:rsidRPr="00307A7A">
        <w:rPr>
          <w:rFonts w:ascii="Times New Roman" w:hAnsi="Times New Roman" w:cs="Times New Roman"/>
          <w:sz w:val="28"/>
          <w:szCs w:val="28"/>
        </w:rPr>
        <w:t xml:space="preserve">: </w:t>
      </w:r>
      <w:r w:rsidRPr="00307A7A">
        <w:rPr>
          <w:rFonts w:ascii="Times New Roman" w:hAnsi="Times New Roman" w:cs="Times New Roman"/>
          <w:b/>
          <w:bCs/>
          <w:sz w:val="28"/>
          <w:szCs w:val="28"/>
        </w:rPr>
        <w:t>$7.72 billion GYD</w:t>
      </w:r>
    </w:p>
    <w:p w:rsidR="00D10341" w:rsidRPr="00307A7A" w:rsidRDefault="00254BB8" w:rsidP="00D10341">
      <w:pPr>
        <w:numPr>
          <w:ilvl w:val="0"/>
          <w:numId w:val="20"/>
        </w:numPr>
        <w:rPr>
          <w:rFonts w:ascii="Times New Roman" w:hAnsi="Times New Roman" w:cs="Times New Roman"/>
          <w:sz w:val="28"/>
          <w:szCs w:val="28"/>
        </w:rPr>
      </w:pPr>
      <w:r w:rsidRPr="00307A7A">
        <w:rPr>
          <w:rFonts w:ascii="Times New Roman" w:hAnsi="Times New Roman" w:cs="Times New Roman"/>
          <w:b/>
          <w:bCs/>
          <w:sz w:val="28"/>
          <w:szCs w:val="28"/>
        </w:rPr>
        <w:t>P</w:t>
      </w:r>
      <w:r w:rsidRPr="00307A7A">
        <w:rPr>
          <w:rFonts w:ascii="Times New Roman" w:hAnsi="Times New Roman" w:cs="Times New Roman"/>
          <w:b/>
          <w:bCs/>
          <w:sz w:val="28"/>
          <w:szCs w:val="28"/>
        </w:rPr>
        <w:t>eople Impacted</w:t>
      </w:r>
      <w:r w:rsidRPr="00307A7A">
        <w:rPr>
          <w:rFonts w:ascii="Times New Roman" w:hAnsi="Times New Roman" w:cs="Times New Roman"/>
          <w:sz w:val="28"/>
          <w:szCs w:val="28"/>
        </w:rPr>
        <w:t xml:space="preserve">: Over </w:t>
      </w:r>
      <w:r w:rsidRPr="00307A7A">
        <w:rPr>
          <w:rFonts w:ascii="Times New Roman" w:hAnsi="Times New Roman" w:cs="Times New Roman"/>
          <w:b/>
          <w:bCs/>
          <w:sz w:val="28"/>
          <w:szCs w:val="28"/>
        </w:rPr>
        <w:t>3,200 employees</w:t>
      </w:r>
      <w:r w:rsidRPr="00307A7A">
        <w:rPr>
          <w:rFonts w:ascii="Times New Roman" w:hAnsi="Times New Roman" w:cs="Times New Roman"/>
          <w:sz w:val="28"/>
          <w:szCs w:val="28"/>
        </w:rPr>
        <w:t xml:space="preserve"> and surrounding villages in the Lower Corentyne area</w:t>
      </w:r>
    </w:p>
    <w:p w:rsidR="00D10341" w:rsidRPr="00307A7A" w:rsidRDefault="00254BB8" w:rsidP="00D10341">
      <w:pPr>
        <w:numPr>
          <w:ilvl w:val="0"/>
          <w:numId w:val="20"/>
        </w:numPr>
        <w:rPr>
          <w:rFonts w:ascii="Times New Roman" w:hAnsi="Times New Roman" w:cs="Times New Roman"/>
          <w:sz w:val="28"/>
          <w:szCs w:val="28"/>
        </w:rPr>
      </w:pPr>
      <w:r w:rsidRPr="00307A7A">
        <w:rPr>
          <w:rFonts w:ascii="Times New Roman" w:hAnsi="Times New Roman" w:cs="Times New Roman"/>
          <w:b/>
          <w:bCs/>
          <w:sz w:val="28"/>
          <w:szCs w:val="28"/>
        </w:rPr>
        <w:t>Key Projects</w:t>
      </w:r>
      <w:r w:rsidRPr="00307A7A">
        <w:rPr>
          <w:rFonts w:ascii="Times New Roman" w:hAnsi="Times New Roman" w:cs="Times New Roman"/>
          <w:sz w:val="28"/>
          <w:szCs w:val="28"/>
        </w:rPr>
        <w:t>:</w:t>
      </w:r>
    </w:p>
    <w:p w:rsidR="00D10341" w:rsidRPr="00307A7A" w:rsidRDefault="00254BB8" w:rsidP="00D10341">
      <w:pPr>
        <w:numPr>
          <w:ilvl w:val="1"/>
          <w:numId w:val="20"/>
        </w:numPr>
        <w:rPr>
          <w:rFonts w:ascii="Times New Roman" w:hAnsi="Times New Roman" w:cs="Times New Roman"/>
          <w:sz w:val="28"/>
          <w:szCs w:val="28"/>
        </w:rPr>
      </w:pPr>
      <w:r w:rsidRPr="00307A7A">
        <w:rPr>
          <w:rFonts w:ascii="Times New Roman" w:hAnsi="Times New Roman" w:cs="Times New Roman"/>
          <w:sz w:val="28"/>
          <w:szCs w:val="28"/>
        </w:rPr>
        <w:t xml:space="preserve">Over </w:t>
      </w:r>
      <w:r w:rsidRPr="00307A7A">
        <w:rPr>
          <w:rFonts w:ascii="Times New Roman" w:hAnsi="Times New Roman" w:cs="Times New Roman"/>
          <w:b/>
          <w:bCs/>
          <w:sz w:val="28"/>
          <w:szCs w:val="28"/>
        </w:rPr>
        <w:t>$295M</w:t>
      </w:r>
      <w:r w:rsidRPr="00307A7A">
        <w:rPr>
          <w:rFonts w:ascii="Times New Roman" w:hAnsi="Times New Roman" w:cs="Times New Roman"/>
          <w:sz w:val="28"/>
          <w:szCs w:val="28"/>
        </w:rPr>
        <w:t xml:space="preserve"> invested in mobile drainage pumps and </w:t>
      </w:r>
      <w:r w:rsidRPr="00307A7A">
        <w:rPr>
          <w:rFonts w:ascii="Times New Roman" w:hAnsi="Times New Roman" w:cs="Times New Roman"/>
          <w:b/>
          <w:bCs/>
          <w:sz w:val="28"/>
          <w:szCs w:val="28"/>
        </w:rPr>
        <w:t>$296M</w:t>
      </w:r>
      <w:r w:rsidRPr="00307A7A">
        <w:rPr>
          <w:rFonts w:ascii="Times New Roman" w:hAnsi="Times New Roman" w:cs="Times New Roman"/>
          <w:sz w:val="28"/>
          <w:szCs w:val="28"/>
        </w:rPr>
        <w:t xml:space="preserve"> in land leveling equipment</w:t>
      </w:r>
    </w:p>
    <w:p w:rsidR="00D10341" w:rsidRPr="00307A7A" w:rsidRDefault="00254BB8" w:rsidP="1784A306">
      <w:pPr>
        <w:numPr>
          <w:ilvl w:val="1"/>
          <w:numId w:val="20"/>
        </w:numPr>
        <w:rPr>
          <w:rFonts w:ascii="Times New Roman" w:hAnsi="Times New Roman" w:cs="Times New Roman"/>
          <w:sz w:val="28"/>
          <w:szCs w:val="28"/>
        </w:rPr>
      </w:pPr>
      <w:r w:rsidRPr="1784A306">
        <w:rPr>
          <w:rFonts w:ascii="Times New Roman" w:hAnsi="Times New Roman" w:cs="Times New Roman"/>
          <w:sz w:val="28"/>
          <w:szCs w:val="28"/>
        </w:rPr>
        <w:t xml:space="preserve">Nearly </w:t>
      </w:r>
      <w:r w:rsidRPr="1784A306">
        <w:rPr>
          <w:rFonts w:ascii="Times New Roman" w:hAnsi="Times New Roman" w:cs="Times New Roman"/>
          <w:b/>
          <w:bCs/>
          <w:sz w:val="28"/>
          <w:szCs w:val="28"/>
        </w:rPr>
        <w:t>$600M</w:t>
      </w:r>
      <w:r w:rsidRPr="1784A306">
        <w:rPr>
          <w:rFonts w:ascii="Times New Roman" w:hAnsi="Times New Roman" w:cs="Times New Roman"/>
          <w:sz w:val="28"/>
          <w:szCs w:val="28"/>
        </w:rPr>
        <w:t xml:space="preserve"> allocated for rehabilitation of control panels at the pow</w:t>
      </w:r>
      <w:r w:rsidRPr="1784A306">
        <w:rPr>
          <w:rFonts w:ascii="Times New Roman" w:hAnsi="Times New Roman" w:cs="Times New Roman"/>
          <w:sz w:val="28"/>
          <w:szCs w:val="28"/>
        </w:rPr>
        <w:t>er house</w:t>
      </w:r>
    </w:p>
    <w:p w:rsidR="00D10341" w:rsidRPr="00307A7A" w:rsidRDefault="00254BB8" w:rsidP="1784A306">
      <w:pPr>
        <w:numPr>
          <w:ilvl w:val="1"/>
          <w:numId w:val="20"/>
        </w:numPr>
        <w:rPr>
          <w:rFonts w:ascii="Times New Roman" w:hAnsi="Times New Roman" w:cs="Times New Roman"/>
          <w:sz w:val="28"/>
          <w:szCs w:val="28"/>
        </w:rPr>
      </w:pPr>
      <w:r w:rsidRPr="1784A306">
        <w:rPr>
          <w:rFonts w:ascii="Times New Roman" w:hAnsi="Times New Roman" w:cs="Times New Roman"/>
          <w:sz w:val="28"/>
          <w:szCs w:val="28"/>
        </w:rPr>
        <w:t xml:space="preserve">Packaging of sugar commenced at Albion estate in November 2025, land development of </w:t>
      </w:r>
      <w:r w:rsidRPr="1784A306">
        <w:rPr>
          <w:rFonts w:ascii="Times New Roman" w:hAnsi="Times New Roman" w:cs="Times New Roman"/>
          <w:b/>
          <w:bCs/>
          <w:sz w:val="28"/>
          <w:szCs w:val="28"/>
        </w:rPr>
        <w:t>1,000 hectares</w:t>
      </w:r>
      <w:r w:rsidRPr="1784A306">
        <w:rPr>
          <w:rFonts w:ascii="Times New Roman" w:hAnsi="Times New Roman" w:cs="Times New Roman"/>
          <w:sz w:val="28"/>
          <w:szCs w:val="28"/>
        </w:rPr>
        <w:t>, road materials, trucks, tractors, and a new condensate tank</w:t>
      </w:r>
      <w:r>
        <w:br/>
      </w:r>
      <w:r w:rsidRPr="1784A306">
        <w:rPr>
          <w:rFonts w:ascii="Times New Roman" w:hAnsi="Times New Roman" w:cs="Times New Roman"/>
          <w:sz w:val="28"/>
          <w:szCs w:val="28"/>
        </w:rPr>
        <w:t xml:space="preserve">Extensive </w:t>
      </w:r>
      <w:r w:rsidRPr="1784A306">
        <w:rPr>
          <w:rFonts w:ascii="Times New Roman" w:hAnsi="Times New Roman" w:cs="Times New Roman"/>
          <w:b/>
          <w:bCs/>
          <w:sz w:val="28"/>
          <w:szCs w:val="28"/>
        </w:rPr>
        <w:t>land conversion and revetment work</w:t>
      </w:r>
      <w:r w:rsidRPr="1784A306">
        <w:rPr>
          <w:rFonts w:ascii="Times New Roman" w:hAnsi="Times New Roman" w:cs="Times New Roman"/>
          <w:sz w:val="28"/>
          <w:szCs w:val="28"/>
        </w:rPr>
        <w:t xml:space="preserve">, bridge and field </w:t>
      </w:r>
      <w:r w:rsidRPr="1784A306">
        <w:rPr>
          <w:rFonts w:ascii="Times New Roman" w:hAnsi="Times New Roman" w:cs="Times New Roman"/>
          <w:sz w:val="28"/>
          <w:szCs w:val="28"/>
        </w:rPr>
        <w:lastRenderedPageBreak/>
        <w:t xml:space="preserve">structure repairs, and </w:t>
      </w:r>
      <w:r w:rsidRPr="1784A306">
        <w:rPr>
          <w:rFonts w:ascii="Times New Roman" w:hAnsi="Times New Roman" w:cs="Times New Roman"/>
          <w:sz w:val="28"/>
          <w:szCs w:val="28"/>
        </w:rPr>
        <w:t>procurement of equipment like cane punts, dump trucks, and excavators</w:t>
      </w:r>
    </w:p>
    <w:p w:rsidR="00D10341" w:rsidRPr="00307A7A" w:rsidRDefault="00254BB8" w:rsidP="1784A306">
      <w:pPr>
        <w:numPr>
          <w:ilvl w:val="1"/>
          <w:numId w:val="20"/>
        </w:numPr>
        <w:spacing w:after="240"/>
        <w:rPr>
          <w:rFonts w:ascii="Times New Roman" w:hAnsi="Times New Roman" w:cs="Times New Roman"/>
          <w:sz w:val="28"/>
          <w:szCs w:val="28"/>
        </w:rPr>
      </w:pPr>
      <w:r w:rsidRPr="1784A306">
        <w:rPr>
          <w:rFonts w:ascii="Times New Roman" w:hAnsi="Times New Roman" w:cs="Times New Roman"/>
          <w:sz w:val="28"/>
          <w:szCs w:val="28"/>
        </w:rPr>
        <w:t xml:space="preserve">Major factory enhancements including vacuum pan replacement, dryer relocation from Enmore, boiler/chimney repairs, rehabilitation of heavy duty rotatary knife turbine, rehabilitation of </w:t>
      </w:r>
      <w:r w:rsidRPr="1784A306">
        <w:rPr>
          <w:rFonts w:ascii="Times New Roman" w:hAnsi="Times New Roman" w:cs="Times New Roman"/>
          <w:sz w:val="28"/>
          <w:szCs w:val="28"/>
        </w:rPr>
        <w:t>crystallizer baskets, acquisition of two (2) new packaging machines</w:t>
      </w:r>
    </w:p>
    <w:p w:rsidR="00D10341" w:rsidRPr="00307A7A" w:rsidRDefault="00254BB8" w:rsidP="00D10341">
      <w:pPr>
        <w:pStyle w:val="Heading3"/>
        <w:keepNext w:val="0"/>
        <w:keepLines w:val="0"/>
        <w:spacing w:before="280"/>
        <w:rPr>
          <w:rFonts w:ascii="Times New Roman" w:hAnsi="Times New Roman" w:cs="Times New Roman"/>
          <w:color w:val="000000"/>
        </w:rPr>
      </w:pPr>
      <w:bookmarkStart w:id="3" w:name="_syr1bxxl1l7c" w:colFirst="0" w:colLast="0"/>
      <w:bookmarkEnd w:id="3"/>
      <w:r w:rsidRPr="00307A7A">
        <w:rPr>
          <w:rFonts w:ascii="Times New Roman" w:hAnsi="Times New Roman" w:cs="Times New Roman"/>
          <w:color w:val="000000"/>
        </w:rPr>
        <w:t>Rose Hall Estate</w:t>
      </w:r>
    </w:p>
    <w:p w:rsidR="00D10341" w:rsidRPr="00307A7A" w:rsidRDefault="00254BB8" w:rsidP="00D10341">
      <w:pPr>
        <w:numPr>
          <w:ilvl w:val="0"/>
          <w:numId w:val="21"/>
        </w:numPr>
        <w:spacing w:before="240"/>
        <w:rPr>
          <w:rFonts w:ascii="Times New Roman" w:hAnsi="Times New Roman" w:cs="Times New Roman"/>
          <w:sz w:val="28"/>
          <w:szCs w:val="28"/>
        </w:rPr>
      </w:pPr>
      <w:r w:rsidRPr="00307A7A">
        <w:rPr>
          <w:rFonts w:ascii="Times New Roman" w:hAnsi="Times New Roman" w:cs="Times New Roman"/>
          <w:b/>
          <w:bCs/>
          <w:sz w:val="28"/>
          <w:szCs w:val="28"/>
        </w:rPr>
        <w:t>Total Investment</w:t>
      </w:r>
      <w:r w:rsidRPr="00307A7A">
        <w:rPr>
          <w:rFonts w:ascii="Times New Roman" w:hAnsi="Times New Roman" w:cs="Times New Roman"/>
          <w:sz w:val="28"/>
          <w:szCs w:val="28"/>
        </w:rPr>
        <w:t xml:space="preserve">: </w:t>
      </w:r>
      <w:r w:rsidRPr="00307A7A">
        <w:rPr>
          <w:rFonts w:ascii="Times New Roman" w:hAnsi="Times New Roman" w:cs="Times New Roman"/>
          <w:b/>
          <w:bCs/>
          <w:sz w:val="28"/>
          <w:szCs w:val="28"/>
        </w:rPr>
        <w:t>$11.715 billion GYD</w:t>
      </w:r>
    </w:p>
    <w:p w:rsidR="00D10341" w:rsidRPr="00307A7A" w:rsidRDefault="00254BB8" w:rsidP="00D10341">
      <w:pPr>
        <w:numPr>
          <w:ilvl w:val="0"/>
          <w:numId w:val="21"/>
        </w:numPr>
        <w:rPr>
          <w:rFonts w:ascii="Times New Roman" w:hAnsi="Times New Roman" w:cs="Times New Roman"/>
          <w:sz w:val="28"/>
          <w:szCs w:val="28"/>
        </w:rPr>
      </w:pPr>
      <w:r w:rsidRPr="00307A7A">
        <w:rPr>
          <w:rFonts w:ascii="Times New Roman" w:hAnsi="Times New Roman" w:cs="Times New Roman"/>
          <w:b/>
          <w:bCs/>
          <w:sz w:val="28"/>
          <w:szCs w:val="28"/>
        </w:rPr>
        <w:t>People Impacted</w:t>
      </w:r>
      <w:r w:rsidRPr="00307A7A">
        <w:rPr>
          <w:rFonts w:ascii="Times New Roman" w:hAnsi="Times New Roman" w:cs="Times New Roman"/>
          <w:sz w:val="28"/>
          <w:szCs w:val="28"/>
        </w:rPr>
        <w:t xml:space="preserve">: </w:t>
      </w:r>
      <w:r w:rsidRPr="00307A7A">
        <w:rPr>
          <w:rFonts w:ascii="Times New Roman" w:hAnsi="Times New Roman" w:cs="Times New Roman"/>
          <w:b/>
          <w:bCs/>
          <w:sz w:val="28"/>
          <w:szCs w:val="28"/>
        </w:rPr>
        <w:t>1,120 employees</w:t>
      </w:r>
      <w:r w:rsidRPr="00307A7A">
        <w:rPr>
          <w:rFonts w:ascii="Times New Roman" w:hAnsi="Times New Roman" w:cs="Times New Roman"/>
          <w:sz w:val="28"/>
          <w:szCs w:val="28"/>
        </w:rPr>
        <w:t xml:space="preserve"> and communities in the Canje Catchment area</w:t>
      </w:r>
    </w:p>
    <w:p w:rsidR="00D10341" w:rsidRPr="00307A7A" w:rsidRDefault="00254BB8" w:rsidP="00D10341">
      <w:pPr>
        <w:numPr>
          <w:ilvl w:val="0"/>
          <w:numId w:val="21"/>
        </w:numPr>
        <w:rPr>
          <w:rFonts w:ascii="Times New Roman" w:hAnsi="Times New Roman" w:cs="Times New Roman"/>
          <w:sz w:val="28"/>
          <w:szCs w:val="28"/>
        </w:rPr>
      </w:pPr>
      <w:r w:rsidRPr="00307A7A">
        <w:rPr>
          <w:rFonts w:ascii="Times New Roman" w:hAnsi="Times New Roman" w:cs="Times New Roman"/>
          <w:b/>
          <w:bCs/>
          <w:sz w:val="28"/>
          <w:szCs w:val="28"/>
        </w:rPr>
        <w:t>Key Projects</w:t>
      </w:r>
      <w:r w:rsidRPr="00307A7A">
        <w:rPr>
          <w:rFonts w:ascii="Times New Roman" w:hAnsi="Times New Roman" w:cs="Times New Roman"/>
          <w:sz w:val="28"/>
          <w:szCs w:val="28"/>
        </w:rPr>
        <w:t>:</w:t>
      </w:r>
    </w:p>
    <w:p w:rsidR="00D10341" w:rsidRPr="00307A7A" w:rsidRDefault="00254BB8" w:rsidP="00D10341">
      <w:pPr>
        <w:numPr>
          <w:ilvl w:val="1"/>
          <w:numId w:val="21"/>
        </w:numPr>
        <w:rPr>
          <w:rFonts w:ascii="Times New Roman" w:hAnsi="Times New Roman" w:cs="Times New Roman"/>
          <w:sz w:val="28"/>
          <w:szCs w:val="28"/>
        </w:rPr>
      </w:pPr>
      <w:r w:rsidRPr="00307A7A">
        <w:rPr>
          <w:rFonts w:ascii="Times New Roman" w:hAnsi="Times New Roman" w:cs="Times New Roman"/>
          <w:b/>
          <w:bCs/>
          <w:sz w:val="28"/>
          <w:szCs w:val="28"/>
        </w:rPr>
        <w:t>$962M</w:t>
      </w:r>
      <w:r w:rsidRPr="00307A7A">
        <w:rPr>
          <w:rFonts w:ascii="Times New Roman" w:hAnsi="Times New Roman" w:cs="Times New Roman"/>
          <w:sz w:val="28"/>
          <w:szCs w:val="28"/>
        </w:rPr>
        <w:t xml:space="preserve"> for rehabilitating abandoned lands a</w:t>
      </w:r>
      <w:r w:rsidRPr="00307A7A">
        <w:rPr>
          <w:rFonts w:ascii="Times New Roman" w:hAnsi="Times New Roman" w:cs="Times New Roman"/>
          <w:sz w:val="28"/>
          <w:szCs w:val="28"/>
        </w:rPr>
        <w:t xml:space="preserve">nd </w:t>
      </w:r>
      <w:r w:rsidRPr="00307A7A">
        <w:rPr>
          <w:rFonts w:ascii="Times New Roman" w:hAnsi="Times New Roman" w:cs="Times New Roman"/>
          <w:b/>
          <w:bCs/>
          <w:sz w:val="28"/>
          <w:szCs w:val="28"/>
        </w:rPr>
        <w:t>$296M</w:t>
      </w:r>
      <w:r w:rsidRPr="00307A7A">
        <w:rPr>
          <w:rFonts w:ascii="Times New Roman" w:hAnsi="Times New Roman" w:cs="Times New Roman"/>
          <w:sz w:val="28"/>
          <w:szCs w:val="28"/>
        </w:rPr>
        <w:t xml:space="preserve"> for land leveling equipment</w:t>
      </w:r>
    </w:p>
    <w:p w:rsidR="00D10341" w:rsidRPr="00307A7A" w:rsidRDefault="00254BB8" w:rsidP="00D10341">
      <w:pPr>
        <w:numPr>
          <w:ilvl w:val="1"/>
          <w:numId w:val="21"/>
        </w:numPr>
        <w:rPr>
          <w:rFonts w:ascii="Times New Roman" w:hAnsi="Times New Roman" w:cs="Times New Roman"/>
          <w:sz w:val="28"/>
          <w:szCs w:val="28"/>
        </w:rPr>
      </w:pPr>
      <w:r w:rsidRPr="00307A7A">
        <w:rPr>
          <w:rFonts w:ascii="Times New Roman" w:hAnsi="Times New Roman" w:cs="Times New Roman"/>
          <w:sz w:val="28"/>
          <w:szCs w:val="28"/>
        </w:rPr>
        <w:t xml:space="preserve">Massive investments in drainage infrastructure, including </w:t>
      </w:r>
      <w:r w:rsidRPr="00307A7A">
        <w:rPr>
          <w:rFonts w:ascii="Times New Roman" w:hAnsi="Times New Roman" w:cs="Times New Roman"/>
          <w:b/>
          <w:bCs/>
          <w:sz w:val="28"/>
          <w:szCs w:val="28"/>
        </w:rPr>
        <w:t>$243M</w:t>
      </w:r>
      <w:r w:rsidRPr="00307A7A">
        <w:rPr>
          <w:rFonts w:ascii="Times New Roman" w:hAnsi="Times New Roman" w:cs="Times New Roman"/>
          <w:sz w:val="28"/>
          <w:szCs w:val="28"/>
        </w:rPr>
        <w:t xml:space="preserve"> for HDPE tubes and </w:t>
      </w:r>
      <w:r w:rsidRPr="00307A7A">
        <w:rPr>
          <w:rFonts w:ascii="Times New Roman" w:hAnsi="Times New Roman" w:cs="Times New Roman"/>
          <w:b/>
          <w:bCs/>
          <w:sz w:val="28"/>
          <w:szCs w:val="28"/>
        </w:rPr>
        <w:t>$130M</w:t>
      </w:r>
      <w:r w:rsidRPr="00307A7A">
        <w:rPr>
          <w:rFonts w:ascii="Times New Roman" w:hAnsi="Times New Roman" w:cs="Times New Roman"/>
          <w:sz w:val="28"/>
          <w:szCs w:val="28"/>
        </w:rPr>
        <w:t xml:space="preserve"> for land conversion</w:t>
      </w:r>
      <w:r w:rsidRPr="00307A7A">
        <w:rPr>
          <w:rFonts w:ascii="Times New Roman" w:hAnsi="Times New Roman" w:cs="Times New Roman"/>
          <w:sz w:val="28"/>
          <w:szCs w:val="28"/>
        </w:rPr>
        <w:br/>
        <w:t xml:space="preserve">Substantial upgrades to the factory and milling operations with multiple projects exceeding </w:t>
      </w:r>
      <w:r w:rsidRPr="00307A7A">
        <w:rPr>
          <w:rFonts w:ascii="Times New Roman" w:hAnsi="Times New Roman" w:cs="Times New Roman"/>
          <w:b/>
          <w:bCs/>
          <w:sz w:val="28"/>
          <w:szCs w:val="28"/>
        </w:rPr>
        <w:t>$50M–100M</w:t>
      </w:r>
      <w:r w:rsidRPr="00307A7A">
        <w:rPr>
          <w:rFonts w:ascii="Times New Roman" w:hAnsi="Times New Roman" w:cs="Times New Roman"/>
          <w:sz w:val="28"/>
          <w:szCs w:val="28"/>
        </w:rPr>
        <w:t>: new mil</w:t>
      </w:r>
      <w:r w:rsidRPr="00307A7A">
        <w:rPr>
          <w:rFonts w:ascii="Times New Roman" w:hAnsi="Times New Roman" w:cs="Times New Roman"/>
          <w:sz w:val="28"/>
          <w:szCs w:val="28"/>
        </w:rPr>
        <w:t>l rollers, steam turbines, condensers, pumps, and roofs</w:t>
      </w:r>
    </w:p>
    <w:p w:rsidR="00D10341" w:rsidRPr="00307A7A" w:rsidRDefault="00254BB8" w:rsidP="00D10341">
      <w:pPr>
        <w:numPr>
          <w:ilvl w:val="1"/>
          <w:numId w:val="21"/>
        </w:numPr>
        <w:rPr>
          <w:rFonts w:ascii="Times New Roman" w:hAnsi="Times New Roman" w:cs="Times New Roman"/>
          <w:sz w:val="28"/>
          <w:szCs w:val="28"/>
        </w:rPr>
      </w:pPr>
      <w:r w:rsidRPr="00307A7A">
        <w:rPr>
          <w:rFonts w:ascii="Times New Roman" w:hAnsi="Times New Roman" w:cs="Times New Roman"/>
          <w:sz w:val="28"/>
          <w:szCs w:val="28"/>
        </w:rPr>
        <w:t>Procurement of dozens of tractors, trailers, loaders, and mechanical planters to modernize agricultural operations</w:t>
      </w:r>
    </w:p>
    <w:p w:rsidR="00D10341" w:rsidRPr="00307A7A" w:rsidRDefault="00254BB8" w:rsidP="00D10341">
      <w:pPr>
        <w:numPr>
          <w:ilvl w:val="1"/>
          <w:numId w:val="21"/>
        </w:numPr>
        <w:spacing w:after="240"/>
        <w:rPr>
          <w:rFonts w:ascii="Times New Roman" w:hAnsi="Times New Roman" w:cs="Times New Roman"/>
          <w:sz w:val="28"/>
          <w:szCs w:val="28"/>
        </w:rPr>
      </w:pPr>
      <w:r w:rsidRPr="00307A7A">
        <w:rPr>
          <w:rFonts w:ascii="Times New Roman" w:hAnsi="Times New Roman" w:cs="Times New Roman"/>
          <w:sz w:val="28"/>
          <w:szCs w:val="28"/>
        </w:rPr>
        <w:t xml:space="preserve">Continued field rehabilitation, irrigation improvements, and sugar processing </w:t>
      </w:r>
      <w:r w:rsidRPr="00307A7A">
        <w:rPr>
          <w:rFonts w:ascii="Times New Roman" w:hAnsi="Times New Roman" w:cs="Times New Roman"/>
          <w:sz w:val="28"/>
          <w:szCs w:val="28"/>
        </w:rPr>
        <w:t>enhancements</w:t>
      </w:r>
      <w:r w:rsidRPr="00307A7A">
        <w:rPr>
          <w:rFonts w:ascii="Times New Roman" w:hAnsi="Times New Roman" w:cs="Times New Roman"/>
          <w:sz w:val="28"/>
          <w:szCs w:val="28"/>
        </w:rPr>
        <w:br/>
      </w:r>
    </w:p>
    <w:p w:rsidR="00D10341" w:rsidRPr="00307A7A" w:rsidRDefault="00254BB8" w:rsidP="00D10341">
      <w:pPr>
        <w:pStyle w:val="Heading3"/>
        <w:keepNext w:val="0"/>
        <w:keepLines w:val="0"/>
        <w:spacing w:before="280"/>
        <w:rPr>
          <w:rFonts w:ascii="Times New Roman" w:hAnsi="Times New Roman" w:cs="Times New Roman"/>
          <w:color w:val="000000"/>
        </w:rPr>
      </w:pPr>
      <w:bookmarkStart w:id="4" w:name="_lh71rel5fzh7" w:colFirst="0" w:colLast="0"/>
      <w:bookmarkEnd w:id="4"/>
      <w:r w:rsidRPr="00307A7A">
        <w:rPr>
          <w:rFonts w:ascii="Times New Roman" w:hAnsi="Times New Roman" w:cs="Times New Roman"/>
          <w:color w:val="000000"/>
        </w:rPr>
        <w:t>Skeldon Estate</w:t>
      </w:r>
    </w:p>
    <w:p w:rsidR="00D10341" w:rsidRPr="00307A7A" w:rsidRDefault="00254BB8" w:rsidP="00D10341">
      <w:pPr>
        <w:numPr>
          <w:ilvl w:val="0"/>
          <w:numId w:val="22"/>
        </w:numPr>
        <w:spacing w:before="240"/>
        <w:rPr>
          <w:rFonts w:ascii="Times New Roman" w:hAnsi="Times New Roman" w:cs="Times New Roman"/>
          <w:sz w:val="28"/>
          <w:szCs w:val="28"/>
        </w:rPr>
      </w:pPr>
      <w:r w:rsidRPr="00307A7A">
        <w:rPr>
          <w:rFonts w:ascii="Times New Roman" w:hAnsi="Times New Roman" w:cs="Times New Roman"/>
          <w:b/>
          <w:bCs/>
          <w:sz w:val="28"/>
          <w:szCs w:val="28"/>
        </w:rPr>
        <w:t>Total Investment</w:t>
      </w:r>
      <w:r w:rsidRPr="00307A7A">
        <w:rPr>
          <w:rFonts w:ascii="Times New Roman" w:hAnsi="Times New Roman" w:cs="Times New Roman"/>
          <w:sz w:val="28"/>
          <w:szCs w:val="28"/>
        </w:rPr>
        <w:t xml:space="preserve">: </w:t>
      </w:r>
      <w:r w:rsidRPr="00307A7A">
        <w:rPr>
          <w:rFonts w:ascii="Times New Roman" w:hAnsi="Times New Roman" w:cs="Times New Roman"/>
          <w:b/>
          <w:bCs/>
          <w:sz w:val="28"/>
          <w:szCs w:val="28"/>
        </w:rPr>
        <w:t>$3.477 billion GYD</w:t>
      </w:r>
    </w:p>
    <w:p w:rsidR="00D10341" w:rsidRPr="00307A7A" w:rsidRDefault="00254BB8" w:rsidP="1784A306">
      <w:pPr>
        <w:numPr>
          <w:ilvl w:val="0"/>
          <w:numId w:val="22"/>
        </w:numPr>
        <w:rPr>
          <w:rFonts w:ascii="Times New Roman" w:hAnsi="Times New Roman" w:cs="Times New Roman"/>
          <w:sz w:val="28"/>
          <w:szCs w:val="28"/>
        </w:rPr>
      </w:pPr>
      <w:r w:rsidRPr="1784A306">
        <w:rPr>
          <w:rFonts w:ascii="Times New Roman" w:hAnsi="Times New Roman" w:cs="Times New Roman"/>
          <w:b/>
          <w:bCs/>
          <w:sz w:val="28"/>
          <w:szCs w:val="28"/>
        </w:rPr>
        <w:t>People Impacted</w:t>
      </w:r>
      <w:r w:rsidRPr="1784A306">
        <w:rPr>
          <w:rFonts w:ascii="Times New Roman" w:hAnsi="Times New Roman" w:cs="Times New Roman"/>
          <w:sz w:val="28"/>
          <w:szCs w:val="28"/>
        </w:rPr>
        <w:t xml:space="preserve">: </w:t>
      </w:r>
      <w:r w:rsidRPr="1784A306">
        <w:rPr>
          <w:rFonts w:ascii="Times New Roman" w:hAnsi="Times New Roman" w:cs="Times New Roman"/>
          <w:b/>
          <w:bCs/>
          <w:sz w:val="28"/>
          <w:szCs w:val="28"/>
        </w:rPr>
        <w:t>377 employees</w:t>
      </w:r>
      <w:r w:rsidRPr="1784A306">
        <w:rPr>
          <w:rFonts w:ascii="Times New Roman" w:hAnsi="Times New Roman" w:cs="Times New Roman"/>
          <w:sz w:val="28"/>
          <w:szCs w:val="28"/>
        </w:rPr>
        <w:t xml:space="preserve"> and the wider Upper Corentyne, Corriverton, and Skeldon communities</w:t>
      </w:r>
    </w:p>
    <w:p w:rsidR="00D10341" w:rsidRPr="00307A7A" w:rsidRDefault="00254BB8" w:rsidP="00D10341">
      <w:pPr>
        <w:numPr>
          <w:ilvl w:val="0"/>
          <w:numId w:val="22"/>
        </w:numPr>
        <w:rPr>
          <w:rFonts w:ascii="Times New Roman" w:hAnsi="Times New Roman" w:cs="Times New Roman"/>
          <w:sz w:val="28"/>
          <w:szCs w:val="28"/>
        </w:rPr>
      </w:pPr>
      <w:r w:rsidRPr="00307A7A">
        <w:rPr>
          <w:rFonts w:ascii="Times New Roman" w:hAnsi="Times New Roman" w:cs="Times New Roman"/>
          <w:b/>
          <w:bCs/>
          <w:sz w:val="28"/>
          <w:szCs w:val="28"/>
        </w:rPr>
        <w:lastRenderedPageBreak/>
        <w:t>Key Projects</w:t>
      </w:r>
      <w:r w:rsidRPr="00307A7A">
        <w:rPr>
          <w:rFonts w:ascii="Times New Roman" w:hAnsi="Times New Roman" w:cs="Times New Roman"/>
          <w:sz w:val="28"/>
          <w:szCs w:val="28"/>
        </w:rPr>
        <w:t>:</w:t>
      </w:r>
    </w:p>
    <w:p w:rsidR="00D10341" w:rsidRPr="00307A7A" w:rsidRDefault="00254BB8" w:rsidP="00D10341">
      <w:pPr>
        <w:numPr>
          <w:ilvl w:val="1"/>
          <w:numId w:val="22"/>
        </w:numPr>
        <w:rPr>
          <w:rFonts w:ascii="Times New Roman" w:hAnsi="Times New Roman" w:cs="Times New Roman"/>
          <w:sz w:val="28"/>
          <w:szCs w:val="28"/>
        </w:rPr>
      </w:pPr>
      <w:r w:rsidRPr="00307A7A">
        <w:rPr>
          <w:rFonts w:ascii="Times New Roman" w:hAnsi="Times New Roman" w:cs="Times New Roman"/>
          <w:sz w:val="28"/>
          <w:szCs w:val="28"/>
        </w:rPr>
        <w:t xml:space="preserve">Largest single initiative was the </w:t>
      </w:r>
      <w:r w:rsidRPr="00307A7A">
        <w:rPr>
          <w:rFonts w:ascii="Times New Roman" w:hAnsi="Times New Roman" w:cs="Times New Roman"/>
          <w:b/>
          <w:bCs/>
          <w:sz w:val="28"/>
          <w:szCs w:val="28"/>
        </w:rPr>
        <w:t>Skeldon Agriculture Project – Phase One</w:t>
      </w:r>
      <w:r w:rsidRPr="00307A7A">
        <w:rPr>
          <w:rFonts w:ascii="Times New Roman" w:hAnsi="Times New Roman" w:cs="Times New Roman"/>
          <w:sz w:val="28"/>
          <w:szCs w:val="28"/>
        </w:rPr>
        <w:t>, re</w:t>
      </w:r>
      <w:r w:rsidRPr="00307A7A">
        <w:rPr>
          <w:rFonts w:ascii="Times New Roman" w:hAnsi="Times New Roman" w:cs="Times New Roman"/>
          <w:sz w:val="28"/>
          <w:szCs w:val="28"/>
        </w:rPr>
        <w:t xml:space="preserve">ceiving </w:t>
      </w:r>
      <w:r w:rsidRPr="00307A7A">
        <w:rPr>
          <w:rFonts w:ascii="Times New Roman" w:hAnsi="Times New Roman" w:cs="Times New Roman"/>
          <w:b/>
          <w:bCs/>
          <w:sz w:val="28"/>
          <w:szCs w:val="28"/>
        </w:rPr>
        <w:t>$1.354 billion</w:t>
      </w:r>
    </w:p>
    <w:p w:rsidR="00D10341" w:rsidRPr="00307A7A" w:rsidRDefault="00254BB8" w:rsidP="1784A306">
      <w:pPr>
        <w:numPr>
          <w:ilvl w:val="1"/>
          <w:numId w:val="22"/>
        </w:numPr>
        <w:spacing w:after="240"/>
        <w:rPr>
          <w:rFonts w:ascii="Times New Roman" w:hAnsi="Times New Roman" w:cs="Times New Roman"/>
          <w:sz w:val="28"/>
          <w:szCs w:val="28"/>
        </w:rPr>
      </w:pPr>
      <w:r w:rsidRPr="1784A306">
        <w:rPr>
          <w:rFonts w:ascii="Times New Roman" w:hAnsi="Times New Roman" w:cs="Times New Roman"/>
          <w:sz w:val="28"/>
          <w:szCs w:val="28"/>
        </w:rPr>
        <w:t xml:space="preserve">Additional works included </w:t>
      </w:r>
      <w:r w:rsidRPr="1784A306">
        <w:rPr>
          <w:rFonts w:ascii="Times New Roman" w:hAnsi="Times New Roman" w:cs="Times New Roman"/>
          <w:b/>
          <w:bCs/>
          <w:sz w:val="28"/>
          <w:szCs w:val="28"/>
        </w:rPr>
        <w:t>$300M</w:t>
      </w:r>
      <w:r w:rsidRPr="1784A306">
        <w:rPr>
          <w:rFonts w:ascii="Times New Roman" w:hAnsi="Times New Roman" w:cs="Times New Roman"/>
          <w:sz w:val="28"/>
          <w:szCs w:val="28"/>
        </w:rPr>
        <w:t xml:space="preserve"> for drainage and irrigation maintenance, </w:t>
      </w:r>
      <w:r w:rsidRPr="1784A306">
        <w:rPr>
          <w:rFonts w:ascii="Times New Roman" w:hAnsi="Times New Roman" w:cs="Times New Roman"/>
          <w:b/>
          <w:bCs/>
          <w:sz w:val="28"/>
          <w:szCs w:val="28"/>
        </w:rPr>
        <w:t>$30M</w:t>
      </w:r>
      <w:r w:rsidRPr="1784A306">
        <w:rPr>
          <w:rFonts w:ascii="Times New Roman" w:hAnsi="Times New Roman" w:cs="Times New Roman"/>
          <w:sz w:val="28"/>
          <w:szCs w:val="28"/>
        </w:rPr>
        <w:t xml:space="preserve"> for pump repairs, and </w:t>
      </w:r>
      <w:r w:rsidRPr="1784A306">
        <w:rPr>
          <w:rFonts w:ascii="Times New Roman" w:hAnsi="Times New Roman" w:cs="Times New Roman"/>
          <w:b/>
          <w:bCs/>
          <w:sz w:val="28"/>
          <w:szCs w:val="28"/>
        </w:rPr>
        <w:t>$15M</w:t>
      </w:r>
      <w:r w:rsidRPr="1784A306">
        <w:rPr>
          <w:rFonts w:ascii="Times New Roman" w:hAnsi="Times New Roman" w:cs="Times New Roman"/>
          <w:sz w:val="28"/>
          <w:szCs w:val="28"/>
        </w:rPr>
        <w:t xml:space="preserve"> for field dam rehabilitation</w:t>
      </w:r>
    </w:p>
    <w:p w:rsidR="00D10341" w:rsidRPr="00307A7A" w:rsidRDefault="00254BB8" w:rsidP="1784A306">
      <w:pPr>
        <w:numPr>
          <w:ilvl w:val="1"/>
          <w:numId w:val="22"/>
        </w:numPr>
        <w:spacing w:after="240"/>
        <w:rPr>
          <w:rFonts w:ascii="Times New Roman" w:hAnsi="Times New Roman" w:cs="Times New Roman"/>
          <w:sz w:val="28"/>
          <w:szCs w:val="28"/>
        </w:rPr>
      </w:pPr>
      <w:r w:rsidRPr="1784A306">
        <w:rPr>
          <w:rFonts w:ascii="Times New Roman" w:hAnsi="Times New Roman" w:cs="Times New Roman"/>
          <w:sz w:val="28"/>
          <w:szCs w:val="28"/>
        </w:rPr>
        <w:t>Continued  the tillage and planting program of 3,000 hectares of land</w:t>
      </w:r>
      <w:r>
        <w:br/>
      </w:r>
    </w:p>
    <w:p w:rsidR="00D10341" w:rsidRPr="009B319A" w:rsidRDefault="00254BB8" w:rsidP="1784A306">
      <w:pPr>
        <w:spacing w:before="240" w:after="240"/>
        <w:rPr>
          <w:rFonts w:ascii="Times New Roman" w:hAnsi="Times New Roman" w:cs="Times New Roman"/>
          <w:sz w:val="28"/>
          <w:szCs w:val="28"/>
        </w:rPr>
      </w:pPr>
      <w:r w:rsidRPr="1784A306">
        <w:rPr>
          <w:rFonts w:ascii="Times New Roman" w:hAnsi="Times New Roman" w:cs="Times New Roman"/>
          <w:sz w:val="28"/>
          <w:szCs w:val="28"/>
        </w:rPr>
        <w:t xml:space="preserve">These efforts represent a </w:t>
      </w:r>
      <w:r w:rsidRPr="1784A306">
        <w:rPr>
          <w:rFonts w:ascii="Times New Roman" w:hAnsi="Times New Roman" w:cs="Times New Roman"/>
          <w:sz w:val="28"/>
          <w:szCs w:val="28"/>
        </w:rPr>
        <w:t xml:space="preserve">significant governmental commitment to restoring Guyana’s sugar industry, boosting employment, and improving living conditions for workers and their families across the Corentyne </w:t>
      </w:r>
      <w:bookmarkStart w:id="5" w:name="_GoBack"/>
      <w:r w:rsidRPr="1784A306">
        <w:rPr>
          <w:rFonts w:ascii="Times New Roman" w:hAnsi="Times New Roman" w:cs="Times New Roman"/>
          <w:sz w:val="28"/>
          <w:szCs w:val="28"/>
        </w:rPr>
        <w:t>region</w:t>
      </w:r>
      <w:bookmarkEnd w:id="5"/>
      <w:r w:rsidRPr="1784A306">
        <w:rPr>
          <w:rFonts w:ascii="Times New Roman" w:hAnsi="Times New Roman" w:cs="Times New Roman"/>
          <w:sz w:val="28"/>
          <w:szCs w:val="28"/>
        </w:rPr>
        <w:t>.</w:t>
      </w:r>
    </w:p>
    <w:p w:rsidR="00D10341" w:rsidRPr="009B319A" w:rsidRDefault="00254BB8" w:rsidP="00D10341">
      <w:pPr>
        <w:rPr>
          <w:rFonts w:ascii="Times New Roman" w:hAnsi="Times New Roman" w:cs="Times New Roman"/>
          <w:sz w:val="28"/>
          <w:szCs w:val="28"/>
        </w:rPr>
      </w:pPr>
    </w:p>
    <w:p w:rsidR="00405CE4" w:rsidRPr="009B319A" w:rsidRDefault="00254BB8">
      <w:pPr>
        <w:rPr>
          <w:rFonts w:ascii="Times New Roman" w:hAnsi="Times New Roman" w:cs="Times New Roman"/>
          <w:sz w:val="28"/>
          <w:szCs w:val="28"/>
        </w:rPr>
      </w:pPr>
    </w:p>
    <w:p w:rsidR="00665885" w:rsidRPr="00110575" w:rsidRDefault="00254BB8" w:rsidP="00110575">
      <w:pPr>
        <w:spacing w:after="0"/>
        <w:jc w:val="center"/>
        <w:rPr>
          <w:rFonts w:cstheme="minorHAnsi"/>
        </w:rPr>
      </w:pPr>
      <w:r w:rsidRPr="00110575">
        <w:rPr>
          <w:rFonts w:cstheme="minorHAnsi"/>
          <w:b/>
          <w:bCs/>
        </w:rPr>
        <w:t xml:space="preserve">Total Investments in </w:t>
      </w:r>
      <w:r w:rsidRPr="00110575">
        <w:rPr>
          <w:rFonts w:cstheme="minorHAnsi"/>
          <w:b/>
          <w:bCs/>
          <w:color w:val="FF0000"/>
        </w:rPr>
        <w:t xml:space="preserve">Region 7 </w:t>
      </w:r>
      <w:r w:rsidRPr="00110575">
        <w:rPr>
          <w:rFonts w:cstheme="minorHAnsi"/>
          <w:b/>
          <w:bCs/>
        </w:rPr>
        <w:t>2020-202</w:t>
      </w:r>
      <w:r>
        <w:rPr>
          <w:rFonts w:cstheme="minorHAnsi"/>
          <w:b/>
          <w:bCs/>
        </w:rPr>
        <w:t>6</w:t>
      </w:r>
    </w:p>
    <w:p w:rsidR="00665885" w:rsidRPr="00110575" w:rsidRDefault="00254BB8" w:rsidP="00110575">
      <w:pPr>
        <w:spacing w:after="0"/>
        <w:jc w:val="center"/>
        <w:rPr>
          <w:rFonts w:cstheme="minorHAnsi"/>
          <w:b/>
          <w:bCs/>
        </w:rPr>
      </w:pPr>
      <w:r w:rsidRPr="00110575">
        <w:rPr>
          <w:rFonts w:cstheme="minorHAnsi"/>
          <w:b/>
          <w:bCs/>
        </w:rPr>
        <w:t>Ministry of Agriculture |$</w:t>
      </w:r>
      <w:r w:rsidRPr="0065360F">
        <w:rPr>
          <w:rFonts w:cstheme="minorHAnsi"/>
          <w:b/>
          <w:bCs/>
        </w:rPr>
        <w:t>7</w:t>
      </w:r>
      <w:r w:rsidRPr="0065360F">
        <w:rPr>
          <w:rFonts w:cstheme="minorHAnsi"/>
          <w:b/>
          <w:bCs/>
        </w:rPr>
        <w:t>58,315,477</w:t>
      </w:r>
      <w:r w:rsidRPr="00110575">
        <w:rPr>
          <w:rFonts w:cstheme="minorHAnsi"/>
          <w:b/>
          <w:bCs/>
          <w:color w:val="202124"/>
        </w:rPr>
        <w:t>| 202</w:t>
      </w:r>
      <w:r w:rsidRPr="00110575">
        <w:rPr>
          <w:rFonts w:cstheme="minorHAnsi"/>
          <w:b/>
          <w:bCs/>
        </w:rPr>
        <w:t>0-202</w:t>
      </w:r>
      <w:r>
        <w:rPr>
          <w:rFonts w:cstheme="minorHAnsi"/>
          <w:b/>
          <w:bCs/>
        </w:rPr>
        <w:t>6</w:t>
      </w:r>
      <w:r w:rsidRPr="00110575">
        <w:rPr>
          <w:rFonts w:cstheme="minorHAnsi"/>
          <w:b/>
          <w:bCs/>
        </w:rPr>
        <w:t xml:space="preserve"> </w:t>
      </w:r>
    </w:p>
    <w:p w:rsidR="00665885" w:rsidRPr="00110575" w:rsidRDefault="00254BB8" w:rsidP="00110575">
      <w:pPr>
        <w:spacing w:after="0"/>
        <w:rPr>
          <w:rFonts w:cstheme="minorHAnsi"/>
          <w:b/>
          <w:lang w:val="en"/>
        </w:rPr>
      </w:pPr>
    </w:p>
    <w:p w:rsidR="00665885" w:rsidRPr="00A521C0" w:rsidRDefault="00254BB8" w:rsidP="00110575">
      <w:pPr>
        <w:pStyle w:val="ListParagraph"/>
        <w:numPr>
          <w:ilvl w:val="0"/>
          <w:numId w:val="1"/>
        </w:numPr>
        <w:spacing w:after="0"/>
        <w:rPr>
          <w:rFonts w:cstheme="minorHAnsi"/>
          <w:bCs/>
          <w:lang w:val="en"/>
        </w:rPr>
      </w:pPr>
      <w:r w:rsidRPr="00A521C0">
        <w:rPr>
          <w:rFonts w:cstheme="minorHAnsi"/>
          <w:b/>
          <w:lang w:val="en"/>
        </w:rPr>
        <w:t xml:space="preserve">FISHERIES DEPARTMENT </w:t>
      </w:r>
      <w:r w:rsidRPr="00A521C0">
        <w:rPr>
          <w:rFonts w:cstheme="minorHAnsi"/>
          <w:bCs/>
          <w:lang w:val="en"/>
        </w:rPr>
        <w:t xml:space="preserve">| </w:t>
      </w:r>
      <w:r w:rsidRPr="00A521C0">
        <w:rPr>
          <w:rFonts w:cstheme="minorHAnsi"/>
          <w:b/>
          <w:lang w:val="en"/>
        </w:rPr>
        <w:t>$</w:t>
      </w:r>
      <w:r w:rsidRPr="00A521C0">
        <w:rPr>
          <w:rFonts w:eastAsia="Times New Roman" w:cstheme="minorHAnsi"/>
          <w:b/>
          <w:bCs/>
          <w:color w:val="000000"/>
        </w:rPr>
        <w:t>44</w:t>
      </w:r>
      <w:r w:rsidRPr="00A521C0">
        <w:rPr>
          <w:rFonts w:eastAsia="Times New Roman" w:cstheme="minorHAnsi"/>
          <w:b/>
          <w:bCs/>
          <w:color w:val="000000"/>
        </w:rPr>
        <w:t>,</w:t>
      </w:r>
      <w:r w:rsidRPr="00A521C0">
        <w:rPr>
          <w:rFonts w:eastAsia="Times New Roman" w:cstheme="minorHAnsi"/>
          <w:b/>
          <w:bCs/>
          <w:color w:val="000000"/>
        </w:rPr>
        <w:t>000</w:t>
      </w:r>
      <w:r w:rsidRPr="00A521C0">
        <w:rPr>
          <w:rFonts w:eastAsia="Times New Roman" w:cstheme="minorHAnsi"/>
          <w:b/>
          <w:bCs/>
          <w:color w:val="000000"/>
        </w:rPr>
        <w:t>,000</w:t>
      </w:r>
      <w:r w:rsidRPr="00A521C0">
        <w:rPr>
          <w:rFonts w:cstheme="minorHAnsi"/>
          <w:b/>
          <w:lang w:val="en"/>
        </w:rPr>
        <w:t>| 2020-202</w:t>
      </w:r>
      <w:r w:rsidRPr="00A521C0">
        <w:rPr>
          <w:rFonts w:cstheme="minorHAnsi"/>
          <w:b/>
          <w:lang w:val="en"/>
        </w:rPr>
        <w:t>6</w:t>
      </w:r>
      <w:r w:rsidRPr="00A521C0">
        <w:rPr>
          <w:rFonts w:cstheme="minorHAnsi"/>
          <w:b/>
          <w:lang w:val="en"/>
        </w:rPr>
        <w:t>|</w:t>
      </w:r>
    </w:p>
    <w:p w:rsidR="00665885" w:rsidRPr="00A521C0" w:rsidRDefault="00254BB8" w:rsidP="00110575">
      <w:pPr>
        <w:pStyle w:val="ListParagraph"/>
        <w:spacing w:after="0"/>
        <w:ind w:left="360"/>
        <w:rPr>
          <w:rFonts w:eastAsia="Times New Roman" w:cstheme="minorHAnsi"/>
          <w:b/>
          <w:bCs/>
          <w:color w:val="000000"/>
        </w:rPr>
      </w:pPr>
    </w:p>
    <w:p w:rsidR="003140B1" w:rsidRPr="00A521C0" w:rsidRDefault="00254BB8" w:rsidP="00CD069A">
      <w:pPr>
        <w:pStyle w:val="ListParagraph"/>
        <w:spacing w:after="0"/>
        <w:ind w:left="360"/>
        <w:rPr>
          <w:rFonts w:eastAsia="Times New Roman" w:cstheme="minorHAnsi"/>
          <w:b/>
          <w:bCs/>
          <w:color w:val="000000"/>
        </w:rPr>
      </w:pPr>
      <w:r w:rsidRPr="00A521C0">
        <w:rPr>
          <w:rFonts w:eastAsia="Times New Roman" w:cstheme="minorHAnsi"/>
          <w:b/>
          <w:bCs/>
          <w:color w:val="000000"/>
        </w:rPr>
        <w:t>Cage Aquaculture Project</w:t>
      </w:r>
      <w:r>
        <w:rPr>
          <w:rFonts w:eastAsia="Times New Roman" w:cstheme="minorHAnsi"/>
          <w:b/>
          <w:bCs/>
          <w:color w:val="000000"/>
        </w:rPr>
        <w:t xml:space="preserve"> (Itabali, Kartabo, </w:t>
      </w:r>
      <w:r w:rsidRPr="005F7149">
        <w:rPr>
          <w:rFonts w:eastAsia="Times New Roman" w:cstheme="minorHAnsi"/>
          <w:b/>
          <w:bCs/>
          <w:color w:val="000000"/>
        </w:rPr>
        <w:t>River’s View and Falls Mouth</w:t>
      </w:r>
      <w:r>
        <w:rPr>
          <w:rFonts w:eastAsia="Times New Roman" w:cstheme="minorHAnsi"/>
          <w:b/>
          <w:bCs/>
          <w:color w:val="000000"/>
        </w:rPr>
        <w:t>)</w:t>
      </w:r>
    </w:p>
    <w:p w:rsidR="003140B1" w:rsidRPr="00A521C0" w:rsidRDefault="00254BB8" w:rsidP="003140B1">
      <w:pPr>
        <w:pStyle w:val="ListParagraph"/>
        <w:spacing w:after="0"/>
        <w:ind w:left="360"/>
        <w:rPr>
          <w:rFonts w:eastAsia="Times New Roman" w:cstheme="minorHAnsi"/>
          <w:color w:val="000000"/>
        </w:rPr>
      </w:pPr>
      <w:r w:rsidRPr="00A521C0">
        <w:rPr>
          <w:rFonts w:cstheme="minorHAnsi"/>
          <w:lang w:val="en"/>
        </w:rPr>
        <w:t xml:space="preserve">Number of persons impacted: </w:t>
      </w:r>
      <w:r w:rsidRPr="00A521C0">
        <w:rPr>
          <w:rFonts w:cstheme="minorHAnsi"/>
          <w:lang w:val="en"/>
        </w:rPr>
        <w:t>2,522</w:t>
      </w:r>
      <w:r w:rsidRPr="00A521C0">
        <w:rPr>
          <w:rFonts w:eastAsia="Times New Roman" w:cstheme="minorHAnsi"/>
          <w:color w:val="000000"/>
        </w:rPr>
        <w:t>|</w:t>
      </w:r>
      <w:r w:rsidRPr="00A521C0">
        <w:rPr>
          <w:rFonts w:eastAsia="Times New Roman" w:cstheme="minorHAnsi"/>
          <w:color w:val="000000"/>
        </w:rPr>
        <w:t>2025-</w:t>
      </w:r>
      <w:r w:rsidRPr="00A521C0">
        <w:rPr>
          <w:rFonts w:eastAsia="Times New Roman" w:cstheme="minorHAnsi"/>
          <w:color w:val="000000"/>
        </w:rPr>
        <w:t>2026|$</w:t>
      </w:r>
      <w:r w:rsidRPr="00A521C0">
        <w:rPr>
          <w:rFonts w:eastAsia="Times New Roman" w:cstheme="minorHAnsi"/>
          <w:color w:val="000000"/>
        </w:rPr>
        <w:t>2</w:t>
      </w:r>
      <w:r>
        <w:rPr>
          <w:rFonts w:eastAsia="Times New Roman" w:cstheme="minorHAnsi"/>
          <w:color w:val="000000"/>
        </w:rPr>
        <w:t>1</w:t>
      </w:r>
      <w:r w:rsidRPr="00A521C0">
        <w:rPr>
          <w:rFonts w:eastAsia="Times New Roman" w:cstheme="minorHAnsi"/>
          <w:color w:val="000000"/>
        </w:rPr>
        <w:t>,</w:t>
      </w:r>
      <w:r>
        <w:rPr>
          <w:rFonts w:eastAsia="Times New Roman" w:cstheme="minorHAnsi"/>
          <w:color w:val="000000"/>
        </w:rPr>
        <w:t>0</w:t>
      </w:r>
      <w:r w:rsidRPr="00A521C0">
        <w:rPr>
          <w:rFonts w:eastAsia="Times New Roman" w:cstheme="minorHAnsi"/>
          <w:color w:val="000000"/>
        </w:rPr>
        <w:t>00,000</w:t>
      </w:r>
    </w:p>
    <w:p w:rsidR="00866517" w:rsidRPr="00A521C0" w:rsidRDefault="00254BB8" w:rsidP="00866517">
      <w:pPr>
        <w:pStyle w:val="ListParagraph"/>
        <w:spacing w:after="0"/>
        <w:ind w:left="360"/>
        <w:rPr>
          <w:rFonts w:eastAsia="Times New Roman" w:cstheme="minorHAnsi"/>
          <w:b/>
          <w:bCs/>
          <w:color w:val="000000"/>
        </w:rPr>
      </w:pPr>
    </w:p>
    <w:p w:rsidR="00866517" w:rsidRPr="00A521C0" w:rsidRDefault="00254BB8" w:rsidP="00866517">
      <w:pPr>
        <w:pStyle w:val="ListParagraph"/>
        <w:spacing w:after="0"/>
        <w:ind w:left="360"/>
        <w:rPr>
          <w:rFonts w:eastAsia="Times New Roman" w:cstheme="minorHAnsi"/>
          <w:b/>
          <w:bCs/>
          <w:color w:val="000000"/>
        </w:rPr>
      </w:pPr>
      <w:r w:rsidRPr="00A521C0">
        <w:rPr>
          <w:rFonts w:eastAsia="Times New Roman" w:cstheme="minorHAnsi"/>
          <w:b/>
          <w:bCs/>
          <w:color w:val="000000"/>
        </w:rPr>
        <w:t>Pond Aquaculture Project</w:t>
      </w:r>
      <w:r>
        <w:rPr>
          <w:rFonts w:eastAsia="Times New Roman" w:cstheme="minorHAnsi"/>
          <w:b/>
          <w:bCs/>
          <w:color w:val="000000"/>
        </w:rPr>
        <w:t xml:space="preserve"> (Batavia)</w:t>
      </w:r>
    </w:p>
    <w:p w:rsidR="00866517" w:rsidRPr="00A521C0" w:rsidRDefault="00254BB8" w:rsidP="00866517">
      <w:pPr>
        <w:pStyle w:val="ListParagraph"/>
        <w:spacing w:after="0"/>
        <w:ind w:left="360"/>
        <w:rPr>
          <w:rFonts w:eastAsia="Times New Roman" w:cstheme="minorHAnsi"/>
          <w:color w:val="000000"/>
        </w:rPr>
      </w:pPr>
      <w:r w:rsidRPr="00A521C0">
        <w:rPr>
          <w:rFonts w:cstheme="minorHAnsi"/>
          <w:lang w:val="en"/>
        </w:rPr>
        <w:t xml:space="preserve">Number of persons impacted: </w:t>
      </w:r>
      <w:r w:rsidRPr="00A521C0">
        <w:rPr>
          <w:rFonts w:cstheme="minorHAnsi"/>
          <w:lang w:val="en"/>
        </w:rPr>
        <w:t>825</w:t>
      </w:r>
      <w:r w:rsidRPr="00A521C0">
        <w:rPr>
          <w:rFonts w:eastAsia="Times New Roman" w:cstheme="minorHAnsi"/>
          <w:color w:val="000000"/>
        </w:rPr>
        <w:t>|2026|$</w:t>
      </w:r>
      <w:r w:rsidRPr="00A521C0">
        <w:rPr>
          <w:rFonts w:eastAsia="Times New Roman" w:cstheme="minorHAnsi"/>
          <w:color w:val="000000"/>
        </w:rPr>
        <w:t>5,000,000</w:t>
      </w:r>
    </w:p>
    <w:p w:rsidR="00B970D2" w:rsidRPr="00A521C0" w:rsidRDefault="00254BB8" w:rsidP="00B970D2">
      <w:pPr>
        <w:pStyle w:val="ListParagraph"/>
        <w:spacing w:after="0"/>
        <w:ind w:left="360"/>
        <w:rPr>
          <w:rFonts w:eastAsia="Times New Roman" w:cstheme="minorHAnsi"/>
          <w:b/>
          <w:bCs/>
          <w:color w:val="000000"/>
        </w:rPr>
      </w:pPr>
    </w:p>
    <w:p w:rsidR="00B970D2" w:rsidRPr="00A521C0" w:rsidRDefault="00254BB8" w:rsidP="00B970D2">
      <w:pPr>
        <w:pStyle w:val="ListParagraph"/>
        <w:spacing w:after="0"/>
        <w:ind w:left="360"/>
        <w:rPr>
          <w:rFonts w:eastAsia="Times New Roman" w:cstheme="minorHAnsi"/>
          <w:b/>
          <w:bCs/>
          <w:color w:val="000000"/>
        </w:rPr>
      </w:pPr>
      <w:r w:rsidRPr="00A521C0">
        <w:rPr>
          <w:rFonts w:eastAsia="Times New Roman" w:cstheme="minorHAnsi"/>
          <w:b/>
          <w:bCs/>
          <w:color w:val="000000"/>
        </w:rPr>
        <w:t>Bartica Aquaculture Station</w:t>
      </w:r>
    </w:p>
    <w:p w:rsidR="00B970D2" w:rsidRPr="00A521C0" w:rsidRDefault="00254BB8" w:rsidP="00B970D2">
      <w:pPr>
        <w:pStyle w:val="ListParagraph"/>
        <w:spacing w:after="0"/>
        <w:ind w:left="360"/>
        <w:rPr>
          <w:rFonts w:eastAsia="Times New Roman" w:cstheme="minorHAnsi"/>
          <w:color w:val="000000"/>
        </w:rPr>
      </w:pPr>
      <w:r w:rsidRPr="00A521C0">
        <w:rPr>
          <w:rFonts w:cstheme="minorHAnsi"/>
          <w:lang w:val="en"/>
        </w:rPr>
        <w:t xml:space="preserve">Number of persons impacted: </w:t>
      </w:r>
      <w:r w:rsidRPr="00A521C0">
        <w:rPr>
          <w:rFonts w:cstheme="minorHAnsi"/>
          <w:lang w:val="en"/>
        </w:rPr>
        <w:t>NA</w:t>
      </w:r>
      <w:r w:rsidRPr="00A521C0">
        <w:rPr>
          <w:rFonts w:eastAsia="Times New Roman" w:cstheme="minorHAnsi"/>
          <w:color w:val="000000"/>
        </w:rPr>
        <w:t>|2026|$</w:t>
      </w:r>
      <w:r w:rsidRPr="00A521C0">
        <w:rPr>
          <w:rFonts w:eastAsia="Times New Roman" w:cstheme="minorHAnsi"/>
          <w:color w:val="000000"/>
        </w:rPr>
        <w:t>18,000,000</w:t>
      </w:r>
    </w:p>
    <w:p w:rsidR="00800EE7" w:rsidRPr="00A521C0" w:rsidRDefault="00254BB8" w:rsidP="00110575">
      <w:pPr>
        <w:pStyle w:val="ListParagraph"/>
        <w:spacing w:after="0"/>
        <w:ind w:left="360"/>
        <w:rPr>
          <w:rFonts w:eastAsia="Times New Roman" w:cstheme="minorHAnsi"/>
          <w:color w:val="000000"/>
        </w:rPr>
      </w:pPr>
    </w:p>
    <w:p w:rsidR="004A5601" w:rsidRPr="00A521C0" w:rsidRDefault="00254BB8" w:rsidP="00110575">
      <w:pPr>
        <w:spacing w:after="0"/>
        <w:rPr>
          <w:rFonts w:eastAsia="Times New Roman" w:cstheme="minorHAnsi"/>
          <w:color w:val="000000"/>
        </w:rPr>
      </w:pPr>
      <w:r w:rsidRPr="00A521C0">
        <w:rPr>
          <w:rFonts w:cstheme="minorHAnsi"/>
          <w:b/>
          <w:bCs/>
          <w:lang w:val="en"/>
        </w:rPr>
        <w:t>TOTAL: $</w:t>
      </w:r>
      <w:r w:rsidRPr="00A521C0">
        <w:rPr>
          <w:rFonts w:eastAsia="Times New Roman" w:cstheme="minorHAnsi"/>
          <w:b/>
          <w:bCs/>
          <w:color w:val="000000"/>
        </w:rPr>
        <w:t>44,000,000</w:t>
      </w:r>
    </w:p>
    <w:p w:rsidR="00665885" w:rsidRPr="00110575" w:rsidRDefault="00254BB8" w:rsidP="00110575">
      <w:pPr>
        <w:spacing w:after="0"/>
        <w:rPr>
          <w:rFonts w:cstheme="minorHAnsi"/>
          <w:lang w:val="en"/>
        </w:rPr>
      </w:pPr>
      <w:r w:rsidRPr="00A521C0">
        <w:rPr>
          <w:rFonts w:cstheme="minorHAnsi"/>
          <w:b/>
          <w:bCs/>
          <w:lang w:val="en"/>
        </w:rPr>
        <w:t>-----------------------------------------------------------------------------------------------------------------</w:t>
      </w:r>
    </w:p>
    <w:p w:rsidR="00665885" w:rsidRPr="00110575" w:rsidRDefault="00254BB8" w:rsidP="00110575">
      <w:pPr>
        <w:spacing w:after="0"/>
        <w:rPr>
          <w:rFonts w:cstheme="minorHAnsi"/>
          <w:lang w:val="en"/>
        </w:rPr>
      </w:pPr>
    </w:p>
    <w:p w:rsidR="00665885" w:rsidRPr="00110575" w:rsidRDefault="00254BB8" w:rsidP="00110575">
      <w:pPr>
        <w:pStyle w:val="ListParagraph"/>
        <w:numPr>
          <w:ilvl w:val="0"/>
          <w:numId w:val="1"/>
        </w:numPr>
        <w:spacing w:after="0"/>
        <w:rPr>
          <w:rFonts w:cstheme="minorHAnsi"/>
          <w:b/>
          <w:lang w:val="en"/>
        </w:rPr>
      </w:pPr>
      <w:r w:rsidRPr="00110575">
        <w:rPr>
          <w:rFonts w:cstheme="minorHAnsi"/>
          <w:b/>
          <w:lang w:val="en"/>
        </w:rPr>
        <w:t xml:space="preserve">GMC </w:t>
      </w:r>
      <w:r w:rsidRPr="00110575">
        <w:rPr>
          <w:rFonts w:cstheme="minorHAnsi"/>
          <w:bCs/>
          <w:lang w:val="en"/>
        </w:rPr>
        <w:t xml:space="preserve">| </w:t>
      </w:r>
      <w:r w:rsidRPr="00110575">
        <w:rPr>
          <w:rFonts w:cstheme="minorHAnsi"/>
          <w:b/>
          <w:lang w:val="en"/>
        </w:rPr>
        <w:t>$</w:t>
      </w:r>
      <w:r w:rsidRPr="00110575">
        <w:rPr>
          <w:rFonts w:eastAsia="Times New Roman" w:cstheme="minorHAnsi"/>
          <w:b/>
          <w:bCs/>
          <w:color w:val="000000"/>
        </w:rPr>
        <w:t>5</w:t>
      </w:r>
      <w:r>
        <w:rPr>
          <w:rFonts w:eastAsia="Times New Roman" w:cstheme="minorHAnsi"/>
          <w:b/>
          <w:bCs/>
          <w:color w:val="000000"/>
        </w:rPr>
        <w:t>8</w:t>
      </w:r>
      <w:r w:rsidRPr="00110575">
        <w:rPr>
          <w:rFonts w:eastAsia="Times New Roman" w:cstheme="minorHAnsi"/>
          <w:b/>
          <w:bCs/>
          <w:color w:val="000000"/>
        </w:rPr>
        <w:t>,</w:t>
      </w:r>
      <w:r>
        <w:rPr>
          <w:rFonts w:eastAsia="Times New Roman" w:cstheme="minorHAnsi"/>
          <w:b/>
          <w:bCs/>
          <w:color w:val="000000"/>
        </w:rPr>
        <w:t>136</w:t>
      </w:r>
      <w:r w:rsidRPr="00110575">
        <w:rPr>
          <w:rFonts w:eastAsia="Times New Roman" w:cstheme="minorHAnsi"/>
          <w:b/>
          <w:bCs/>
          <w:color w:val="000000"/>
        </w:rPr>
        <w:t>,</w:t>
      </w:r>
      <w:r>
        <w:rPr>
          <w:rFonts w:eastAsia="Times New Roman" w:cstheme="minorHAnsi"/>
          <w:b/>
          <w:bCs/>
          <w:color w:val="000000"/>
        </w:rPr>
        <w:t>40</w:t>
      </w:r>
      <w:r w:rsidRPr="00110575">
        <w:rPr>
          <w:rFonts w:eastAsia="Times New Roman" w:cstheme="minorHAnsi"/>
          <w:b/>
          <w:bCs/>
          <w:color w:val="000000"/>
        </w:rPr>
        <w:t>8</w:t>
      </w:r>
      <w:r w:rsidRPr="00110575">
        <w:rPr>
          <w:rFonts w:cstheme="minorHAnsi"/>
          <w:b/>
          <w:lang w:val="en"/>
        </w:rPr>
        <w:t>| 2020-202</w:t>
      </w:r>
      <w:r>
        <w:rPr>
          <w:rFonts w:cstheme="minorHAnsi"/>
          <w:b/>
          <w:lang w:val="en"/>
        </w:rPr>
        <w:t>6</w:t>
      </w:r>
      <w:r w:rsidRPr="00110575">
        <w:rPr>
          <w:rFonts w:cstheme="minorHAnsi"/>
          <w:b/>
          <w:lang w:val="en"/>
        </w:rPr>
        <w:t>|</w:t>
      </w:r>
    </w:p>
    <w:p w:rsidR="00665885" w:rsidRPr="00110575" w:rsidRDefault="00254BB8" w:rsidP="00110575">
      <w:pPr>
        <w:pStyle w:val="ListParagraph"/>
        <w:spacing w:after="0"/>
        <w:ind w:left="360"/>
        <w:rPr>
          <w:rFonts w:cstheme="minorHAnsi"/>
          <w:b/>
          <w:lang w:val="en"/>
        </w:rPr>
      </w:pPr>
    </w:p>
    <w:p w:rsidR="00665885" w:rsidRPr="00110575" w:rsidRDefault="00254BB8" w:rsidP="00110575">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Rehabilitation of Building at Bartica Inclusive of Cold Storage </w:t>
      </w:r>
    </w:p>
    <w:p w:rsidR="00665885" w:rsidRPr="00110575" w:rsidRDefault="00254BB8" w:rsidP="00110575">
      <w:pPr>
        <w:pStyle w:val="ListParagraph"/>
        <w:spacing w:after="0"/>
        <w:ind w:left="360"/>
        <w:rPr>
          <w:rFonts w:eastAsia="Times New Roman" w:cstheme="minorHAnsi"/>
          <w:color w:val="000000"/>
        </w:rPr>
      </w:pPr>
      <w:r w:rsidRPr="00110575">
        <w:rPr>
          <w:rFonts w:cstheme="minorHAnsi"/>
          <w:lang w:val="en"/>
        </w:rPr>
        <w:t xml:space="preserve">Number of persons impacted: NA </w:t>
      </w:r>
      <w:r w:rsidRPr="00110575">
        <w:rPr>
          <w:rFonts w:eastAsia="Times New Roman" w:cstheme="minorHAnsi"/>
          <w:color w:val="000000"/>
        </w:rPr>
        <w:t xml:space="preserve">|2021|$44,720,393 </w:t>
      </w:r>
      <w:r w:rsidRPr="00110575">
        <w:rPr>
          <w:rFonts w:eastAsia="Times New Roman" w:cstheme="minorHAnsi"/>
          <w:color w:val="000000"/>
        </w:rPr>
        <w:tab/>
      </w:r>
    </w:p>
    <w:p w:rsidR="00665885" w:rsidRPr="00110575" w:rsidRDefault="00254BB8" w:rsidP="00110575">
      <w:pPr>
        <w:pStyle w:val="ListParagraph"/>
        <w:spacing w:after="0"/>
        <w:ind w:left="360"/>
        <w:rPr>
          <w:rFonts w:eastAsia="Times New Roman" w:cstheme="minorHAnsi"/>
          <w:color w:val="000000"/>
        </w:rPr>
      </w:pPr>
    </w:p>
    <w:p w:rsidR="00665885" w:rsidRPr="00110575" w:rsidRDefault="00254BB8" w:rsidP="00110575">
      <w:pPr>
        <w:pStyle w:val="ListParagraph"/>
        <w:spacing w:after="0"/>
        <w:ind w:left="360"/>
        <w:rPr>
          <w:rFonts w:eastAsia="Times New Roman" w:cstheme="minorHAnsi"/>
          <w:b/>
          <w:bCs/>
          <w:color w:val="000000"/>
        </w:rPr>
      </w:pPr>
      <w:r w:rsidRPr="00110575">
        <w:rPr>
          <w:rFonts w:eastAsia="Times New Roman" w:cstheme="minorHAnsi"/>
          <w:b/>
          <w:bCs/>
          <w:color w:val="000000"/>
        </w:rPr>
        <w:lastRenderedPageBreak/>
        <w:t>Construction of Solar Dryer  at Kamarang</w:t>
      </w:r>
    </w:p>
    <w:p w:rsidR="00665885" w:rsidRPr="00110575" w:rsidRDefault="00254BB8" w:rsidP="00110575">
      <w:pPr>
        <w:pStyle w:val="ListParagraph"/>
        <w:spacing w:after="0"/>
        <w:ind w:left="360"/>
        <w:rPr>
          <w:rFonts w:eastAsia="Times New Roman" w:cstheme="minorHAnsi"/>
          <w:color w:val="000000"/>
        </w:rPr>
      </w:pPr>
      <w:r w:rsidRPr="00110575">
        <w:rPr>
          <w:rFonts w:cstheme="minorHAnsi"/>
          <w:lang w:val="en"/>
        </w:rPr>
        <w:t xml:space="preserve">Number of persons impacted: 100-200 </w:t>
      </w:r>
      <w:r w:rsidRPr="00110575">
        <w:rPr>
          <w:rFonts w:eastAsia="Times New Roman" w:cstheme="minorHAnsi"/>
          <w:color w:val="000000"/>
        </w:rPr>
        <w:t xml:space="preserve">|2021|$4,883,868 </w:t>
      </w:r>
    </w:p>
    <w:p w:rsidR="00665885" w:rsidRPr="00110575" w:rsidRDefault="00254BB8" w:rsidP="00110575">
      <w:pPr>
        <w:tabs>
          <w:tab w:val="left" w:pos="1891"/>
          <w:tab w:val="left" w:pos="2853"/>
          <w:tab w:val="left" w:pos="4169"/>
          <w:tab w:val="left" w:pos="7732"/>
          <w:tab w:val="left" w:pos="9078"/>
        </w:tabs>
        <w:spacing w:after="0" w:line="240" w:lineRule="auto"/>
        <w:ind w:left="113"/>
        <w:rPr>
          <w:rFonts w:eastAsia="Times New Roman" w:cstheme="minorHAnsi"/>
          <w:color w:val="000000"/>
        </w:rPr>
      </w:pPr>
    </w:p>
    <w:p w:rsidR="00665885" w:rsidRPr="00110575" w:rsidRDefault="00254BB8" w:rsidP="00110575">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Procurement of Chiller for Bartica </w:t>
      </w:r>
    </w:p>
    <w:p w:rsidR="00665885" w:rsidRPr="00110575" w:rsidRDefault="00254BB8" w:rsidP="00110575">
      <w:pPr>
        <w:pStyle w:val="ListParagraph"/>
        <w:spacing w:after="0"/>
        <w:ind w:left="360"/>
        <w:rPr>
          <w:rFonts w:eastAsia="Times New Roman" w:cstheme="minorHAnsi"/>
          <w:color w:val="000000"/>
        </w:rPr>
      </w:pPr>
      <w:r w:rsidRPr="00110575">
        <w:rPr>
          <w:rFonts w:cstheme="minorHAnsi"/>
          <w:lang w:val="en"/>
        </w:rPr>
        <w:t>Number of persons impacted: NA</w:t>
      </w:r>
      <w:r w:rsidRPr="00110575">
        <w:rPr>
          <w:rFonts w:eastAsia="Times New Roman" w:cstheme="minorHAnsi"/>
          <w:color w:val="000000"/>
        </w:rPr>
        <w:t>|2024|$750,000</w:t>
      </w:r>
    </w:p>
    <w:p w:rsidR="00665885" w:rsidRPr="00110575" w:rsidRDefault="00254BB8" w:rsidP="00110575">
      <w:pPr>
        <w:pStyle w:val="ListParagraph"/>
        <w:spacing w:after="0"/>
        <w:ind w:left="360"/>
        <w:rPr>
          <w:rFonts w:eastAsia="Times New Roman" w:cstheme="minorHAnsi"/>
          <w:color w:val="000000"/>
        </w:rPr>
      </w:pPr>
    </w:p>
    <w:p w:rsidR="008A0E5C" w:rsidRDefault="00254BB8" w:rsidP="00110575">
      <w:pPr>
        <w:pStyle w:val="ListParagraph"/>
        <w:spacing w:after="0"/>
        <w:ind w:left="360"/>
        <w:rPr>
          <w:rFonts w:eastAsia="Times New Roman" w:cstheme="minorHAnsi"/>
          <w:b/>
          <w:bCs/>
          <w:color w:val="000000"/>
        </w:rPr>
      </w:pPr>
      <w:r w:rsidRPr="008A0E5C">
        <w:rPr>
          <w:rFonts w:eastAsia="Times New Roman" w:cstheme="minorHAnsi"/>
          <w:b/>
          <w:bCs/>
          <w:color w:val="000000"/>
        </w:rPr>
        <w:t>Construction of shed to house threshers at Kamarang</w:t>
      </w:r>
    </w:p>
    <w:p w:rsidR="00665885" w:rsidRDefault="00254BB8" w:rsidP="00110575">
      <w:pPr>
        <w:pStyle w:val="ListParagraph"/>
        <w:spacing w:after="0"/>
        <w:ind w:left="360"/>
        <w:rPr>
          <w:rFonts w:cstheme="minorHAnsi"/>
          <w:lang w:val="en"/>
        </w:rPr>
      </w:pPr>
      <w:r w:rsidRPr="008A0E5C">
        <w:rPr>
          <w:rFonts w:cstheme="minorHAnsi"/>
          <w:lang w:val="en"/>
        </w:rPr>
        <w:t>Number of persons impacted: 70-100|2025|$7,297,180</w:t>
      </w:r>
    </w:p>
    <w:p w:rsidR="008A0E5C" w:rsidRPr="00110575" w:rsidRDefault="00254BB8" w:rsidP="00110575">
      <w:pPr>
        <w:pStyle w:val="ListParagraph"/>
        <w:spacing w:after="0"/>
        <w:ind w:left="360"/>
        <w:rPr>
          <w:rFonts w:eastAsia="Times New Roman" w:cstheme="minorHAnsi"/>
          <w:color w:val="000000"/>
        </w:rPr>
      </w:pPr>
    </w:p>
    <w:p w:rsidR="00665885" w:rsidRPr="00B64AD3" w:rsidRDefault="00254BB8" w:rsidP="00110575">
      <w:pPr>
        <w:pStyle w:val="ListParagraph"/>
        <w:spacing w:after="0"/>
        <w:ind w:left="360"/>
        <w:rPr>
          <w:rFonts w:eastAsia="Times New Roman" w:cstheme="minorHAnsi"/>
          <w:b/>
          <w:bCs/>
          <w:color w:val="000000"/>
        </w:rPr>
      </w:pPr>
      <w:r w:rsidRPr="00B64AD3">
        <w:rPr>
          <w:rFonts w:eastAsia="Times New Roman" w:cstheme="minorHAnsi"/>
          <w:b/>
          <w:bCs/>
          <w:color w:val="000000"/>
        </w:rPr>
        <w:t>Installation of Thresher</w:t>
      </w:r>
      <w:r w:rsidRPr="00B64AD3">
        <w:rPr>
          <w:rFonts w:eastAsia="Times New Roman" w:cstheme="minorHAnsi"/>
          <w:b/>
          <w:bCs/>
          <w:color w:val="000000"/>
        </w:rPr>
        <w:t>s</w:t>
      </w:r>
    </w:p>
    <w:p w:rsidR="00665885" w:rsidRPr="00B64AD3" w:rsidRDefault="00254BB8" w:rsidP="00110575">
      <w:pPr>
        <w:pStyle w:val="ListParagraph"/>
        <w:spacing w:after="0"/>
        <w:ind w:left="360"/>
        <w:rPr>
          <w:rFonts w:eastAsia="Times New Roman" w:cstheme="minorHAnsi"/>
          <w:color w:val="000000"/>
        </w:rPr>
      </w:pPr>
      <w:r w:rsidRPr="00B64AD3">
        <w:rPr>
          <w:rFonts w:cstheme="minorHAnsi"/>
          <w:lang w:val="en"/>
        </w:rPr>
        <w:t>Number of persons impacted: NA</w:t>
      </w:r>
      <w:r w:rsidRPr="00B64AD3">
        <w:rPr>
          <w:rFonts w:eastAsia="Times New Roman" w:cstheme="minorHAnsi"/>
          <w:color w:val="000000"/>
        </w:rPr>
        <w:t>| 2025|$</w:t>
      </w:r>
      <w:r w:rsidRPr="00B64AD3">
        <w:rPr>
          <w:rFonts w:eastAsia="Times New Roman" w:cstheme="minorHAnsi"/>
          <w:color w:val="000000"/>
        </w:rPr>
        <w:t>484</w:t>
      </w:r>
      <w:r w:rsidRPr="00B64AD3">
        <w:rPr>
          <w:rFonts w:eastAsia="Times New Roman" w:cstheme="minorHAnsi"/>
          <w:color w:val="000000"/>
        </w:rPr>
        <w:t>,</w:t>
      </w:r>
      <w:r w:rsidRPr="00B64AD3">
        <w:rPr>
          <w:rFonts w:eastAsia="Times New Roman" w:cstheme="minorHAnsi"/>
          <w:color w:val="000000"/>
        </w:rPr>
        <w:t>9</w:t>
      </w:r>
      <w:r w:rsidRPr="00B64AD3">
        <w:rPr>
          <w:rFonts w:eastAsia="Times New Roman" w:cstheme="minorHAnsi"/>
          <w:color w:val="000000"/>
        </w:rPr>
        <w:t>67</w:t>
      </w:r>
    </w:p>
    <w:p w:rsidR="00665885" w:rsidRPr="00B64AD3" w:rsidRDefault="00254BB8" w:rsidP="00110575">
      <w:pPr>
        <w:pStyle w:val="ListParagraph"/>
        <w:spacing w:after="0"/>
        <w:ind w:left="360"/>
        <w:rPr>
          <w:rFonts w:eastAsia="Times New Roman" w:cstheme="minorHAnsi"/>
          <w:color w:val="000000"/>
        </w:rPr>
      </w:pPr>
    </w:p>
    <w:p w:rsidR="00665885" w:rsidRPr="00B64AD3" w:rsidRDefault="00254BB8" w:rsidP="00110575">
      <w:pPr>
        <w:tabs>
          <w:tab w:val="left" w:pos="7732"/>
        </w:tabs>
        <w:spacing w:after="0" w:line="240" w:lineRule="auto"/>
        <w:ind w:left="113"/>
        <w:rPr>
          <w:rFonts w:eastAsia="Times New Roman" w:cstheme="minorHAnsi"/>
          <w:b/>
          <w:bCs/>
          <w:color w:val="000000"/>
        </w:rPr>
      </w:pPr>
      <w:r w:rsidRPr="00B64AD3">
        <w:rPr>
          <w:rFonts w:eastAsia="Times New Roman" w:cstheme="minorHAnsi"/>
          <w:b/>
          <w:bCs/>
          <w:color w:val="000000"/>
        </w:rPr>
        <w:t>TOTAL</w:t>
      </w:r>
      <w:r w:rsidRPr="00B64AD3">
        <w:rPr>
          <w:rFonts w:eastAsia="Times New Roman" w:cstheme="minorHAnsi"/>
          <w:b/>
          <w:bCs/>
          <w:color w:val="000000"/>
        </w:rPr>
        <w:t>: $</w:t>
      </w:r>
      <w:r w:rsidRPr="00B64AD3">
        <w:rPr>
          <w:rFonts w:eastAsia="Times New Roman" w:cstheme="minorHAnsi"/>
          <w:b/>
          <w:bCs/>
          <w:color w:val="000000"/>
        </w:rPr>
        <w:t>58,136,408</w:t>
      </w:r>
    </w:p>
    <w:p w:rsidR="00665885" w:rsidRPr="00B64AD3" w:rsidRDefault="00254BB8" w:rsidP="00110575">
      <w:pPr>
        <w:spacing w:after="0"/>
        <w:rPr>
          <w:rFonts w:cstheme="minorHAnsi"/>
          <w:lang w:val="en"/>
        </w:rPr>
      </w:pPr>
      <w:r w:rsidRPr="00B64AD3">
        <w:rPr>
          <w:rFonts w:cstheme="minorHAnsi"/>
          <w:b/>
          <w:bCs/>
          <w:lang w:val="en"/>
        </w:rPr>
        <w:t>-----------------------------------------------------------------------------------------------------------------</w:t>
      </w:r>
    </w:p>
    <w:p w:rsidR="00A2743E" w:rsidRDefault="00254BB8" w:rsidP="00110575">
      <w:pPr>
        <w:tabs>
          <w:tab w:val="left" w:pos="7732"/>
        </w:tabs>
        <w:spacing w:after="0" w:line="240" w:lineRule="auto"/>
        <w:rPr>
          <w:rFonts w:eastAsia="Times New Roman" w:cstheme="minorHAnsi"/>
          <w:b/>
          <w:bCs/>
          <w:color w:val="000000"/>
        </w:rPr>
      </w:pPr>
    </w:p>
    <w:p w:rsidR="00AA196E" w:rsidRPr="00B64AD3" w:rsidRDefault="00254BB8" w:rsidP="00110575">
      <w:pPr>
        <w:tabs>
          <w:tab w:val="left" w:pos="7732"/>
        </w:tabs>
        <w:spacing w:after="0" w:line="240" w:lineRule="auto"/>
        <w:rPr>
          <w:rFonts w:eastAsia="Times New Roman" w:cstheme="minorHAnsi"/>
          <w:b/>
          <w:bCs/>
          <w:color w:val="000000"/>
        </w:rPr>
      </w:pPr>
    </w:p>
    <w:p w:rsidR="00992358" w:rsidRPr="00B64AD3" w:rsidRDefault="00254BB8" w:rsidP="00B35476">
      <w:pPr>
        <w:pStyle w:val="ListParagraph"/>
        <w:numPr>
          <w:ilvl w:val="0"/>
          <w:numId w:val="1"/>
        </w:numPr>
        <w:spacing w:after="0"/>
        <w:rPr>
          <w:rFonts w:cstheme="minorHAnsi"/>
          <w:b/>
          <w:lang w:val="en"/>
        </w:rPr>
      </w:pPr>
      <w:r w:rsidRPr="00B64AD3">
        <w:rPr>
          <w:rFonts w:cstheme="minorHAnsi"/>
          <w:b/>
          <w:lang w:val="en"/>
        </w:rPr>
        <w:t>NAREI| $ 31,950,000| 2020- May 2026|</w:t>
      </w:r>
    </w:p>
    <w:p w:rsidR="00665885" w:rsidRPr="00B64AD3" w:rsidRDefault="00254BB8" w:rsidP="00110575">
      <w:pPr>
        <w:pStyle w:val="ListParagraph"/>
        <w:spacing w:after="0"/>
        <w:ind w:left="360"/>
        <w:rPr>
          <w:rFonts w:cstheme="minorHAnsi"/>
          <w:b/>
          <w:lang w:val="en"/>
        </w:rPr>
      </w:pPr>
    </w:p>
    <w:p w:rsidR="00B64AD3" w:rsidRPr="00B64AD3" w:rsidRDefault="00254BB8" w:rsidP="00B64AD3">
      <w:pPr>
        <w:widowControl w:val="0"/>
        <w:spacing w:after="0" w:line="240" w:lineRule="auto"/>
        <w:ind w:left="360"/>
        <w:rPr>
          <w:rFonts w:eastAsia="Arial" w:cstheme="minorHAnsi"/>
        </w:rPr>
      </w:pPr>
      <w:r w:rsidRPr="00B64AD3">
        <w:rPr>
          <w:rFonts w:eastAsia="Arial" w:cstheme="minorHAnsi"/>
          <w:b/>
          <w:bCs/>
        </w:rPr>
        <w:t xml:space="preserve">Name of Project: </w:t>
      </w:r>
      <w:r w:rsidRPr="00B64AD3">
        <w:rPr>
          <w:rFonts w:eastAsia="Arial" w:cstheme="minorHAnsi"/>
        </w:rPr>
        <w:t>Provision of Sade house materials to various communities and schools</w:t>
      </w:r>
    </w:p>
    <w:p w:rsidR="00B64AD3" w:rsidRPr="00B64AD3" w:rsidRDefault="00254BB8" w:rsidP="00B64AD3">
      <w:pPr>
        <w:spacing w:after="0" w:line="240" w:lineRule="auto"/>
        <w:ind w:left="360"/>
        <w:rPr>
          <w:rFonts w:eastAsia="Arial" w:cstheme="minorHAnsi"/>
          <w:lang w:val="en"/>
        </w:rPr>
      </w:pPr>
      <w:r w:rsidRPr="00B64AD3">
        <w:rPr>
          <w:rFonts w:eastAsia="Arial" w:cstheme="minorHAnsi"/>
          <w:lang w:val="en"/>
        </w:rPr>
        <w:t xml:space="preserve">Number of </w:t>
      </w:r>
      <w:r w:rsidRPr="00B64AD3">
        <w:rPr>
          <w:rFonts w:eastAsia="Arial" w:cstheme="minorHAnsi"/>
          <w:lang w:val="en"/>
        </w:rPr>
        <w:t>persons impacted: |over 350 |$5,850,000.</w:t>
      </w:r>
    </w:p>
    <w:p w:rsidR="00B64AD3" w:rsidRPr="00B64AD3" w:rsidRDefault="00254BB8" w:rsidP="00B64AD3">
      <w:pPr>
        <w:spacing w:after="0" w:line="240" w:lineRule="auto"/>
        <w:ind w:left="360"/>
        <w:rPr>
          <w:rFonts w:eastAsia="Arial" w:cstheme="minorHAnsi"/>
          <w:lang w:val="en"/>
        </w:rPr>
      </w:pPr>
    </w:p>
    <w:p w:rsidR="00B64AD3" w:rsidRPr="00B64AD3" w:rsidRDefault="00254BB8" w:rsidP="00B64AD3">
      <w:pPr>
        <w:widowControl w:val="0"/>
        <w:spacing w:after="0" w:line="240" w:lineRule="auto"/>
        <w:ind w:left="360"/>
        <w:rPr>
          <w:rFonts w:eastAsia="Arial" w:cstheme="minorHAnsi"/>
          <w:bCs/>
        </w:rPr>
      </w:pPr>
      <w:r w:rsidRPr="00B64AD3">
        <w:rPr>
          <w:rFonts w:eastAsia="Arial" w:cstheme="minorHAnsi"/>
          <w:b/>
          <w:bCs/>
        </w:rPr>
        <w:t xml:space="preserve">Name of Project: </w:t>
      </w:r>
      <w:r w:rsidRPr="00B64AD3">
        <w:rPr>
          <w:rFonts w:eastAsia="Arial" w:cstheme="minorHAnsi"/>
        </w:rPr>
        <w:t>Distribution of cash crop seed to farmers</w:t>
      </w:r>
      <w:r w:rsidRPr="00B64AD3">
        <w:rPr>
          <w:rFonts w:eastAsia="Arial" w:cstheme="minorHAnsi"/>
          <w:b/>
          <w:bCs/>
        </w:rPr>
        <w:t>.</w:t>
      </w:r>
    </w:p>
    <w:p w:rsidR="00B64AD3" w:rsidRPr="00B64AD3" w:rsidRDefault="00254BB8" w:rsidP="00B64AD3">
      <w:pPr>
        <w:spacing w:after="0" w:line="240" w:lineRule="auto"/>
        <w:ind w:left="360"/>
        <w:rPr>
          <w:rFonts w:eastAsia="Arial" w:cstheme="minorHAnsi"/>
          <w:lang w:val="en"/>
        </w:rPr>
      </w:pPr>
      <w:r w:rsidRPr="00B64AD3">
        <w:rPr>
          <w:rFonts w:eastAsia="Arial" w:cstheme="minorHAnsi"/>
          <w:lang w:val="en"/>
        </w:rPr>
        <w:t>Number of persons impacted: |600 |$3,000,000.</w:t>
      </w:r>
    </w:p>
    <w:p w:rsidR="00B64AD3" w:rsidRPr="00B64AD3" w:rsidRDefault="00254BB8" w:rsidP="00B64AD3">
      <w:pPr>
        <w:spacing w:after="0" w:line="240" w:lineRule="auto"/>
        <w:ind w:left="360"/>
        <w:rPr>
          <w:rFonts w:eastAsia="Arial" w:cstheme="minorHAnsi"/>
          <w:lang w:val="en"/>
        </w:rPr>
      </w:pPr>
    </w:p>
    <w:p w:rsidR="00B64AD3" w:rsidRPr="00B64AD3" w:rsidRDefault="00254BB8" w:rsidP="00B64AD3">
      <w:pPr>
        <w:widowControl w:val="0"/>
        <w:spacing w:after="0" w:line="240" w:lineRule="auto"/>
        <w:ind w:left="360"/>
        <w:rPr>
          <w:rFonts w:eastAsia="Arial" w:cstheme="minorHAnsi"/>
          <w:bCs/>
        </w:rPr>
      </w:pPr>
      <w:r w:rsidRPr="00B64AD3">
        <w:rPr>
          <w:rFonts w:eastAsia="Arial" w:cstheme="minorHAnsi"/>
          <w:b/>
          <w:bCs/>
        </w:rPr>
        <w:t xml:space="preserve">Name of Project: </w:t>
      </w:r>
      <w:r w:rsidRPr="00B64AD3">
        <w:rPr>
          <w:rFonts w:eastAsia="Arial" w:cstheme="minorHAnsi"/>
        </w:rPr>
        <w:t>Provision of agricultural tools and small implements</w:t>
      </w:r>
      <w:r w:rsidRPr="00B64AD3">
        <w:rPr>
          <w:rFonts w:eastAsia="Arial" w:cstheme="minorHAnsi"/>
          <w:b/>
          <w:bCs/>
        </w:rPr>
        <w:t>.</w:t>
      </w:r>
    </w:p>
    <w:p w:rsidR="00B64AD3" w:rsidRPr="00B64AD3" w:rsidRDefault="00254BB8" w:rsidP="00B64AD3">
      <w:pPr>
        <w:spacing w:after="0" w:line="240" w:lineRule="auto"/>
        <w:ind w:left="360"/>
        <w:rPr>
          <w:rFonts w:eastAsia="Arial" w:cstheme="minorHAnsi"/>
          <w:lang w:val="en"/>
        </w:rPr>
      </w:pPr>
      <w:r w:rsidRPr="00B64AD3">
        <w:rPr>
          <w:rFonts w:eastAsia="Arial" w:cstheme="minorHAnsi"/>
          <w:lang w:val="en"/>
        </w:rPr>
        <w:t>Number of persons impacted: |over 30</w:t>
      </w:r>
      <w:r w:rsidRPr="00B64AD3">
        <w:rPr>
          <w:rFonts w:eastAsia="Arial" w:cstheme="minorHAnsi"/>
          <w:lang w:val="en"/>
        </w:rPr>
        <w:t>0 |$6,500,000.</w:t>
      </w:r>
    </w:p>
    <w:p w:rsidR="00B64AD3" w:rsidRPr="00B64AD3" w:rsidRDefault="00254BB8" w:rsidP="00B64AD3">
      <w:pPr>
        <w:spacing w:after="0" w:line="240" w:lineRule="auto"/>
        <w:ind w:left="360"/>
        <w:rPr>
          <w:rFonts w:eastAsia="Arial" w:cstheme="minorHAnsi"/>
          <w:lang w:val="en"/>
        </w:rPr>
      </w:pPr>
    </w:p>
    <w:p w:rsidR="00B64AD3" w:rsidRPr="00B64AD3" w:rsidRDefault="00254BB8" w:rsidP="00B64AD3">
      <w:pPr>
        <w:widowControl w:val="0"/>
        <w:spacing w:after="0" w:line="240" w:lineRule="auto"/>
        <w:ind w:left="360"/>
        <w:rPr>
          <w:rFonts w:eastAsia="Arial" w:cstheme="minorHAnsi"/>
        </w:rPr>
      </w:pPr>
      <w:r w:rsidRPr="00B64AD3">
        <w:rPr>
          <w:rFonts w:eastAsia="Arial" w:cstheme="minorHAnsi"/>
          <w:b/>
          <w:bCs/>
        </w:rPr>
        <w:t xml:space="preserve">Name of Project: </w:t>
      </w:r>
      <w:r w:rsidRPr="00B64AD3">
        <w:rPr>
          <w:rFonts w:eastAsia="Arial" w:cstheme="minorHAnsi"/>
        </w:rPr>
        <w:t xml:space="preserve">Assisting farmers with organic crop and cassava planting materials </w:t>
      </w:r>
    </w:p>
    <w:p w:rsidR="00B64AD3" w:rsidRPr="00B64AD3" w:rsidRDefault="00254BB8" w:rsidP="00B64AD3">
      <w:pPr>
        <w:spacing w:after="0" w:line="240" w:lineRule="auto"/>
        <w:ind w:left="360"/>
        <w:rPr>
          <w:rFonts w:eastAsia="Arial" w:cstheme="minorHAnsi"/>
          <w:lang w:val="en"/>
        </w:rPr>
      </w:pPr>
      <w:r w:rsidRPr="00B64AD3">
        <w:rPr>
          <w:rFonts w:eastAsia="Arial" w:cstheme="minorHAnsi"/>
          <w:lang w:val="en"/>
        </w:rPr>
        <w:t>Number of persons impacted: |over 100 |$3,000,000.</w:t>
      </w:r>
    </w:p>
    <w:p w:rsidR="00B64AD3" w:rsidRPr="00B64AD3" w:rsidRDefault="00254BB8" w:rsidP="00B64AD3">
      <w:pPr>
        <w:spacing w:after="0" w:line="240" w:lineRule="auto"/>
        <w:ind w:left="360"/>
        <w:rPr>
          <w:rFonts w:eastAsia="Arial" w:cstheme="minorHAnsi"/>
          <w:lang w:val="en"/>
        </w:rPr>
      </w:pPr>
    </w:p>
    <w:p w:rsidR="00B64AD3" w:rsidRPr="00B64AD3" w:rsidRDefault="00254BB8" w:rsidP="00B64AD3">
      <w:pPr>
        <w:widowControl w:val="0"/>
        <w:spacing w:after="0" w:line="240" w:lineRule="auto"/>
        <w:ind w:left="360"/>
        <w:rPr>
          <w:rFonts w:eastAsia="Arial" w:cstheme="minorHAnsi"/>
        </w:rPr>
      </w:pPr>
      <w:r w:rsidRPr="00B64AD3">
        <w:rPr>
          <w:rFonts w:eastAsia="Arial" w:cstheme="minorHAnsi"/>
          <w:b/>
          <w:bCs/>
        </w:rPr>
        <w:t xml:space="preserve">Name of Project: </w:t>
      </w:r>
      <w:r w:rsidRPr="00B64AD3">
        <w:rPr>
          <w:rFonts w:eastAsia="Arial" w:cstheme="minorHAnsi"/>
        </w:rPr>
        <w:t xml:space="preserve">Provision of agrochemicals </w:t>
      </w:r>
    </w:p>
    <w:p w:rsidR="00B64AD3" w:rsidRPr="00B64AD3" w:rsidRDefault="00254BB8" w:rsidP="00B64AD3">
      <w:pPr>
        <w:widowControl w:val="0"/>
        <w:spacing w:after="0" w:line="240" w:lineRule="auto"/>
        <w:ind w:left="360"/>
        <w:rPr>
          <w:rFonts w:eastAsia="Arial" w:cstheme="minorHAnsi"/>
          <w:lang w:val="en"/>
        </w:rPr>
      </w:pPr>
      <w:r w:rsidRPr="00B64AD3">
        <w:rPr>
          <w:rFonts w:eastAsia="Arial" w:cstheme="minorHAnsi"/>
          <w:lang w:val="en"/>
        </w:rPr>
        <w:t>Number of persons impacted: |over 325 |$4,700,000.</w:t>
      </w:r>
    </w:p>
    <w:p w:rsidR="00B64AD3" w:rsidRPr="00B64AD3" w:rsidRDefault="00254BB8" w:rsidP="00B64AD3">
      <w:pPr>
        <w:widowControl w:val="0"/>
        <w:spacing w:after="0" w:line="240" w:lineRule="auto"/>
        <w:ind w:left="360"/>
        <w:rPr>
          <w:rFonts w:eastAsia="Arial" w:cstheme="minorHAnsi"/>
          <w:lang w:val="en"/>
        </w:rPr>
      </w:pPr>
    </w:p>
    <w:p w:rsidR="00B64AD3" w:rsidRPr="00B64AD3" w:rsidRDefault="00254BB8" w:rsidP="00B64AD3">
      <w:pPr>
        <w:widowControl w:val="0"/>
        <w:spacing w:after="0" w:line="240" w:lineRule="auto"/>
        <w:ind w:left="360"/>
        <w:rPr>
          <w:rFonts w:eastAsia="Arial" w:cstheme="minorHAnsi"/>
        </w:rPr>
      </w:pPr>
      <w:r w:rsidRPr="00B64AD3">
        <w:rPr>
          <w:rFonts w:eastAsia="Arial" w:cstheme="minorHAnsi"/>
          <w:b/>
          <w:bCs/>
        </w:rPr>
        <w:t>Name o</w:t>
      </w:r>
      <w:r w:rsidRPr="00B64AD3">
        <w:rPr>
          <w:rFonts w:eastAsia="Arial" w:cstheme="minorHAnsi"/>
          <w:b/>
          <w:bCs/>
        </w:rPr>
        <w:t xml:space="preserve">f Project: </w:t>
      </w:r>
      <w:r w:rsidRPr="00B64AD3">
        <w:rPr>
          <w:rFonts w:eastAsia="Arial" w:cstheme="minorHAnsi"/>
        </w:rPr>
        <w:t>New boat and ATV</w:t>
      </w:r>
    </w:p>
    <w:p w:rsidR="00B64AD3" w:rsidRPr="00B64AD3" w:rsidRDefault="00254BB8" w:rsidP="00B64AD3">
      <w:pPr>
        <w:widowControl w:val="0"/>
        <w:spacing w:after="0" w:line="240" w:lineRule="auto"/>
        <w:ind w:left="360"/>
        <w:rPr>
          <w:rFonts w:eastAsia="Arial" w:cstheme="minorHAnsi"/>
          <w:lang w:val="en"/>
        </w:rPr>
      </w:pPr>
      <w:r w:rsidRPr="00B64AD3">
        <w:rPr>
          <w:rFonts w:eastAsia="Arial" w:cstheme="minorHAnsi"/>
          <w:lang w:val="en"/>
        </w:rPr>
        <w:t>Number of persons impacted: |300 |$4,500,000.</w:t>
      </w:r>
    </w:p>
    <w:p w:rsidR="00B64AD3" w:rsidRPr="00B64AD3" w:rsidRDefault="00254BB8" w:rsidP="00B64AD3">
      <w:pPr>
        <w:widowControl w:val="0"/>
        <w:spacing w:after="0" w:line="240" w:lineRule="auto"/>
        <w:ind w:left="360"/>
        <w:rPr>
          <w:rFonts w:eastAsia="Arial" w:cstheme="minorHAnsi"/>
          <w:lang w:val="en"/>
        </w:rPr>
      </w:pPr>
    </w:p>
    <w:p w:rsidR="00B64AD3" w:rsidRPr="00B64AD3" w:rsidRDefault="00254BB8" w:rsidP="00B64AD3">
      <w:pPr>
        <w:widowControl w:val="0"/>
        <w:spacing w:after="0" w:line="240" w:lineRule="auto"/>
        <w:ind w:left="360"/>
        <w:rPr>
          <w:rFonts w:eastAsia="Arial" w:cstheme="minorHAnsi"/>
          <w:lang w:val="en"/>
        </w:rPr>
      </w:pPr>
      <w:r w:rsidRPr="00B64AD3">
        <w:rPr>
          <w:rFonts w:eastAsia="Arial" w:cstheme="minorHAnsi"/>
          <w:b/>
          <w:bCs/>
          <w:lang w:val="en"/>
        </w:rPr>
        <w:t>Name of project:</w:t>
      </w:r>
      <w:r w:rsidRPr="00B64AD3">
        <w:rPr>
          <w:rFonts w:eastAsia="Arial" w:cstheme="minorHAnsi"/>
          <w:lang w:val="en"/>
        </w:rPr>
        <w:t xml:space="preserve"> National fertilizers distribution.</w:t>
      </w:r>
    </w:p>
    <w:p w:rsidR="00B64AD3" w:rsidRPr="00B64AD3" w:rsidRDefault="00254BB8" w:rsidP="00B64AD3">
      <w:pPr>
        <w:widowControl w:val="0"/>
        <w:spacing w:after="0" w:line="240" w:lineRule="auto"/>
        <w:ind w:left="360"/>
        <w:rPr>
          <w:rFonts w:eastAsia="Arial" w:cstheme="minorHAnsi"/>
          <w:lang w:val="en"/>
        </w:rPr>
      </w:pPr>
      <w:r w:rsidRPr="00B64AD3">
        <w:rPr>
          <w:rFonts w:eastAsia="Arial" w:cstheme="minorHAnsi"/>
          <w:lang w:val="en"/>
        </w:rPr>
        <w:t>Number of persons impacted: |65| $4,000,000</w:t>
      </w:r>
    </w:p>
    <w:p w:rsidR="00B64AD3" w:rsidRPr="00B64AD3" w:rsidRDefault="00254BB8" w:rsidP="00B64AD3">
      <w:pPr>
        <w:pStyle w:val="ListParagraph"/>
        <w:spacing w:after="0"/>
        <w:ind w:left="360"/>
        <w:rPr>
          <w:rFonts w:eastAsia="Times New Roman" w:cstheme="minorHAnsi"/>
          <w:color w:val="000000"/>
        </w:rPr>
      </w:pPr>
    </w:p>
    <w:p w:rsidR="00B64AD3" w:rsidRPr="00B64AD3" w:rsidRDefault="00254BB8" w:rsidP="00B64AD3">
      <w:pPr>
        <w:pStyle w:val="ListParagraph"/>
        <w:spacing w:after="0"/>
        <w:ind w:left="360"/>
        <w:rPr>
          <w:rFonts w:eastAsia="Times New Roman" w:cstheme="minorHAnsi"/>
          <w:b/>
          <w:bCs/>
          <w:color w:val="000000"/>
        </w:rPr>
      </w:pPr>
      <w:r w:rsidRPr="00B64AD3">
        <w:rPr>
          <w:rFonts w:eastAsia="Times New Roman" w:cstheme="minorHAnsi"/>
          <w:b/>
          <w:bCs/>
          <w:color w:val="000000"/>
        </w:rPr>
        <w:t>TOTAL:</w:t>
      </w:r>
      <w:r w:rsidRPr="00B64AD3">
        <w:rPr>
          <w:rFonts w:cstheme="minorHAnsi"/>
          <w:b/>
          <w:bCs/>
          <w:lang w:val="en"/>
        </w:rPr>
        <w:t xml:space="preserve"> $</w:t>
      </w:r>
      <w:r w:rsidRPr="00B64AD3">
        <w:rPr>
          <w:rFonts w:cstheme="minorHAnsi"/>
          <w:b/>
          <w:bCs/>
        </w:rPr>
        <w:t xml:space="preserve"> 31,950,000</w:t>
      </w:r>
    </w:p>
    <w:p w:rsidR="00665885" w:rsidRPr="00B64AD3" w:rsidRDefault="00254BB8" w:rsidP="00110575">
      <w:pPr>
        <w:spacing w:after="0"/>
        <w:rPr>
          <w:rFonts w:cstheme="minorHAnsi"/>
          <w:lang w:val="en"/>
        </w:rPr>
      </w:pPr>
      <w:r w:rsidRPr="00B64AD3">
        <w:rPr>
          <w:rFonts w:cstheme="minorHAnsi"/>
          <w:b/>
          <w:bCs/>
          <w:lang w:val="en"/>
        </w:rPr>
        <w:t>-----------------------------------------------------------------------------------------------------------------</w:t>
      </w:r>
    </w:p>
    <w:p w:rsidR="00665885" w:rsidRPr="008A37A7" w:rsidRDefault="00254BB8" w:rsidP="00110575">
      <w:pPr>
        <w:spacing w:after="0"/>
        <w:rPr>
          <w:rFonts w:cstheme="minorHAnsi"/>
          <w:b/>
          <w:highlight w:val="yellow"/>
          <w:lang w:val="en"/>
        </w:rPr>
      </w:pPr>
    </w:p>
    <w:p w:rsidR="001B483D" w:rsidRPr="00F933C8" w:rsidRDefault="00254BB8" w:rsidP="00F933C8">
      <w:pPr>
        <w:pStyle w:val="ListParagraph"/>
        <w:numPr>
          <w:ilvl w:val="0"/>
          <w:numId w:val="1"/>
        </w:numPr>
        <w:spacing w:after="0"/>
        <w:rPr>
          <w:rFonts w:cstheme="minorHAnsi"/>
          <w:b/>
          <w:lang w:val="en"/>
        </w:rPr>
      </w:pPr>
      <w:r w:rsidRPr="00F933C8">
        <w:rPr>
          <w:rFonts w:cstheme="minorHAnsi"/>
          <w:b/>
          <w:lang w:val="en"/>
        </w:rPr>
        <w:t>NDIA| $479,514,036| 2020-2026|</w:t>
      </w:r>
    </w:p>
    <w:p w:rsidR="00665885" w:rsidRPr="008A37A7" w:rsidRDefault="00254BB8" w:rsidP="00110575">
      <w:pPr>
        <w:tabs>
          <w:tab w:val="left" w:pos="1891"/>
          <w:tab w:val="left" w:pos="2853"/>
          <w:tab w:val="left" w:pos="4169"/>
          <w:tab w:val="left" w:pos="7732"/>
          <w:tab w:val="left" w:pos="9078"/>
        </w:tabs>
        <w:spacing w:after="0" w:line="240" w:lineRule="auto"/>
        <w:ind w:left="113"/>
        <w:rPr>
          <w:rFonts w:eastAsia="Times New Roman" w:cstheme="minorHAnsi"/>
          <w:strike/>
          <w:color w:val="000000"/>
          <w:highlight w:val="yellow"/>
        </w:rPr>
      </w:pPr>
    </w:p>
    <w:p w:rsidR="00F76476" w:rsidRPr="00110575" w:rsidRDefault="00254BB8" w:rsidP="00F76476">
      <w:pPr>
        <w:widowControl w:val="0"/>
        <w:spacing w:after="0" w:line="240" w:lineRule="auto"/>
        <w:ind w:left="360"/>
        <w:rPr>
          <w:rFonts w:cstheme="minorHAnsi"/>
          <w:b/>
        </w:rPr>
      </w:pPr>
      <w:r w:rsidRPr="00110575">
        <w:rPr>
          <w:rFonts w:cstheme="minorHAnsi"/>
          <w:b/>
        </w:rPr>
        <w:t xml:space="preserve">Rehabilitation of Drainage Culverts at Bartica </w:t>
      </w:r>
    </w:p>
    <w:p w:rsidR="00F76476" w:rsidRPr="00110575" w:rsidRDefault="00254BB8" w:rsidP="00F76476">
      <w:pPr>
        <w:widowControl w:val="0"/>
        <w:spacing w:after="0" w:line="240" w:lineRule="auto"/>
        <w:ind w:firstLine="360"/>
        <w:rPr>
          <w:rFonts w:cstheme="minorHAnsi"/>
        </w:rPr>
      </w:pPr>
      <w:r w:rsidRPr="00110575">
        <w:rPr>
          <w:rFonts w:cstheme="minorHAnsi"/>
        </w:rPr>
        <w:t>Number of persons impacted: NA |2022-2023| $46,400,200</w:t>
      </w:r>
    </w:p>
    <w:p w:rsidR="00F76476" w:rsidRDefault="00254BB8" w:rsidP="00F76476">
      <w:pPr>
        <w:widowControl w:val="0"/>
        <w:spacing w:after="0" w:line="240" w:lineRule="auto"/>
        <w:ind w:left="360"/>
        <w:rPr>
          <w:rFonts w:cstheme="minorHAnsi"/>
          <w:b/>
        </w:rPr>
      </w:pPr>
    </w:p>
    <w:p w:rsidR="00F76476" w:rsidRDefault="00254BB8" w:rsidP="00F76476">
      <w:pPr>
        <w:widowControl w:val="0"/>
        <w:spacing w:after="0" w:line="240" w:lineRule="auto"/>
        <w:ind w:firstLine="360"/>
        <w:rPr>
          <w:rFonts w:cstheme="minorHAnsi"/>
          <w:b/>
        </w:rPr>
      </w:pPr>
      <w:r w:rsidRPr="00EE26ED">
        <w:rPr>
          <w:rFonts w:cstheme="minorHAnsi"/>
          <w:b/>
        </w:rPr>
        <w:lastRenderedPageBreak/>
        <w:t xml:space="preserve">Lot 1- Rehabilitation of Drainage Channels at One Mile Bartica, Region No. 7 </w:t>
      </w:r>
    </w:p>
    <w:p w:rsidR="00F76476" w:rsidRPr="00110575" w:rsidRDefault="00254BB8" w:rsidP="00F76476">
      <w:pPr>
        <w:widowControl w:val="0"/>
        <w:spacing w:after="0" w:line="240" w:lineRule="auto"/>
        <w:ind w:firstLine="360"/>
        <w:rPr>
          <w:rFonts w:cstheme="minorHAnsi"/>
        </w:rPr>
      </w:pPr>
      <w:r w:rsidRPr="00110575">
        <w:rPr>
          <w:rFonts w:cstheme="minorHAnsi"/>
        </w:rPr>
        <w:t xml:space="preserve">Number of persons </w:t>
      </w:r>
      <w:r>
        <w:rPr>
          <w:rFonts w:cstheme="minorHAnsi"/>
        </w:rPr>
        <w:t>impacted: NA|2023-2024</w:t>
      </w:r>
      <w:r w:rsidRPr="00110575">
        <w:rPr>
          <w:rFonts w:cstheme="minorHAnsi"/>
        </w:rPr>
        <w:t>| $</w:t>
      </w:r>
      <w:r w:rsidRPr="003709ED">
        <w:t xml:space="preserve"> </w:t>
      </w:r>
      <w:r w:rsidRPr="003709ED">
        <w:rPr>
          <w:rFonts w:cstheme="minorHAnsi"/>
        </w:rPr>
        <w:t>8</w:t>
      </w:r>
      <w:r>
        <w:rPr>
          <w:rFonts w:cstheme="minorHAnsi"/>
        </w:rPr>
        <w:t>,</w:t>
      </w:r>
      <w:r w:rsidRPr="003709ED">
        <w:rPr>
          <w:rFonts w:cstheme="minorHAnsi"/>
        </w:rPr>
        <w:t>999</w:t>
      </w:r>
      <w:r>
        <w:rPr>
          <w:rFonts w:cstheme="minorHAnsi"/>
        </w:rPr>
        <w:t>,</w:t>
      </w:r>
      <w:r w:rsidRPr="003709ED">
        <w:rPr>
          <w:rFonts w:cstheme="minorHAnsi"/>
        </w:rPr>
        <w:t>750</w:t>
      </w:r>
    </w:p>
    <w:p w:rsidR="00F76476" w:rsidRPr="00110575" w:rsidRDefault="00254BB8" w:rsidP="00F76476">
      <w:pPr>
        <w:widowControl w:val="0"/>
        <w:spacing w:after="0" w:line="240" w:lineRule="auto"/>
        <w:ind w:left="360"/>
        <w:rPr>
          <w:rFonts w:cstheme="minorHAnsi"/>
        </w:rPr>
      </w:pPr>
    </w:p>
    <w:p w:rsidR="00F76476" w:rsidRPr="00110575" w:rsidRDefault="00254BB8" w:rsidP="00F76476">
      <w:pPr>
        <w:widowControl w:val="0"/>
        <w:spacing w:after="0" w:line="240" w:lineRule="auto"/>
        <w:ind w:left="360"/>
        <w:rPr>
          <w:rFonts w:cstheme="minorHAnsi"/>
          <w:b/>
        </w:rPr>
      </w:pPr>
      <w:r w:rsidRPr="003709ED">
        <w:rPr>
          <w:rFonts w:cstheme="minorHAnsi"/>
          <w:b/>
        </w:rPr>
        <w:t>Lot 2- Rehabilitation of Drainage Channels at Two Miles Bartica, Region No.7</w:t>
      </w:r>
      <w:r w:rsidRPr="003709ED">
        <w:rPr>
          <w:rFonts w:cstheme="minorHAnsi"/>
          <w:b/>
        </w:rPr>
        <w:tab/>
      </w:r>
      <w:r w:rsidRPr="00110575">
        <w:rPr>
          <w:rFonts w:cstheme="minorHAnsi"/>
          <w:b/>
        </w:rPr>
        <w:t xml:space="preserve">               </w:t>
      </w:r>
    </w:p>
    <w:p w:rsidR="00F76476" w:rsidRPr="00110575" w:rsidRDefault="00254BB8" w:rsidP="00F76476">
      <w:pPr>
        <w:pStyle w:val="ListParagraph"/>
        <w:widowControl w:val="0"/>
        <w:spacing w:after="0" w:line="240" w:lineRule="auto"/>
        <w:ind w:left="360"/>
        <w:rPr>
          <w:rFonts w:cstheme="minorHAnsi"/>
        </w:rPr>
      </w:pPr>
      <w:r w:rsidRPr="00110575">
        <w:rPr>
          <w:rFonts w:cstheme="minorHAnsi"/>
        </w:rPr>
        <w:t>Number of persons impacted: NA</w:t>
      </w:r>
      <w:r w:rsidRPr="00110575">
        <w:rPr>
          <w:rFonts w:cstheme="minorHAnsi"/>
        </w:rPr>
        <w:t xml:space="preserve"> |</w:t>
      </w:r>
      <w:r>
        <w:rPr>
          <w:rFonts w:cstheme="minorHAnsi"/>
        </w:rPr>
        <w:t>2023-2024| $3,499,0</w:t>
      </w:r>
      <w:r w:rsidRPr="00110575">
        <w:rPr>
          <w:rFonts w:cstheme="minorHAnsi"/>
        </w:rPr>
        <w:t>00</w:t>
      </w:r>
    </w:p>
    <w:p w:rsidR="00F76476" w:rsidRPr="00110575" w:rsidRDefault="00254BB8" w:rsidP="00F76476">
      <w:pPr>
        <w:widowControl w:val="0"/>
        <w:spacing w:after="0" w:line="240" w:lineRule="auto"/>
        <w:ind w:left="360"/>
        <w:rPr>
          <w:rFonts w:cstheme="minorHAnsi"/>
        </w:rPr>
      </w:pPr>
    </w:p>
    <w:p w:rsidR="00F76476" w:rsidRDefault="00254BB8" w:rsidP="00F76476">
      <w:pPr>
        <w:widowControl w:val="0"/>
        <w:spacing w:after="0" w:line="240" w:lineRule="auto"/>
        <w:ind w:firstLine="360"/>
        <w:rPr>
          <w:rFonts w:cstheme="minorHAnsi"/>
          <w:b/>
        </w:rPr>
      </w:pPr>
      <w:r w:rsidRPr="003709ED">
        <w:rPr>
          <w:rFonts w:cstheme="minorHAnsi"/>
          <w:b/>
        </w:rPr>
        <w:t>Lot 3- Rehabilitation of Drainage and Irrigation System at Basaboo Creek, Region No.7</w:t>
      </w:r>
    </w:p>
    <w:p w:rsidR="00F76476" w:rsidRPr="00110575" w:rsidRDefault="00254BB8" w:rsidP="00F76476">
      <w:pPr>
        <w:widowControl w:val="0"/>
        <w:spacing w:after="0" w:line="240" w:lineRule="auto"/>
        <w:ind w:firstLine="360"/>
        <w:rPr>
          <w:rFonts w:cstheme="minorHAnsi"/>
        </w:rPr>
      </w:pPr>
      <w:r w:rsidRPr="00110575">
        <w:rPr>
          <w:rFonts w:cstheme="minorHAnsi"/>
        </w:rPr>
        <w:t>Number of persons impacted: NA |</w:t>
      </w:r>
      <w:r>
        <w:rPr>
          <w:rFonts w:cstheme="minorHAnsi"/>
        </w:rPr>
        <w:t>2023-2024| $7</w:t>
      </w:r>
      <w:r w:rsidRPr="00110575">
        <w:rPr>
          <w:rFonts w:cstheme="minorHAnsi"/>
        </w:rPr>
        <w:t>,700,000</w:t>
      </w:r>
    </w:p>
    <w:p w:rsidR="00F76476" w:rsidRPr="00110575" w:rsidRDefault="00254BB8" w:rsidP="00F76476">
      <w:pPr>
        <w:widowControl w:val="0"/>
        <w:spacing w:after="0" w:line="240" w:lineRule="auto"/>
        <w:ind w:left="360"/>
        <w:rPr>
          <w:rFonts w:cstheme="minorHAnsi"/>
        </w:rPr>
      </w:pPr>
    </w:p>
    <w:p w:rsidR="00F76476" w:rsidRDefault="00254BB8" w:rsidP="00F76476">
      <w:pPr>
        <w:widowControl w:val="0"/>
        <w:spacing w:after="0" w:line="240" w:lineRule="auto"/>
        <w:ind w:firstLine="360"/>
        <w:rPr>
          <w:rFonts w:cstheme="minorHAnsi"/>
          <w:b/>
        </w:rPr>
      </w:pPr>
      <w:r w:rsidRPr="003709ED">
        <w:rPr>
          <w:rFonts w:cstheme="minorHAnsi"/>
          <w:b/>
        </w:rPr>
        <w:t>Lot 4- Rehabilitation of Drainage and Irrigation Syste</w:t>
      </w:r>
      <w:r>
        <w:rPr>
          <w:rFonts w:cstheme="minorHAnsi"/>
          <w:b/>
        </w:rPr>
        <w:t>m at New Found Out, Region No.7</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w:t>
      </w:r>
      <w:r w:rsidRPr="00110575">
        <w:rPr>
          <w:rFonts w:cstheme="minorHAnsi"/>
        </w:rPr>
        <w:t>er of persons impacted: NA |</w:t>
      </w:r>
      <w:r>
        <w:rPr>
          <w:rFonts w:cstheme="minorHAnsi"/>
        </w:rPr>
        <w:t>2023-2024</w:t>
      </w:r>
      <w:r w:rsidRPr="00110575">
        <w:rPr>
          <w:rFonts w:cstheme="minorHAnsi"/>
        </w:rPr>
        <w:t>| $</w:t>
      </w:r>
      <w:r>
        <w:rPr>
          <w:rFonts w:eastAsia="Times New Roman" w:cstheme="minorHAnsi"/>
          <w:color w:val="000000"/>
        </w:rPr>
        <w:t>13,500,0</w:t>
      </w:r>
      <w:r w:rsidRPr="00110575">
        <w:rPr>
          <w:rFonts w:eastAsia="Times New Roman" w:cstheme="minorHAnsi"/>
          <w:color w:val="000000"/>
        </w:rPr>
        <w:t>00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3709ED">
        <w:rPr>
          <w:rFonts w:cstheme="minorHAnsi"/>
          <w:b/>
        </w:rPr>
        <w:t>Lot 5- Rehabilitation of Drainage and Irrigation System</w:t>
      </w:r>
      <w:r>
        <w:rPr>
          <w:rFonts w:cstheme="minorHAnsi"/>
          <w:b/>
        </w:rPr>
        <w:t xml:space="preserve"> at Marshall Falls, Region No.7</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2023-2024</w:t>
      </w:r>
      <w:r w:rsidRPr="00110575">
        <w:rPr>
          <w:rFonts w:cstheme="minorHAnsi"/>
        </w:rPr>
        <w:t>| $</w:t>
      </w:r>
      <w:r>
        <w:rPr>
          <w:rFonts w:eastAsia="Times New Roman" w:cstheme="minorHAnsi"/>
          <w:color w:val="000000"/>
        </w:rPr>
        <w:t>13,400,0</w:t>
      </w:r>
      <w:r w:rsidRPr="00110575">
        <w:rPr>
          <w:rFonts w:eastAsia="Times New Roman" w:cstheme="minorHAnsi"/>
          <w:color w:val="000000"/>
        </w:rPr>
        <w:t>00</w:t>
      </w:r>
    </w:p>
    <w:p w:rsidR="00F76476" w:rsidRPr="00110575" w:rsidRDefault="00254BB8" w:rsidP="00F76476">
      <w:pPr>
        <w:widowControl w:val="0"/>
        <w:spacing w:after="0" w:line="240" w:lineRule="auto"/>
        <w:ind w:left="360"/>
        <w:rPr>
          <w:rFonts w:cstheme="minorHAnsi"/>
          <w:b/>
        </w:rPr>
      </w:pPr>
    </w:p>
    <w:p w:rsidR="00F76476" w:rsidRDefault="00254BB8" w:rsidP="00F76476">
      <w:pPr>
        <w:widowControl w:val="0"/>
        <w:spacing w:after="0" w:line="240" w:lineRule="auto"/>
        <w:ind w:firstLine="360"/>
        <w:rPr>
          <w:rFonts w:cstheme="minorHAnsi"/>
          <w:b/>
        </w:rPr>
      </w:pPr>
      <w:r w:rsidRPr="003709ED">
        <w:rPr>
          <w:rFonts w:cstheme="minorHAnsi"/>
          <w:b/>
        </w:rPr>
        <w:t>Lot 6- Rehabilitation of Drainage and Irrigation Syste</w:t>
      </w:r>
      <w:r>
        <w:rPr>
          <w:rFonts w:cstheme="minorHAnsi"/>
          <w:b/>
        </w:rPr>
        <w:t xml:space="preserve">m at </w:t>
      </w:r>
      <w:r>
        <w:rPr>
          <w:rFonts w:cstheme="minorHAnsi"/>
          <w:b/>
        </w:rPr>
        <w:t>Agatash Creek, Region No.7</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2023-2024</w:t>
      </w:r>
      <w:r w:rsidRPr="00110575">
        <w:rPr>
          <w:rFonts w:cstheme="minorHAnsi"/>
        </w:rPr>
        <w:t>| $</w:t>
      </w:r>
      <w:r>
        <w:rPr>
          <w:rFonts w:eastAsia="Times New Roman" w:cstheme="minorHAnsi"/>
          <w:color w:val="000000"/>
        </w:rPr>
        <w:t>11,600</w:t>
      </w:r>
      <w:r w:rsidRPr="00110575">
        <w:rPr>
          <w:rFonts w:eastAsia="Times New Roman" w:cstheme="minorHAnsi"/>
          <w:color w:val="000000"/>
        </w:rPr>
        <w:t>,000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p>
    <w:p w:rsidR="00F76476" w:rsidRDefault="00254BB8" w:rsidP="00F76476">
      <w:pPr>
        <w:widowControl w:val="0"/>
        <w:spacing w:after="0" w:line="240" w:lineRule="auto"/>
        <w:ind w:firstLine="360"/>
        <w:rPr>
          <w:rFonts w:cstheme="minorHAnsi"/>
          <w:b/>
        </w:rPr>
      </w:pPr>
    </w:p>
    <w:p w:rsidR="00F76476" w:rsidRDefault="00254BB8" w:rsidP="00F76476">
      <w:pPr>
        <w:widowControl w:val="0"/>
        <w:spacing w:after="0" w:line="240" w:lineRule="auto"/>
        <w:ind w:firstLine="360"/>
        <w:rPr>
          <w:rFonts w:cstheme="minorHAnsi"/>
          <w:b/>
        </w:rPr>
      </w:pPr>
      <w:r w:rsidRPr="003709ED">
        <w:rPr>
          <w:rFonts w:cstheme="minorHAnsi"/>
          <w:b/>
        </w:rPr>
        <w:t>Lot 7- Rehabilitation of Drainage and Irrigation System at Seve</w:t>
      </w:r>
      <w:r>
        <w:rPr>
          <w:rFonts w:cstheme="minorHAnsi"/>
          <w:b/>
        </w:rPr>
        <w:t>n and a Half Miles Potaro</w:t>
      </w:r>
    </w:p>
    <w:p w:rsidR="00F76476" w:rsidRDefault="00254BB8" w:rsidP="00F76476">
      <w:pPr>
        <w:widowControl w:val="0"/>
        <w:spacing w:after="0" w:line="240" w:lineRule="auto"/>
        <w:ind w:firstLine="360"/>
        <w:rPr>
          <w:rFonts w:cstheme="minorHAnsi"/>
          <w:b/>
        </w:rPr>
      </w:pPr>
      <w:r>
        <w:rPr>
          <w:rFonts w:cstheme="minorHAnsi"/>
          <w:b/>
        </w:rPr>
        <w:t xml:space="preserve">Road, </w:t>
      </w:r>
      <w:r w:rsidRPr="003709ED">
        <w:rPr>
          <w:rFonts w:cstheme="minorHAnsi"/>
          <w:b/>
        </w:rPr>
        <w:t xml:space="preserve">Bartica, Region No.7 </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2023-2024</w:t>
      </w:r>
      <w:r w:rsidRPr="00110575">
        <w:rPr>
          <w:rFonts w:cstheme="minorHAnsi"/>
        </w:rPr>
        <w:t>| $</w:t>
      </w:r>
      <w:r>
        <w:rPr>
          <w:rFonts w:eastAsia="Times New Roman" w:cstheme="minorHAnsi"/>
          <w:color w:val="000000"/>
        </w:rPr>
        <w:t>8,950,0</w:t>
      </w:r>
      <w:r w:rsidRPr="00110575">
        <w:rPr>
          <w:rFonts w:eastAsia="Times New Roman" w:cstheme="minorHAnsi"/>
          <w:color w:val="000000"/>
        </w:rPr>
        <w:t>00</w:t>
      </w:r>
    </w:p>
    <w:p w:rsidR="00F76476" w:rsidRPr="00110575" w:rsidRDefault="00254BB8" w:rsidP="00F76476">
      <w:pPr>
        <w:widowControl w:val="0"/>
        <w:spacing w:after="0" w:line="240" w:lineRule="auto"/>
        <w:ind w:left="360"/>
        <w:rPr>
          <w:rFonts w:cstheme="minorHAnsi"/>
        </w:rPr>
      </w:pPr>
    </w:p>
    <w:p w:rsidR="00F76476" w:rsidRDefault="00254BB8" w:rsidP="00F76476">
      <w:pPr>
        <w:widowControl w:val="0"/>
        <w:spacing w:after="0" w:line="240" w:lineRule="auto"/>
        <w:ind w:firstLine="360"/>
        <w:rPr>
          <w:rFonts w:cstheme="minorHAnsi"/>
          <w:b/>
        </w:rPr>
      </w:pPr>
      <w:r w:rsidRPr="003709ED">
        <w:rPr>
          <w:rFonts w:cstheme="minorHAnsi"/>
          <w:b/>
        </w:rPr>
        <w:t>Lot 8- Rehabilitation of Drainage and Irrigation System at Eight Miles Potaro Road, Bartica,</w:t>
      </w:r>
    </w:p>
    <w:p w:rsidR="00F76476" w:rsidRDefault="00254BB8" w:rsidP="00F76476">
      <w:pPr>
        <w:widowControl w:val="0"/>
        <w:spacing w:after="0" w:line="240" w:lineRule="auto"/>
        <w:ind w:firstLine="360"/>
        <w:rPr>
          <w:rFonts w:cstheme="minorHAnsi"/>
          <w:b/>
        </w:rPr>
      </w:pPr>
      <w:r w:rsidRPr="003709ED">
        <w:rPr>
          <w:rFonts w:cstheme="minorHAnsi"/>
          <w:b/>
        </w:rPr>
        <w:t>Region No.7</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2023-2024</w:t>
      </w:r>
      <w:r w:rsidRPr="00110575">
        <w:rPr>
          <w:rFonts w:cstheme="minorHAnsi"/>
        </w:rPr>
        <w:t>| $</w:t>
      </w:r>
      <w:r>
        <w:rPr>
          <w:rFonts w:eastAsia="Times New Roman" w:cstheme="minorHAnsi"/>
          <w:color w:val="000000"/>
        </w:rPr>
        <w:t>13,600,00</w:t>
      </w:r>
      <w:r w:rsidRPr="00110575">
        <w:rPr>
          <w:rFonts w:eastAsia="Times New Roman" w:cstheme="minorHAnsi"/>
          <w:color w:val="000000"/>
        </w:rPr>
        <w:t>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3709ED">
        <w:rPr>
          <w:rFonts w:cstheme="minorHAnsi"/>
          <w:b/>
        </w:rPr>
        <w:t>Lot 9- Rehabilitation of Drainage and Irrigation Syste</w:t>
      </w:r>
      <w:r>
        <w:rPr>
          <w:rFonts w:cstheme="minorHAnsi"/>
          <w:b/>
        </w:rPr>
        <w:t>m and land clearing at Agatash,</w:t>
      </w:r>
    </w:p>
    <w:p w:rsidR="00F76476" w:rsidRDefault="00254BB8" w:rsidP="00F76476">
      <w:pPr>
        <w:widowControl w:val="0"/>
        <w:spacing w:after="0" w:line="240" w:lineRule="auto"/>
        <w:ind w:firstLine="360"/>
        <w:rPr>
          <w:rFonts w:cstheme="minorHAnsi"/>
          <w:b/>
        </w:rPr>
      </w:pPr>
      <w:r w:rsidRPr="003709ED">
        <w:rPr>
          <w:rFonts w:cstheme="minorHAnsi"/>
          <w:b/>
        </w:rPr>
        <w:t>Bartica,</w:t>
      </w:r>
      <w:r w:rsidRPr="003709ED">
        <w:rPr>
          <w:rFonts w:cstheme="minorHAnsi"/>
          <w:b/>
        </w:rPr>
        <w:t xml:space="preserve"> Region No.7 </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2023-2024</w:t>
      </w:r>
      <w:r w:rsidRPr="00110575">
        <w:rPr>
          <w:rFonts w:cstheme="minorHAnsi"/>
        </w:rPr>
        <w:t>| $</w:t>
      </w:r>
      <w:r>
        <w:rPr>
          <w:rFonts w:eastAsia="Times New Roman" w:cstheme="minorHAnsi"/>
          <w:color w:val="000000"/>
        </w:rPr>
        <w:t>3,17</w:t>
      </w:r>
      <w:r w:rsidRPr="00110575">
        <w:rPr>
          <w:rFonts w:eastAsia="Times New Roman" w:cstheme="minorHAnsi"/>
          <w:color w:val="000000"/>
        </w:rPr>
        <w:t>0,000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3709ED">
        <w:rPr>
          <w:rFonts w:cstheme="minorHAnsi"/>
          <w:b/>
        </w:rPr>
        <w:t>Emergency works: Rehabilitation of sluice door and pr</w:t>
      </w:r>
      <w:r>
        <w:rPr>
          <w:rFonts w:cstheme="minorHAnsi"/>
          <w:b/>
        </w:rPr>
        <w:t>ovision and installation of New</w:t>
      </w:r>
    </w:p>
    <w:p w:rsidR="00F76476" w:rsidRDefault="00254BB8" w:rsidP="00F76476">
      <w:pPr>
        <w:widowControl w:val="0"/>
        <w:spacing w:after="0" w:line="240" w:lineRule="auto"/>
        <w:ind w:firstLine="360"/>
        <w:rPr>
          <w:rFonts w:cstheme="minorHAnsi"/>
          <w:b/>
        </w:rPr>
      </w:pPr>
      <w:r w:rsidRPr="003709ED">
        <w:rPr>
          <w:rFonts w:cstheme="minorHAnsi"/>
          <w:b/>
        </w:rPr>
        <w:t>lifting Mechanism at First Avenue and Sixth Street Bartica, Region 7</w:t>
      </w:r>
    </w:p>
    <w:p w:rsidR="00F76476" w:rsidRPr="00110575" w:rsidRDefault="00254BB8" w:rsidP="00F76476">
      <w:pPr>
        <w:widowControl w:val="0"/>
        <w:spacing w:after="0" w:line="240" w:lineRule="auto"/>
        <w:ind w:firstLine="360"/>
        <w:rPr>
          <w:rFonts w:eastAsia="Times New Roman" w:cstheme="minorHAnsi"/>
          <w:color w:val="000000"/>
        </w:rPr>
      </w:pPr>
      <w:r w:rsidRPr="003709ED">
        <w:rPr>
          <w:rFonts w:cstheme="minorHAnsi"/>
        </w:rPr>
        <w:t>Number of persons impacted: NA |</w:t>
      </w:r>
      <w:r>
        <w:rPr>
          <w:rFonts w:cstheme="minorHAnsi"/>
        </w:rPr>
        <w:t>2</w:t>
      </w:r>
      <w:r>
        <w:rPr>
          <w:rFonts w:cstheme="minorHAnsi"/>
        </w:rPr>
        <w:t>024</w:t>
      </w:r>
      <w:r w:rsidRPr="003709ED">
        <w:rPr>
          <w:rFonts w:cstheme="minorHAnsi"/>
        </w:rPr>
        <w:t>| $</w:t>
      </w:r>
      <w:r>
        <w:rPr>
          <w:rFonts w:eastAsia="Times New Roman" w:cstheme="minorHAnsi"/>
          <w:color w:val="000000"/>
        </w:rPr>
        <w:t>4,990</w:t>
      </w:r>
      <w:r w:rsidRPr="003709ED">
        <w:rPr>
          <w:rFonts w:eastAsia="Times New Roman" w:cstheme="minorHAnsi"/>
          <w:color w:val="000000"/>
        </w:rPr>
        <w:t>,000</w:t>
      </w:r>
    </w:p>
    <w:p w:rsidR="00F76476" w:rsidRPr="00110575" w:rsidRDefault="00254BB8" w:rsidP="00F76476">
      <w:pPr>
        <w:pStyle w:val="ListParagraph"/>
        <w:widowControl w:val="0"/>
        <w:spacing w:after="0" w:line="240" w:lineRule="auto"/>
        <w:ind w:left="108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415087">
        <w:rPr>
          <w:rFonts w:cstheme="minorHAnsi"/>
          <w:b/>
        </w:rPr>
        <w:t>Clearing of Farmlands at Dagg Point, Region No. 7 - Lot 1</w:t>
      </w:r>
    </w:p>
    <w:p w:rsidR="00F76476" w:rsidRPr="00110575" w:rsidRDefault="00254BB8" w:rsidP="00F76476">
      <w:pPr>
        <w:widowControl w:val="0"/>
        <w:spacing w:after="0" w:line="240" w:lineRule="auto"/>
        <w:ind w:firstLine="360"/>
        <w:rPr>
          <w:rFonts w:cstheme="minorHAnsi"/>
        </w:rPr>
      </w:pPr>
      <w:r w:rsidRPr="00110575">
        <w:rPr>
          <w:rFonts w:cstheme="minorHAnsi"/>
        </w:rPr>
        <w:t>Number of person</w:t>
      </w:r>
      <w:r>
        <w:rPr>
          <w:rFonts w:cstheme="minorHAnsi"/>
        </w:rPr>
        <w:t>s impacted: NA|2025-2026| $5,832,75</w:t>
      </w:r>
      <w:r w:rsidRPr="00110575">
        <w:rPr>
          <w:rFonts w:cstheme="minorHAnsi"/>
        </w:rPr>
        <w:t>0</w:t>
      </w:r>
    </w:p>
    <w:p w:rsidR="00F76476" w:rsidRPr="00110575" w:rsidRDefault="00254BB8" w:rsidP="00F76476">
      <w:pPr>
        <w:widowControl w:val="0"/>
        <w:spacing w:after="0" w:line="240" w:lineRule="auto"/>
        <w:ind w:left="360"/>
        <w:rPr>
          <w:rFonts w:cstheme="minorHAnsi"/>
        </w:rPr>
      </w:pPr>
    </w:p>
    <w:p w:rsidR="00F76476" w:rsidRPr="00110575" w:rsidRDefault="00254BB8" w:rsidP="00F76476">
      <w:pPr>
        <w:widowControl w:val="0"/>
        <w:spacing w:after="0" w:line="240" w:lineRule="auto"/>
        <w:ind w:left="360"/>
        <w:rPr>
          <w:rFonts w:cstheme="minorHAnsi"/>
          <w:b/>
        </w:rPr>
      </w:pPr>
      <w:r w:rsidRPr="00415087">
        <w:rPr>
          <w:rFonts w:cstheme="minorHAnsi"/>
          <w:b/>
        </w:rPr>
        <w:t>Excavation of Drainage at Dagg Point, Region No. 7 - Lot 2</w:t>
      </w:r>
      <w:r w:rsidRPr="00110575">
        <w:rPr>
          <w:rFonts w:cstheme="minorHAnsi"/>
          <w:b/>
        </w:rPr>
        <w:tab/>
        <w:t xml:space="preserve">               </w:t>
      </w:r>
    </w:p>
    <w:p w:rsidR="00F76476" w:rsidRPr="00110575" w:rsidRDefault="00254BB8" w:rsidP="00F76476">
      <w:pPr>
        <w:pStyle w:val="ListParagraph"/>
        <w:widowControl w:val="0"/>
        <w:spacing w:after="0" w:line="240" w:lineRule="auto"/>
        <w:ind w:left="360"/>
        <w:rPr>
          <w:rFonts w:cstheme="minorHAnsi"/>
        </w:rPr>
      </w:pPr>
      <w:r w:rsidRPr="00110575">
        <w:rPr>
          <w:rFonts w:cstheme="minorHAnsi"/>
        </w:rPr>
        <w:t>Number of per</w:t>
      </w:r>
      <w:r>
        <w:rPr>
          <w:rFonts w:cstheme="minorHAnsi"/>
        </w:rPr>
        <w:t>sons impacted: NA |2025-2026| $8,982,75</w:t>
      </w:r>
      <w:r w:rsidRPr="00110575">
        <w:rPr>
          <w:rFonts w:cstheme="minorHAnsi"/>
        </w:rPr>
        <w:t>0</w:t>
      </w:r>
    </w:p>
    <w:p w:rsidR="00F76476" w:rsidRPr="00110575" w:rsidRDefault="00254BB8" w:rsidP="00F76476">
      <w:pPr>
        <w:widowControl w:val="0"/>
        <w:spacing w:after="0" w:line="240" w:lineRule="auto"/>
        <w:ind w:left="360"/>
        <w:rPr>
          <w:rFonts w:cstheme="minorHAnsi"/>
        </w:rPr>
      </w:pPr>
    </w:p>
    <w:p w:rsidR="00F76476" w:rsidRDefault="00254BB8" w:rsidP="00F76476">
      <w:pPr>
        <w:widowControl w:val="0"/>
        <w:spacing w:after="0" w:line="240" w:lineRule="auto"/>
        <w:ind w:firstLine="360"/>
        <w:rPr>
          <w:rFonts w:cstheme="minorHAnsi"/>
          <w:b/>
        </w:rPr>
      </w:pPr>
      <w:r w:rsidRPr="00B93B8F">
        <w:rPr>
          <w:rFonts w:cstheme="minorHAnsi"/>
          <w:b/>
        </w:rPr>
        <w:t>Clearing of Farmlands at Batavia, Region No. 7 - Lot 3</w:t>
      </w:r>
    </w:p>
    <w:p w:rsidR="00F76476" w:rsidRPr="00110575" w:rsidRDefault="00254BB8" w:rsidP="00F76476">
      <w:pPr>
        <w:widowControl w:val="0"/>
        <w:spacing w:after="0" w:line="240" w:lineRule="auto"/>
        <w:ind w:firstLine="360"/>
        <w:rPr>
          <w:rFonts w:cstheme="minorHAnsi"/>
        </w:rPr>
      </w:pPr>
      <w:r w:rsidRPr="00110575">
        <w:rPr>
          <w:rFonts w:cstheme="minorHAnsi"/>
        </w:rPr>
        <w:t>Number of persons impacted: NA |</w:t>
      </w:r>
      <w:r>
        <w:rPr>
          <w:rFonts w:cstheme="minorHAnsi"/>
        </w:rPr>
        <w:t>2025-2026| $9,607,5</w:t>
      </w:r>
      <w:r w:rsidRPr="00110575">
        <w:rPr>
          <w:rFonts w:cstheme="minorHAnsi"/>
        </w:rPr>
        <w:t>00</w:t>
      </w:r>
    </w:p>
    <w:p w:rsidR="00F76476" w:rsidRPr="00110575" w:rsidRDefault="00254BB8" w:rsidP="00F76476">
      <w:pPr>
        <w:widowControl w:val="0"/>
        <w:spacing w:after="0" w:line="240" w:lineRule="auto"/>
        <w:ind w:left="360"/>
        <w:rPr>
          <w:rFonts w:cstheme="minorHAnsi"/>
        </w:rPr>
      </w:pPr>
    </w:p>
    <w:p w:rsidR="00F76476" w:rsidRDefault="00254BB8" w:rsidP="00F76476">
      <w:pPr>
        <w:widowControl w:val="0"/>
        <w:spacing w:after="0" w:line="240" w:lineRule="auto"/>
        <w:ind w:firstLine="360"/>
        <w:rPr>
          <w:rFonts w:cstheme="minorHAnsi"/>
          <w:b/>
        </w:rPr>
      </w:pPr>
      <w:r w:rsidRPr="00B93B8F">
        <w:rPr>
          <w:rFonts w:cstheme="minorHAnsi"/>
          <w:b/>
        </w:rPr>
        <w:t>Excavation of Drainage at Batavia, Region No. 7 - Lot 4</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Pr>
          <w:rFonts w:eastAsia="Times New Roman" w:cstheme="minorHAnsi"/>
          <w:color w:val="000000"/>
        </w:rPr>
        <w:t>5,6</w:t>
      </w:r>
      <w:r w:rsidRPr="00110575">
        <w:rPr>
          <w:rFonts w:eastAsia="Times New Roman" w:cstheme="minorHAnsi"/>
          <w:color w:val="000000"/>
        </w:rPr>
        <w:t>7</w:t>
      </w:r>
      <w:r>
        <w:rPr>
          <w:rFonts w:eastAsia="Times New Roman" w:cstheme="minorHAnsi"/>
          <w:color w:val="000000"/>
        </w:rPr>
        <w:t>0,0</w:t>
      </w:r>
      <w:r w:rsidRPr="00110575">
        <w:rPr>
          <w:rFonts w:eastAsia="Times New Roman" w:cstheme="minorHAnsi"/>
          <w:color w:val="000000"/>
        </w:rPr>
        <w:t>00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B93B8F">
        <w:rPr>
          <w:rFonts w:cstheme="minorHAnsi"/>
          <w:b/>
        </w:rPr>
        <w:t xml:space="preserve">Clearing of Farmlands at </w:t>
      </w:r>
      <w:r w:rsidRPr="00B93B8F">
        <w:rPr>
          <w:rFonts w:cstheme="minorHAnsi"/>
          <w:b/>
        </w:rPr>
        <w:t>Agatash, Region No. 7 - Lot 5</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lastRenderedPageBreak/>
        <w:t>Number of persons impacted: NA |</w:t>
      </w:r>
      <w:r>
        <w:rPr>
          <w:rFonts w:cstheme="minorHAnsi"/>
        </w:rPr>
        <w:t>2025-2026</w:t>
      </w:r>
      <w:r w:rsidRPr="00110575">
        <w:rPr>
          <w:rFonts w:cstheme="minorHAnsi"/>
        </w:rPr>
        <w:t>| $</w:t>
      </w:r>
      <w:r>
        <w:rPr>
          <w:rFonts w:eastAsia="Times New Roman" w:cstheme="minorHAnsi"/>
          <w:color w:val="000000"/>
        </w:rPr>
        <w:t>6,058</w:t>
      </w:r>
      <w:r w:rsidRPr="00110575">
        <w:rPr>
          <w:rFonts w:eastAsia="Times New Roman" w:cstheme="minorHAnsi"/>
          <w:color w:val="000000"/>
        </w:rPr>
        <w:t>,500</w:t>
      </w:r>
    </w:p>
    <w:p w:rsidR="00F76476" w:rsidRPr="00110575" w:rsidRDefault="00254BB8" w:rsidP="00F76476">
      <w:pPr>
        <w:widowControl w:val="0"/>
        <w:spacing w:after="0" w:line="240" w:lineRule="auto"/>
        <w:ind w:left="360"/>
        <w:rPr>
          <w:rFonts w:cstheme="minorHAnsi"/>
          <w:b/>
        </w:rPr>
      </w:pPr>
    </w:p>
    <w:p w:rsidR="00F76476" w:rsidRDefault="00254BB8" w:rsidP="00F76476">
      <w:pPr>
        <w:widowControl w:val="0"/>
        <w:spacing w:after="0" w:line="240" w:lineRule="auto"/>
        <w:ind w:firstLine="360"/>
        <w:rPr>
          <w:rFonts w:cstheme="minorHAnsi"/>
          <w:b/>
        </w:rPr>
      </w:pPr>
      <w:r w:rsidRPr="00B93B8F">
        <w:rPr>
          <w:rFonts w:cstheme="minorHAnsi"/>
          <w:b/>
        </w:rPr>
        <w:t>Excavation of Drainage Channel at Agatash, Region No. 7 - Lot 6</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Pr>
          <w:rFonts w:eastAsia="Times New Roman" w:cstheme="minorHAnsi"/>
          <w:color w:val="000000"/>
        </w:rPr>
        <w:t>4,620</w:t>
      </w:r>
      <w:r w:rsidRPr="00110575">
        <w:rPr>
          <w:rFonts w:eastAsia="Times New Roman" w:cstheme="minorHAnsi"/>
          <w:color w:val="000000"/>
        </w:rPr>
        <w:t>,000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B93B8F">
        <w:rPr>
          <w:rFonts w:cstheme="minorHAnsi"/>
          <w:b/>
        </w:rPr>
        <w:t>Clearing of Agatash Creek, Region No. 7 - Lot 7</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w:t>
      </w:r>
      <w:r w:rsidRPr="00110575">
        <w:rPr>
          <w:rFonts w:cstheme="minorHAnsi"/>
        </w:rPr>
        <w:t>er of persons impacted: NA |</w:t>
      </w:r>
      <w:r>
        <w:rPr>
          <w:rFonts w:cstheme="minorHAnsi"/>
        </w:rPr>
        <w:t>2025-2026</w:t>
      </w:r>
      <w:r w:rsidRPr="00110575">
        <w:rPr>
          <w:rFonts w:cstheme="minorHAnsi"/>
        </w:rPr>
        <w:t>| $</w:t>
      </w:r>
      <w:r>
        <w:rPr>
          <w:rFonts w:eastAsia="Times New Roman" w:cstheme="minorHAnsi"/>
          <w:color w:val="000000"/>
        </w:rPr>
        <w:t>7,455,0</w:t>
      </w:r>
      <w:r w:rsidRPr="00110575">
        <w:rPr>
          <w:rFonts w:eastAsia="Times New Roman" w:cstheme="minorHAnsi"/>
          <w:color w:val="000000"/>
        </w:rPr>
        <w:t>00</w:t>
      </w:r>
    </w:p>
    <w:p w:rsidR="00F76476" w:rsidRPr="00110575" w:rsidRDefault="00254BB8" w:rsidP="00F76476">
      <w:pPr>
        <w:widowControl w:val="0"/>
        <w:spacing w:after="0" w:line="240" w:lineRule="auto"/>
        <w:ind w:left="360"/>
        <w:rPr>
          <w:rFonts w:cstheme="minorHAnsi"/>
        </w:rPr>
      </w:pPr>
    </w:p>
    <w:p w:rsidR="00F76476" w:rsidRDefault="00254BB8" w:rsidP="00F76476">
      <w:pPr>
        <w:widowControl w:val="0"/>
        <w:spacing w:after="0" w:line="240" w:lineRule="auto"/>
        <w:ind w:firstLine="360"/>
        <w:rPr>
          <w:rFonts w:cstheme="minorHAnsi"/>
          <w:b/>
        </w:rPr>
      </w:pPr>
      <w:r w:rsidRPr="00B93B8F">
        <w:rPr>
          <w:rFonts w:cstheme="minorHAnsi"/>
          <w:b/>
        </w:rPr>
        <w:t>Clearing of Farmlands at Falmouth, Region No. 7 - Lot 8</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Pr>
          <w:rFonts w:eastAsia="Times New Roman" w:cstheme="minorHAnsi"/>
          <w:color w:val="000000"/>
        </w:rPr>
        <w:t>8,3</w:t>
      </w:r>
      <w:r w:rsidRPr="00110575">
        <w:rPr>
          <w:rFonts w:eastAsia="Times New Roman" w:cstheme="minorHAnsi"/>
          <w:color w:val="000000"/>
        </w:rPr>
        <w:t>5</w:t>
      </w:r>
      <w:r>
        <w:rPr>
          <w:rFonts w:eastAsia="Times New Roman" w:cstheme="minorHAnsi"/>
          <w:color w:val="000000"/>
        </w:rPr>
        <w:t>8,00</w:t>
      </w:r>
      <w:r w:rsidRPr="00110575">
        <w:rPr>
          <w:rFonts w:eastAsia="Times New Roman" w:cstheme="minorHAnsi"/>
          <w:color w:val="000000"/>
        </w:rPr>
        <w:t>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B93B8F">
        <w:rPr>
          <w:rFonts w:cstheme="minorHAnsi"/>
          <w:b/>
        </w:rPr>
        <w:t>Excavation of Drainage at Falmouth, Region No. 7 Lot 9</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w:t>
      </w:r>
      <w:r>
        <w:rPr>
          <w:rFonts w:cstheme="minorHAnsi"/>
        </w:rPr>
        <w:t>26</w:t>
      </w:r>
      <w:r w:rsidRPr="00110575">
        <w:rPr>
          <w:rFonts w:cstheme="minorHAnsi"/>
        </w:rPr>
        <w:t>| $</w:t>
      </w:r>
      <w:r>
        <w:rPr>
          <w:rFonts w:eastAsia="Times New Roman" w:cstheme="minorHAnsi"/>
          <w:color w:val="000000"/>
        </w:rPr>
        <w:t>7,035</w:t>
      </w:r>
      <w:r w:rsidRPr="00110575">
        <w:rPr>
          <w:rFonts w:eastAsia="Times New Roman" w:cstheme="minorHAnsi"/>
          <w:color w:val="000000"/>
        </w:rPr>
        <w:t>,000</w:t>
      </w:r>
    </w:p>
    <w:p w:rsidR="00F76476" w:rsidRDefault="00254BB8" w:rsidP="00F76476">
      <w:pPr>
        <w:widowControl w:val="0"/>
        <w:spacing w:after="0" w:line="240" w:lineRule="auto"/>
        <w:ind w:left="360"/>
        <w:rPr>
          <w:rFonts w:eastAsia="Times New Roman" w:cstheme="minorHAnsi"/>
          <w:color w:val="000000"/>
        </w:rPr>
      </w:pP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B93B8F">
        <w:rPr>
          <w:rFonts w:cstheme="minorHAnsi"/>
          <w:b/>
        </w:rPr>
        <w:t>Clearing of Farmlands at River's View, Region No. 7 Lot 10</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Pr>
          <w:rFonts w:eastAsia="Times New Roman" w:cstheme="minorHAnsi"/>
          <w:color w:val="000000"/>
        </w:rPr>
        <w:t>12,180</w:t>
      </w:r>
      <w:r w:rsidRPr="00110575">
        <w:rPr>
          <w:rFonts w:eastAsia="Times New Roman" w:cstheme="minorHAnsi"/>
          <w:color w:val="000000"/>
        </w:rPr>
        <w:t>,000</w:t>
      </w:r>
    </w:p>
    <w:p w:rsidR="00F76476" w:rsidRDefault="00254BB8" w:rsidP="00F76476">
      <w:pPr>
        <w:widowControl w:val="0"/>
        <w:spacing w:after="0" w:line="240" w:lineRule="auto"/>
        <w:ind w:left="360"/>
        <w:rPr>
          <w:rFonts w:cstheme="minorHAnsi"/>
          <w:b/>
        </w:rPr>
      </w:pPr>
    </w:p>
    <w:p w:rsidR="00F76476" w:rsidRDefault="00254BB8" w:rsidP="00F76476">
      <w:pPr>
        <w:widowControl w:val="0"/>
        <w:spacing w:after="0" w:line="240" w:lineRule="auto"/>
        <w:ind w:firstLine="360"/>
        <w:rPr>
          <w:rFonts w:cstheme="minorHAnsi"/>
          <w:b/>
        </w:rPr>
      </w:pPr>
      <w:r w:rsidRPr="00B93B8F">
        <w:rPr>
          <w:rFonts w:cstheme="minorHAnsi"/>
          <w:b/>
        </w:rPr>
        <w:t>Excavation of Drainage at River's View, Region No. 7 - Lot 11</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Pr>
          <w:rFonts w:eastAsia="Times New Roman" w:cstheme="minorHAnsi"/>
          <w:color w:val="000000"/>
        </w:rPr>
        <w:t>7,245</w:t>
      </w:r>
      <w:r w:rsidRPr="00110575">
        <w:rPr>
          <w:rFonts w:eastAsia="Times New Roman" w:cstheme="minorHAnsi"/>
          <w:color w:val="000000"/>
        </w:rPr>
        <w:t>,000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B93B8F">
        <w:rPr>
          <w:rFonts w:cstheme="minorHAnsi"/>
          <w:b/>
        </w:rPr>
        <w:t>Excavation of Drainage and Irrigation at River's View, Region No. 7 - Lot 12</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Pr>
          <w:rFonts w:eastAsia="Times New Roman" w:cstheme="minorHAnsi"/>
          <w:color w:val="000000"/>
        </w:rPr>
        <w:t>13,557,6</w:t>
      </w:r>
      <w:r w:rsidRPr="00110575">
        <w:rPr>
          <w:rFonts w:eastAsia="Times New Roman" w:cstheme="minorHAnsi"/>
          <w:color w:val="000000"/>
        </w:rPr>
        <w:t>00</w:t>
      </w:r>
    </w:p>
    <w:p w:rsidR="00F76476" w:rsidRDefault="00254BB8" w:rsidP="00F76476">
      <w:pPr>
        <w:widowControl w:val="0"/>
        <w:spacing w:after="0" w:line="240" w:lineRule="auto"/>
        <w:ind w:left="360"/>
        <w:rPr>
          <w:rFonts w:cstheme="minorHAnsi"/>
          <w:b/>
        </w:rPr>
      </w:pPr>
    </w:p>
    <w:p w:rsidR="00F76476" w:rsidRDefault="00254BB8" w:rsidP="00F76476">
      <w:pPr>
        <w:widowControl w:val="0"/>
        <w:spacing w:after="0" w:line="240" w:lineRule="auto"/>
        <w:ind w:firstLine="360"/>
        <w:rPr>
          <w:rFonts w:cstheme="minorHAnsi"/>
          <w:b/>
        </w:rPr>
      </w:pPr>
      <w:r w:rsidRPr="00B93B8F">
        <w:rPr>
          <w:rFonts w:cstheme="minorHAnsi"/>
          <w:b/>
        </w:rPr>
        <w:t>Rehabilitation of Drainage at Six and a half Miles Potaro Road, Region No. 7 - Lot 13</w:t>
      </w:r>
    </w:p>
    <w:p w:rsidR="00F76476" w:rsidRPr="00110575" w:rsidRDefault="00254BB8" w:rsidP="00F76476">
      <w:pPr>
        <w:widowControl w:val="0"/>
        <w:spacing w:after="0" w:line="240" w:lineRule="auto"/>
        <w:ind w:firstLine="360"/>
        <w:rPr>
          <w:rFonts w:cstheme="minorHAnsi"/>
        </w:rPr>
      </w:pPr>
      <w:r w:rsidRPr="00110575">
        <w:rPr>
          <w:rFonts w:cstheme="minorHAnsi"/>
        </w:rPr>
        <w:t>Number of persons impacted: NA|</w:t>
      </w:r>
      <w:r>
        <w:rPr>
          <w:rFonts w:cstheme="minorHAnsi"/>
        </w:rPr>
        <w:t>2025-2</w:t>
      </w:r>
      <w:r>
        <w:rPr>
          <w:rFonts w:cstheme="minorHAnsi"/>
        </w:rPr>
        <w:t>026</w:t>
      </w:r>
      <w:r w:rsidRPr="00110575">
        <w:rPr>
          <w:rFonts w:cstheme="minorHAnsi"/>
        </w:rPr>
        <w:t>| $5,726,700</w:t>
      </w:r>
    </w:p>
    <w:p w:rsidR="00F76476" w:rsidRPr="00110575" w:rsidRDefault="00254BB8" w:rsidP="00F76476">
      <w:pPr>
        <w:widowControl w:val="0"/>
        <w:spacing w:after="0" w:line="240" w:lineRule="auto"/>
        <w:ind w:left="360"/>
        <w:rPr>
          <w:rFonts w:cstheme="minorHAnsi"/>
        </w:rPr>
      </w:pPr>
    </w:p>
    <w:p w:rsidR="00F76476" w:rsidRPr="00110575" w:rsidRDefault="00254BB8" w:rsidP="00F76476">
      <w:pPr>
        <w:widowControl w:val="0"/>
        <w:spacing w:after="0" w:line="240" w:lineRule="auto"/>
        <w:ind w:left="360"/>
        <w:rPr>
          <w:rFonts w:cstheme="minorHAnsi"/>
          <w:b/>
        </w:rPr>
      </w:pPr>
      <w:r w:rsidRPr="00B93B8F">
        <w:rPr>
          <w:rFonts w:cstheme="minorHAnsi"/>
          <w:b/>
        </w:rPr>
        <w:t>Rehabilitation of Drainage at Eight Miles Potaro Road, Region No. 7 - Lot 14</w:t>
      </w:r>
      <w:r w:rsidRPr="00110575">
        <w:rPr>
          <w:rFonts w:cstheme="minorHAnsi"/>
          <w:b/>
        </w:rPr>
        <w:tab/>
        <w:t xml:space="preserve">               </w:t>
      </w:r>
    </w:p>
    <w:p w:rsidR="00F76476" w:rsidRPr="00110575" w:rsidRDefault="00254BB8" w:rsidP="00F76476">
      <w:pPr>
        <w:pStyle w:val="ListParagraph"/>
        <w:widowControl w:val="0"/>
        <w:spacing w:after="0" w:line="240" w:lineRule="auto"/>
        <w:ind w:left="360"/>
        <w:rPr>
          <w:rFonts w:cstheme="minorHAnsi"/>
        </w:rPr>
      </w:pPr>
      <w:r w:rsidRPr="00110575">
        <w:rPr>
          <w:rFonts w:cstheme="minorHAnsi"/>
        </w:rPr>
        <w:t>Number of persons impacted: NA |</w:t>
      </w:r>
      <w:r>
        <w:rPr>
          <w:rFonts w:cstheme="minorHAnsi"/>
        </w:rPr>
        <w:t>2025-2026</w:t>
      </w:r>
      <w:r w:rsidRPr="00110575">
        <w:rPr>
          <w:rFonts w:cstheme="minorHAnsi"/>
        </w:rPr>
        <w:t>| $5,726,700</w:t>
      </w:r>
    </w:p>
    <w:p w:rsidR="00F76476" w:rsidRPr="00110575" w:rsidRDefault="00254BB8" w:rsidP="00F76476">
      <w:pPr>
        <w:widowControl w:val="0"/>
        <w:spacing w:after="0" w:line="240" w:lineRule="auto"/>
        <w:ind w:left="360"/>
        <w:rPr>
          <w:rFonts w:cstheme="minorHAnsi"/>
        </w:rPr>
      </w:pPr>
    </w:p>
    <w:p w:rsidR="00F76476" w:rsidRDefault="00254BB8" w:rsidP="00F76476">
      <w:pPr>
        <w:widowControl w:val="0"/>
        <w:spacing w:after="0" w:line="240" w:lineRule="auto"/>
        <w:ind w:firstLine="360"/>
        <w:rPr>
          <w:rFonts w:cstheme="minorHAnsi"/>
          <w:b/>
        </w:rPr>
      </w:pPr>
      <w:r w:rsidRPr="00B93B8F">
        <w:rPr>
          <w:rFonts w:cstheme="minorHAnsi"/>
          <w:b/>
        </w:rPr>
        <w:t>Rehabilitation of Drainage at Eight and a half Miles Potaro Road, Region No. 7 - Lot 15</w:t>
      </w:r>
    </w:p>
    <w:p w:rsidR="00F76476" w:rsidRPr="00110575" w:rsidRDefault="00254BB8" w:rsidP="00F76476">
      <w:pPr>
        <w:widowControl w:val="0"/>
        <w:spacing w:after="0" w:line="240" w:lineRule="auto"/>
        <w:ind w:firstLine="360"/>
        <w:rPr>
          <w:rFonts w:cstheme="minorHAnsi"/>
        </w:rPr>
      </w:pPr>
      <w:r w:rsidRPr="00110575">
        <w:rPr>
          <w:rFonts w:cstheme="minorHAnsi"/>
        </w:rPr>
        <w:t>Num</w:t>
      </w:r>
      <w:r w:rsidRPr="00110575">
        <w:rPr>
          <w:rFonts w:cstheme="minorHAnsi"/>
        </w:rPr>
        <w:t>ber of persons impacted: NA |</w:t>
      </w:r>
      <w:r>
        <w:rPr>
          <w:rFonts w:cstheme="minorHAnsi"/>
        </w:rPr>
        <w:t>2025-2026</w:t>
      </w:r>
      <w:r w:rsidRPr="00110575">
        <w:rPr>
          <w:rFonts w:cstheme="minorHAnsi"/>
        </w:rPr>
        <w:t>| $5,700,000</w:t>
      </w:r>
    </w:p>
    <w:p w:rsidR="00F76476" w:rsidRPr="00110575" w:rsidRDefault="00254BB8" w:rsidP="00F76476">
      <w:pPr>
        <w:widowControl w:val="0"/>
        <w:spacing w:after="0" w:line="240" w:lineRule="auto"/>
        <w:ind w:left="360"/>
        <w:rPr>
          <w:rFonts w:cstheme="minorHAnsi"/>
        </w:rPr>
      </w:pPr>
    </w:p>
    <w:p w:rsidR="00F76476" w:rsidRDefault="00254BB8" w:rsidP="00F76476">
      <w:pPr>
        <w:widowControl w:val="0"/>
        <w:spacing w:after="0" w:line="240" w:lineRule="auto"/>
        <w:ind w:firstLine="360"/>
        <w:rPr>
          <w:rFonts w:cstheme="minorHAnsi"/>
          <w:b/>
        </w:rPr>
      </w:pPr>
      <w:r w:rsidRPr="00B93B8F">
        <w:rPr>
          <w:rFonts w:cstheme="minorHAnsi"/>
          <w:b/>
        </w:rPr>
        <w:t>Rehabilitation of Drainage at Eleven Miles Potaro Road, Region No. 7 - Lot 16</w:t>
      </w:r>
    </w:p>
    <w:p w:rsidR="00F76476"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sidRPr="00110575">
        <w:rPr>
          <w:rFonts w:eastAsia="Times New Roman" w:cstheme="minorHAnsi"/>
          <w:color w:val="000000"/>
        </w:rPr>
        <w:t>6,247,500</w:t>
      </w:r>
    </w:p>
    <w:p w:rsidR="00F76476" w:rsidRDefault="00254BB8" w:rsidP="00F76476">
      <w:pPr>
        <w:widowControl w:val="0"/>
        <w:spacing w:after="0" w:line="240" w:lineRule="auto"/>
        <w:ind w:firstLine="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A501C3">
        <w:rPr>
          <w:rFonts w:cstheme="minorHAnsi"/>
          <w:b/>
        </w:rPr>
        <w:t xml:space="preserve">Rehabilitation of Drainage at Thirteen Miles Potaro Road, Region No. 7 </w:t>
      </w:r>
      <w:r w:rsidRPr="00A501C3">
        <w:rPr>
          <w:rFonts w:cstheme="minorHAnsi"/>
          <w:b/>
        </w:rPr>
        <w:t>- Lot 17</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sidRPr="00110575">
        <w:rPr>
          <w:rFonts w:eastAsia="Times New Roman" w:cstheme="minorHAnsi"/>
          <w:color w:val="000000"/>
        </w:rPr>
        <w:t>6,111,000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A501C3">
        <w:rPr>
          <w:rFonts w:cstheme="minorHAnsi"/>
          <w:b/>
        </w:rPr>
        <w:t>Mechanical excavation and clearing of farmlands in Bartica, Region No. 7 - Lot 18</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sidRPr="00110575">
        <w:rPr>
          <w:rFonts w:eastAsia="Times New Roman" w:cstheme="minorHAnsi"/>
          <w:color w:val="000000"/>
        </w:rPr>
        <w:t>6,268,500</w:t>
      </w:r>
    </w:p>
    <w:p w:rsidR="00F76476" w:rsidRPr="00110575" w:rsidRDefault="00254BB8" w:rsidP="00F76476">
      <w:pPr>
        <w:widowControl w:val="0"/>
        <w:spacing w:after="0" w:line="240" w:lineRule="auto"/>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A501C3">
        <w:rPr>
          <w:rFonts w:cstheme="minorHAnsi"/>
          <w:b/>
        </w:rPr>
        <w:t xml:space="preserve">Rehabilitation of Drainage and irrigation at Thirteen Miles </w:t>
      </w:r>
      <w:r>
        <w:rPr>
          <w:rFonts w:cstheme="minorHAnsi"/>
          <w:b/>
        </w:rPr>
        <w:t xml:space="preserve">Potaro Road, Region No. 7 – </w:t>
      </w:r>
    </w:p>
    <w:p w:rsidR="00F76476" w:rsidRDefault="00254BB8" w:rsidP="00F76476">
      <w:pPr>
        <w:widowControl w:val="0"/>
        <w:spacing w:after="0" w:line="240" w:lineRule="auto"/>
        <w:ind w:firstLine="360"/>
        <w:rPr>
          <w:rFonts w:cstheme="minorHAnsi"/>
          <w:b/>
        </w:rPr>
      </w:pPr>
      <w:r>
        <w:rPr>
          <w:rFonts w:cstheme="minorHAnsi"/>
          <w:b/>
        </w:rPr>
        <w:t xml:space="preserve">Lot </w:t>
      </w:r>
      <w:r w:rsidRPr="00A501C3">
        <w:rPr>
          <w:rFonts w:cstheme="minorHAnsi"/>
          <w:b/>
        </w:rPr>
        <w:t>19</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sidRPr="00110575">
        <w:rPr>
          <w:rFonts w:eastAsia="Times New Roman" w:cstheme="minorHAnsi"/>
          <w:color w:val="000000"/>
        </w:rPr>
        <w:t>6,268,500</w:t>
      </w:r>
    </w:p>
    <w:p w:rsidR="00F76476" w:rsidRPr="00110575" w:rsidRDefault="00254BB8" w:rsidP="00F76476">
      <w:pPr>
        <w:widowControl w:val="0"/>
        <w:spacing w:after="0" w:line="240" w:lineRule="auto"/>
        <w:ind w:left="360"/>
        <w:rPr>
          <w:rFonts w:cstheme="minorHAnsi"/>
        </w:rPr>
      </w:pPr>
    </w:p>
    <w:p w:rsidR="00F76476" w:rsidRDefault="00254BB8" w:rsidP="00F76476">
      <w:pPr>
        <w:widowControl w:val="0"/>
        <w:spacing w:after="0" w:line="240" w:lineRule="auto"/>
        <w:ind w:firstLine="360"/>
        <w:rPr>
          <w:rFonts w:cstheme="minorHAnsi"/>
          <w:b/>
        </w:rPr>
      </w:pPr>
      <w:r w:rsidRPr="00A501C3">
        <w:rPr>
          <w:rFonts w:cstheme="minorHAnsi"/>
          <w:b/>
        </w:rPr>
        <w:t>Rehabilitation of Drainage at Fourteen Miles Potaro Road, Region No. 7 - Lot 20</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 xml:space="preserve">Number of persons </w:t>
      </w:r>
      <w:r w:rsidRPr="00110575">
        <w:rPr>
          <w:rFonts w:cstheme="minorHAnsi"/>
        </w:rPr>
        <w:t>impacted: NA |</w:t>
      </w:r>
      <w:r>
        <w:rPr>
          <w:rFonts w:cstheme="minorHAnsi"/>
        </w:rPr>
        <w:t>2025-2026</w:t>
      </w:r>
      <w:r w:rsidRPr="00110575">
        <w:rPr>
          <w:rFonts w:cstheme="minorHAnsi"/>
        </w:rPr>
        <w:t>| $</w:t>
      </w:r>
      <w:r w:rsidRPr="00110575">
        <w:rPr>
          <w:rFonts w:eastAsia="Times New Roman" w:cstheme="minorHAnsi"/>
          <w:color w:val="000000"/>
        </w:rPr>
        <w:t>6,105,750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A501C3">
        <w:rPr>
          <w:rFonts w:cstheme="minorHAnsi"/>
          <w:b/>
        </w:rPr>
        <w:t>Rehabilitation of Drainage and irrigation at Thirteen Miles Potaro Road, Region No.</w:t>
      </w:r>
      <w:r>
        <w:rPr>
          <w:rFonts w:cstheme="minorHAnsi"/>
          <w:b/>
        </w:rPr>
        <w:t xml:space="preserve"> 7 – </w:t>
      </w:r>
    </w:p>
    <w:p w:rsidR="00F76476" w:rsidRDefault="00254BB8" w:rsidP="00F76476">
      <w:pPr>
        <w:widowControl w:val="0"/>
        <w:spacing w:after="0" w:line="240" w:lineRule="auto"/>
        <w:ind w:firstLine="360"/>
        <w:rPr>
          <w:rFonts w:cstheme="minorHAnsi"/>
          <w:b/>
        </w:rPr>
      </w:pPr>
      <w:r>
        <w:rPr>
          <w:rFonts w:cstheme="minorHAnsi"/>
          <w:b/>
        </w:rPr>
        <w:t>Lot</w:t>
      </w:r>
      <w:r w:rsidRPr="00A501C3">
        <w:rPr>
          <w:rFonts w:cstheme="minorHAnsi"/>
          <w:b/>
        </w:rPr>
        <w:t>21</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sidRPr="00110575">
        <w:rPr>
          <w:rFonts w:eastAsia="Times New Roman" w:cstheme="minorHAnsi"/>
          <w:color w:val="000000"/>
        </w:rPr>
        <w:t>6,090,000</w:t>
      </w:r>
    </w:p>
    <w:p w:rsidR="00F76476" w:rsidRPr="00110575" w:rsidRDefault="00254BB8" w:rsidP="00F76476">
      <w:pPr>
        <w:widowControl w:val="0"/>
        <w:spacing w:after="0" w:line="240" w:lineRule="auto"/>
        <w:ind w:left="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A501C3">
        <w:rPr>
          <w:rFonts w:cstheme="minorHAnsi"/>
          <w:b/>
        </w:rPr>
        <w:t xml:space="preserve">Rehabilitation of Drainage at Twenty-Three Miles Potaro Road, Region </w:t>
      </w:r>
      <w:r w:rsidRPr="00A501C3">
        <w:rPr>
          <w:rFonts w:cstheme="minorHAnsi"/>
          <w:b/>
        </w:rPr>
        <w:t>No. 7 - lot 22</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w:t>
      </w:r>
      <w:r>
        <w:rPr>
          <w:rFonts w:cstheme="minorHAnsi"/>
        </w:rPr>
        <w:t>2025-2026</w:t>
      </w:r>
      <w:r w:rsidRPr="00110575">
        <w:rPr>
          <w:rFonts w:cstheme="minorHAnsi"/>
        </w:rPr>
        <w:t>| $</w:t>
      </w:r>
      <w:r w:rsidRPr="00110575">
        <w:rPr>
          <w:rFonts w:eastAsia="Times New Roman" w:cstheme="minorHAnsi"/>
          <w:color w:val="000000"/>
        </w:rPr>
        <w:t>5,985,000</w:t>
      </w:r>
    </w:p>
    <w:p w:rsidR="00F76476" w:rsidRDefault="00254BB8" w:rsidP="00F76476">
      <w:pPr>
        <w:widowControl w:val="0"/>
        <w:spacing w:after="0" w:line="240" w:lineRule="auto"/>
        <w:rPr>
          <w:rFonts w:cstheme="minorHAnsi"/>
        </w:rPr>
      </w:pPr>
    </w:p>
    <w:p w:rsidR="00F76476" w:rsidRDefault="00254BB8" w:rsidP="00F76476">
      <w:pPr>
        <w:widowControl w:val="0"/>
        <w:spacing w:after="0" w:line="240" w:lineRule="auto"/>
        <w:ind w:firstLine="360"/>
        <w:rPr>
          <w:rFonts w:cstheme="minorHAnsi"/>
          <w:b/>
        </w:rPr>
      </w:pPr>
      <w:r w:rsidRPr="007B292F">
        <w:rPr>
          <w:rFonts w:cstheme="minorHAnsi"/>
          <w:b/>
        </w:rPr>
        <w:t>Sealing of breaches and empoldering of Fa</w:t>
      </w:r>
      <w:r>
        <w:rPr>
          <w:rFonts w:cstheme="minorHAnsi"/>
          <w:b/>
        </w:rPr>
        <w:t>rm lands within Byshaboo Creek,</w:t>
      </w:r>
    </w:p>
    <w:p w:rsidR="00F76476" w:rsidRDefault="00254BB8" w:rsidP="00F76476">
      <w:pPr>
        <w:widowControl w:val="0"/>
        <w:spacing w:after="0" w:line="240" w:lineRule="auto"/>
        <w:ind w:firstLine="360"/>
        <w:rPr>
          <w:rFonts w:cstheme="minorHAnsi"/>
          <w:b/>
        </w:rPr>
      </w:pPr>
      <w:r w:rsidRPr="007B292F">
        <w:rPr>
          <w:rFonts w:cstheme="minorHAnsi"/>
          <w:b/>
        </w:rPr>
        <w:t>Region 7</w:t>
      </w:r>
    </w:p>
    <w:p w:rsidR="00F76476" w:rsidRDefault="00254BB8" w:rsidP="00F76476">
      <w:pPr>
        <w:widowControl w:val="0"/>
        <w:spacing w:after="0" w:line="240" w:lineRule="auto"/>
        <w:ind w:firstLine="360"/>
        <w:rPr>
          <w:rFonts w:cstheme="minorHAnsi"/>
        </w:rPr>
      </w:pPr>
      <w:r w:rsidRPr="00110575">
        <w:rPr>
          <w:rFonts w:cstheme="minorHAnsi"/>
        </w:rPr>
        <w:t>Number of</w:t>
      </w:r>
      <w:r>
        <w:rPr>
          <w:rFonts w:cstheme="minorHAnsi"/>
        </w:rPr>
        <w:t xml:space="preserve"> persons impacted: NA |2025| $13,950,000</w:t>
      </w:r>
    </w:p>
    <w:p w:rsidR="00F76476" w:rsidRDefault="00254BB8" w:rsidP="00F76476">
      <w:pPr>
        <w:widowControl w:val="0"/>
        <w:spacing w:after="0" w:line="240" w:lineRule="auto"/>
        <w:ind w:firstLine="360"/>
        <w:rPr>
          <w:rFonts w:cstheme="minorHAnsi"/>
          <w:b/>
        </w:rPr>
      </w:pPr>
      <w:r w:rsidRPr="007B292F">
        <w:rPr>
          <w:rFonts w:cstheme="minorHAnsi"/>
          <w:b/>
        </w:rPr>
        <w:t>Manual cleaning and desilting of</w:t>
      </w:r>
      <w:r>
        <w:rPr>
          <w:rFonts w:cstheme="minorHAnsi"/>
          <w:b/>
        </w:rPr>
        <w:t xml:space="preserve"> drainage channel with</w:t>
      </w:r>
      <w:r>
        <w:rPr>
          <w:rFonts w:cstheme="minorHAnsi"/>
          <w:b/>
        </w:rPr>
        <w:t>in Block A</w:t>
      </w:r>
      <w:r w:rsidRPr="007B292F">
        <w:rPr>
          <w:rFonts w:cstheme="minorHAnsi"/>
          <w:b/>
        </w:rPr>
        <w:t xml:space="preserve"> between third &amp; </w:t>
      </w:r>
    </w:p>
    <w:p w:rsidR="00F76476" w:rsidRDefault="00254BB8" w:rsidP="00F76476">
      <w:pPr>
        <w:widowControl w:val="0"/>
        <w:spacing w:after="0" w:line="240" w:lineRule="auto"/>
        <w:ind w:firstLine="360"/>
        <w:rPr>
          <w:rFonts w:cstheme="minorHAnsi"/>
          <w:b/>
        </w:rPr>
      </w:pPr>
      <w:r>
        <w:rPr>
          <w:rFonts w:cstheme="minorHAnsi"/>
          <w:b/>
        </w:rPr>
        <w:t xml:space="preserve">sixth avenue, </w:t>
      </w:r>
      <w:r w:rsidRPr="007B292F">
        <w:rPr>
          <w:rFonts w:cstheme="minorHAnsi"/>
          <w:b/>
        </w:rPr>
        <w:t>Bartica, Region 7</w:t>
      </w:r>
    </w:p>
    <w:p w:rsidR="00F76476" w:rsidRDefault="00254BB8" w:rsidP="00F76476">
      <w:pPr>
        <w:widowControl w:val="0"/>
        <w:spacing w:after="0" w:line="240" w:lineRule="auto"/>
        <w:ind w:firstLine="360"/>
        <w:rPr>
          <w:rFonts w:cstheme="minorHAnsi"/>
        </w:rPr>
      </w:pPr>
      <w:r w:rsidRPr="00110575">
        <w:rPr>
          <w:rFonts w:cstheme="minorHAnsi"/>
        </w:rPr>
        <w:t>Number of</w:t>
      </w:r>
      <w:r>
        <w:rPr>
          <w:rFonts w:cstheme="minorHAnsi"/>
        </w:rPr>
        <w:t xml:space="preserve"> persons impacted: NA |2025| $5,306,800</w:t>
      </w:r>
    </w:p>
    <w:p w:rsidR="00F76476" w:rsidRDefault="00254BB8" w:rsidP="00F76476">
      <w:pPr>
        <w:widowControl w:val="0"/>
        <w:spacing w:after="0" w:line="240" w:lineRule="auto"/>
        <w:ind w:firstLine="360"/>
        <w:rPr>
          <w:rFonts w:cstheme="minorHAnsi"/>
        </w:rPr>
      </w:pPr>
    </w:p>
    <w:p w:rsidR="00F76476" w:rsidRPr="007B292F" w:rsidRDefault="00254BB8" w:rsidP="00F76476">
      <w:pPr>
        <w:widowControl w:val="0"/>
        <w:spacing w:after="0" w:line="240" w:lineRule="auto"/>
        <w:ind w:firstLine="360"/>
        <w:rPr>
          <w:rFonts w:cstheme="minorHAnsi"/>
          <w:b/>
        </w:rPr>
      </w:pPr>
      <w:r w:rsidRPr="007B292F">
        <w:rPr>
          <w:rFonts w:cstheme="minorHAnsi"/>
          <w:b/>
        </w:rPr>
        <w:t xml:space="preserve">Manual cleaning and desilting of drainage channel within Block B between third &amp; </w:t>
      </w:r>
    </w:p>
    <w:p w:rsidR="00F76476" w:rsidRPr="007B292F" w:rsidRDefault="00254BB8" w:rsidP="00F76476">
      <w:pPr>
        <w:widowControl w:val="0"/>
        <w:spacing w:after="0" w:line="240" w:lineRule="auto"/>
        <w:ind w:firstLine="360"/>
        <w:rPr>
          <w:rFonts w:cstheme="minorHAnsi"/>
          <w:b/>
        </w:rPr>
      </w:pPr>
      <w:r w:rsidRPr="007B292F">
        <w:rPr>
          <w:rFonts w:cstheme="minorHAnsi"/>
          <w:b/>
        </w:rPr>
        <w:t>sixth avenue, Bartica, Region 7</w:t>
      </w:r>
    </w:p>
    <w:p w:rsidR="00F76476" w:rsidRDefault="00254BB8" w:rsidP="00F76476">
      <w:pPr>
        <w:widowControl w:val="0"/>
        <w:spacing w:after="0" w:line="240" w:lineRule="auto"/>
        <w:ind w:firstLine="360"/>
        <w:rPr>
          <w:rFonts w:cstheme="minorHAnsi"/>
        </w:rPr>
      </w:pPr>
      <w:r w:rsidRPr="007B292F">
        <w:rPr>
          <w:rFonts w:cstheme="minorHAnsi"/>
        </w:rPr>
        <w:t xml:space="preserve">Number of persons impacted: NA </w:t>
      </w:r>
      <w:r w:rsidRPr="007B292F">
        <w:rPr>
          <w:rFonts w:cstheme="minorHAnsi"/>
        </w:rPr>
        <w:t>|2025| $5,270,400</w:t>
      </w:r>
    </w:p>
    <w:p w:rsidR="00F76476" w:rsidRDefault="00254BB8" w:rsidP="00F76476">
      <w:pPr>
        <w:widowControl w:val="0"/>
        <w:spacing w:after="0" w:line="240" w:lineRule="auto"/>
        <w:ind w:firstLine="360"/>
        <w:rPr>
          <w:rFonts w:cstheme="minorHAnsi"/>
        </w:rPr>
      </w:pPr>
    </w:p>
    <w:p w:rsidR="00F76476" w:rsidRDefault="00254BB8" w:rsidP="00F76476">
      <w:pPr>
        <w:widowControl w:val="0"/>
        <w:spacing w:after="0" w:line="240" w:lineRule="auto"/>
        <w:ind w:firstLine="360"/>
        <w:rPr>
          <w:rFonts w:cstheme="minorHAnsi"/>
          <w:b/>
        </w:rPr>
      </w:pPr>
      <w:r w:rsidRPr="00FE20A2">
        <w:rPr>
          <w:rFonts w:cstheme="minorHAnsi"/>
          <w:b/>
        </w:rPr>
        <w:t>Operation of NDIA Hydraulic Excavator in Karrau, Region No. 7 for the period May, 2025</w:t>
      </w:r>
    </w:p>
    <w:p w:rsidR="00F76476" w:rsidRPr="007B292F" w:rsidRDefault="00254BB8" w:rsidP="00F76476">
      <w:pPr>
        <w:widowControl w:val="0"/>
        <w:spacing w:after="0" w:line="240" w:lineRule="auto"/>
        <w:ind w:firstLine="360"/>
        <w:rPr>
          <w:rFonts w:cstheme="minorHAnsi"/>
        </w:rPr>
      </w:pPr>
      <w:r w:rsidRPr="007B292F">
        <w:rPr>
          <w:rFonts w:cstheme="minorHAnsi"/>
        </w:rPr>
        <w:t>Number of persons impacted: NA |2025| $</w:t>
      </w:r>
      <w:r>
        <w:rPr>
          <w:rFonts w:cstheme="minorHAnsi"/>
        </w:rPr>
        <w:t>2</w:t>
      </w:r>
      <w:r w:rsidRPr="007B292F">
        <w:rPr>
          <w:rFonts w:cstheme="minorHAnsi"/>
        </w:rPr>
        <w:t>,</w:t>
      </w:r>
      <w:r>
        <w:rPr>
          <w:rFonts w:cstheme="minorHAnsi"/>
        </w:rPr>
        <w:t>454</w:t>
      </w:r>
      <w:r w:rsidRPr="007B292F">
        <w:rPr>
          <w:rFonts w:cstheme="minorHAnsi"/>
        </w:rPr>
        <w:t>,</w:t>
      </w:r>
      <w:r>
        <w:rPr>
          <w:rFonts w:cstheme="minorHAnsi"/>
        </w:rPr>
        <w:t>6</w:t>
      </w:r>
      <w:r w:rsidRPr="007B292F">
        <w:rPr>
          <w:rFonts w:cstheme="minorHAnsi"/>
        </w:rPr>
        <w:t>00</w:t>
      </w:r>
    </w:p>
    <w:p w:rsidR="00F76476" w:rsidRPr="007B292F" w:rsidRDefault="00254BB8" w:rsidP="00F76476">
      <w:pPr>
        <w:widowControl w:val="0"/>
        <w:spacing w:after="0" w:line="240" w:lineRule="auto"/>
        <w:rPr>
          <w:rFonts w:cstheme="minorHAnsi"/>
        </w:rPr>
      </w:pPr>
    </w:p>
    <w:p w:rsidR="00F76476" w:rsidRPr="007B292F" w:rsidRDefault="00254BB8" w:rsidP="00F76476">
      <w:pPr>
        <w:widowControl w:val="0"/>
        <w:spacing w:after="0" w:line="240" w:lineRule="auto"/>
        <w:ind w:firstLine="360"/>
        <w:rPr>
          <w:rFonts w:cstheme="minorHAnsi"/>
          <w:b/>
        </w:rPr>
      </w:pPr>
      <w:r w:rsidRPr="007B292F">
        <w:rPr>
          <w:rFonts w:cstheme="minorHAnsi"/>
          <w:b/>
        </w:rPr>
        <w:t>Operation, Servicing and Monitoring of NDIA Hydraulic Excavator No.193 within Karrau,</w:t>
      </w:r>
    </w:p>
    <w:p w:rsidR="00F76476" w:rsidRPr="007B292F" w:rsidRDefault="00254BB8" w:rsidP="00F76476">
      <w:pPr>
        <w:widowControl w:val="0"/>
        <w:spacing w:after="0" w:line="240" w:lineRule="auto"/>
        <w:ind w:firstLine="360"/>
        <w:rPr>
          <w:rFonts w:cstheme="minorHAnsi"/>
          <w:b/>
        </w:rPr>
      </w:pPr>
      <w:r w:rsidRPr="007B292F">
        <w:rPr>
          <w:rFonts w:cstheme="minorHAnsi"/>
          <w:b/>
        </w:rPr>
        <w:t xml:space="preserve">Region 7 June </w:t>
      </w:r>
      <w:r w:rsidRPr="007B292F">
        <w:rPr>
          <w:rFonts w:cstheme="minorHAnsi"/>
          <w:b/>
        </w:rPr>
        <w:t>to December 2025</w:t>
      </w:r>
    </w:p>
    <w:p w:rsidR="00F76476" w:rsidRPr="007B292F" w:rsidRDefault="00254BB8" w:rsidP="00F76476">
      <w:pPr>
        <w:widowControl w:val="0"/>
        <w:spacing w:after="0" w:line="240" w:lineRule="auto"/>
        <w:ind w:firstLine="360"/>
        <w:rPr>
          <w:rFonts w:cstheme="minorHAnsi"/>
        </w:rPr>
      </w:pPr>
      <w:r w:rsidRPr="007B292F">
        <w:rPr>
          <w:rFonts w:cstheme="minorHAnsi"/>
        </w:rPr>
        <w:t>Number of persons impacted: NA |2025| $13,991,000</w:t>
      </w:r>
    </w:p>
    <w:p w:rsidR="00F76476" w:rsidRPr="007B292F" w:rsidRDefault="00254BB8" w:rsidP="00F76476">
      <w:pPr>
        <w:widowControl w:val="0"/>
        <w:spacing w:after="0" w:line="240" w:lineRule="auto"/>
        <w:rPr>
          <w:rFonts w:cstheme="minorHAnsi"/>
        </w:rPr>
      </w:pPr>
    </w:p>
    <w:p w:rsidR="00F76476" w:rsidRPr="007B292F" w:rsidRDefault="00254BB8" w:rsidP="00F76476">
      <w:pPr>
        <w:widowControl w:val="0"/>
        <w:spacing w:after="0" w:line="240" w:lineRule="auto"/>
        <w:ind w:firstLine="360"/>
        <w:rPr>
          <w:rFonts w:cstheme="minorHAnsi"/>
          <w:b/>
        </w:rPr>
      </w:pPr>
      <w:r w:rsidRPr="007B292F">
        <w:rPr>
          <w:rFonts w:cstheme="minorHAnsi"/>
          <w:b/>
        </w:rPr>
        <w:t xml:space="preserve">Rehabilitation of Drainage Culverts at Mongrippa Creek,   </w:t>
      </w:r>
    </w:p>
    <w:p w:rsidR="00F76476" w:rsidRPr="00110575" w:rsidRDefault="00254BB8" w:rsidP="00F76476">
      <w:pPr>
        <w:widowControl w:val="0"/>
        <w:spacing w:after="0" w:line="240" w:lineRule="auto"/>
        <w:ind w:firstLine="360"/>
        <w:rPr>
          <w:rFonts w:cstheme="minorHAnsi"/>
          <w:b/>
        </w:rPr>
      </w:pPr>
      <w:r w:rsidRPr="007B292F">
        <w:rPr>
          <w:rFonts w:cstheme="minorHAnsi"/>
          <w:b/>
        </w:rPr>
        <w:t>Bartica,</w:t>
      </w:r>
      <w:r w:rsidRPr="00110575">
        <w:rPr>
          <w:rFonts w:cstheme="minorHAnsi"/>
          <w:b/>
        </w:rPr>
        <w:t xml:space="preserve"> Region No. 7</w:t>
      </w:r>
    </w:p>
    <w:p w:rsidR="00F76476" w:rsidRDefault="00254BB8" w:rsidP="00F76476">
      <w:pPr>
        <w:widowControl w:val="0"/>
        <w:spacing w:after="0" w:line="240" w:lineRule="auto"/>
        <w:ind w:firstLine="360"/>
        <w:rPr>
          <w:rFonts w:cstheme="minorHAnsi"/>
        </w:rPr>
      </w:pPr>
      <w:r w:rsidRPr="00110575">
        <w:rPr>
          <w:rFonts w:cstheme="minorHAnsi"/>
        </w:rPr>
        <w:t>Number of persons impacted: NA |2025| $68,674,536</w:t>
      </w:r>
    </w:p>
    <w:p w:rsidR="00F76476" w:rsidRDefault="00254BB8" w:rsidP="00F76476">
      <w:pPr>
        <w:widowControl w:val="0"/>
        <w:spacing w:after="0" w:line="240" w:lineRule="auto"/>
        <w:ind w:firstLine="360"/>
        <w:rPr>
          <w:rFonts w:cstheme="minorHAnsi"/>
        </w:rPr>
      </w:pPr>
    </w:p>
    <w:p w:rsidR="00F76476" w:rsidRDefault="00254BB8" w:rsidP="00F76476">
      <w:pPr>
        <w:widowControl w:val="0"/>
        <w:spacing w:after="0" w:line="240" w:lineRule="auto"/>
        <w:ind w:firstLine="360"/>
        <w:rPr>
          <w:rFonts w:cstheme="minorHAnsi"/>
          <w:b/>
        </w:rPr>
      </w:pPr>
      <w:r w:rsidRPr="00170F88">
        <w:rPr>
          <w:rFonts w:cstheme="minorHAnsi"/>
          <w:b/>
        </w:rPr>
        <w:t xml:space="preserve">Mechanical Excavation and Clearing of Farmlands in Bartica, </w:t>
      </w:r>
    </w:p>
    <w:p w:rsidR="00F76476" w:rsidRDefault="00254BB8" w:rsidP="00F76476">
      <w:pPr>
        <w:widowControl w:val="0"/>
        <w:spacing w:after="0" w:line="240" w:lineRule="auto"/>
        <w:ind w:firstLine="360"/>
        <w:rPr>
          <w:rFonts w:cstheme="minorHAnsi"/>
          <w:b/>
        </w:rPr>
      </w:pPr>
      <w:r w:rsidRPr="00170F88">
        <w:rPr>
          <w:rFonts w:cstheme="minorHAnsi"/>
          <w:b/>
        </w:rPr>
        <w:t>Region No.7 Lots 1</w:t>
      </w:r>
      <w:r>
        <w:rPr>
          <w:rFonts w:cstheme="minorHAnsi"/>
          <w:b/>
        </w:rPr>
        <w:t>-6</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|202</w:t>
      </w:r>
      <w:r>
        <w:rPr>
          <w:rFonts w:cstheme="minorHAnsi"/>
        </w:rPr>
        <w:t>6</w:t>
      </w:r>
      <w:r w:rsidRPr="00110575">
        <w:rPr>
          <w:rFonts w:cstheme="minorHAnsi"/>
        </w:rPr>
        <w:t>| $</w:t>
      </w:r>
      <w:r>
        <w:rPr>
          <w:rFonts w:cstheme="minorHAnsi"/>
        </w:rPr>
        <w:t>4</w:t>
      </w:r>
      <w:r w:rsidRPr="00110575">
        <w:rPr>
          <w:rFonts w:cstheme="minorHAnsi"/>
        </w:rPr>
        <w:t>8,</w:t>
      </w:r>
      <w:r>
        <w:rPr>
          <w:rFonts w:cstheme="minorHAnsi"/>
        </w:rPr>
        <w:t>420</w:t>
      </w:r>
      <w:r w:rsidRPr="00110575">
        <w:rPr>
          <w:rFonts w:cstheme="minorHAnsi"/>
        </w:rPr>
        <w:t>,</w:t>
      </w:r>
      <w:r>
        <w:rPr>
          <w:rFonts w:cstheme="minorHAnsi"/>
        </w:rPr>
        <w:t>000</w:t>
      </w:r>
    </w:p>
    <w:p w:rsidR="00F76476" w:rsidRDefault="00254BB8" w:rsidP="00F76476">
      <w:pPr>
        <w:widowControl w:val="0"/>
        <w:spacing w:after="0" w:line="240" w:lineRule="auto"/>
        <w:ind w:firstLine="360"/>
        <w:rPr>
          <w:rFonts w:eastAsia="Times New Roman" w:cstheme="minorHAnsi"/>
          <w:color w:val="000000"/>
        </w:rPr>
      </w:pPr>
    </w:p>
    <w:p w:rsidR="00F76476" w:rsidRDefault="00254BB8" w:rsidP="00F76476">
      <w:pPr>
        <w:widowControl w:val="0"/>
        <w:spacing w:after="0" w:line="240" w:lineRule="auto"/>
        <w:ind w:firstLine="360"/>
        <w:rPr>
          <w:rFonts w:cstheme="minorHAnsi"/>
          <w:b/>
        </w:rPr>
      </w:pPr>
      <w:r w:rsidRPr="00170F88">
        <w:rPr>
          <w:rFonts w:cstheme="minorHAnsi"/>
          <w:b/>
        </w:rPr>
        <w:t>Operation, Servicing and Monitoring of NDIA Hydraulic excavators No.193 within Karrau,</w:t>
      </w:r>
    </w:p>
    <w:p w:rsidR="00F76476" w:rsidRDefault="00254BB8" w:rsidP="00F76476">
      <w:pPr>
        <w:widowControl w:val="0"/>
        <w:spacing w:after="0" w:line="240" w:lineRule="auto"/>
        <w:ind w:firstLine="360"/>
        <w:rPr>
          <w:rFonts w:cstheme="minorHAnsi"/>
          <w:b/>
        </w:rPr>
      </w:pPr>
      <w:r w:rsidRPr="00170F88">
        <w:rPr>
          <w:rFonts w:cstheme="minorHAnsi"/>
          <w:b/>
        </w:rPr>
        <w:t>Region 7 Jan to June 2026</w:t>
      </w:r>
    </w:p>
    <w:p w:rsidR="00F76476" w:rsidRDefault="00254BB8" w:rsidP="00F76476">
      <w:pPr>
        <w:widowControl w:val="0"/>
        <w:spacing w:after="0" w:line="240" w:lineRule="auto"/>
        <w:ind w:firstLine="360"/>
        <w:rPr>
          <w:rFonts w:cstheme="minorHAnsi"/>
        </w:rPr>
      </w:pPr>
      <w:r w:rsidRPr="00110575">
        <w:rPr>
          <w:rFonts w:cstheme="minorHAnsi"/>
        </w:rPr>
        <w:t xml:space="preserve">Number of </w:t>
      </w:r>
      <w:r w:rsidRPr="00110575">
        <w:rPr>
          <w:rFonts w:cstheme="minorHAnsi"/>
        </w:rPr>
        <w:t>persons impacted: NA |202</w:t>
      </w:r>
      <w:r>
        <w:rPr>
          <w:rFonts w:cstheme="minorHAnsi"/>
        </w:rPr>
        <w:t>6</w:t>
      </w:r>
      <w:r w:rsidRPr="00110575">
        <w:rPr>
          <w:rFonts w:cstheme="minorHAnsi"/>
        </w:rPr>
        <w:t>| $</w:t>
      </w:r>
      <w:r>
        <w:rPr>
          <w:rFonts w:cstheme="minorHAnsi"/>
        </w:rPr>
        <w:t>13</w:t>
      </w:r>
      <w:r w:rsidRPr="00110575">
        <w:rPr>
          <w:rFonts w:cstheme="minorHAnsi"/>
        </w:rPr>
        <w:t>,</w:t>
      </w:r>
      <w:r>
        <w:rPr>
          <w:rFonts w:cstheme="minorHAnsi"/>
        </w:rPr>
        <w:t>991</w:t>
      </w:r>
      <w:r w:rsidRPr="00110575">
        <w:rPr>
          <w:rFonts w:cstheme="minorHAnsi"/>
        </w:rPr>
        <w:t>,</w:t>
      </w:r>
      <w:r>
        <w:rPr>
          <w:rFonts w:cstheme="minorHAnsi"/>
        </w:rPr>
        <w:t>000</w:t>
      </w:r>
    </w:p>
    <w:p w:rsidR="00F76476" w:rsidRDefault="00254BB8" w:rsidP="00F76476">
      <w:pPr>
        <w:widowControl w:val="0"/>
        <w:spacing w:after="0" w:line="240" w:lineRule="auto"/>
        <w:ind w:firstLine="360"/>
        <w:rPr>
          <w:rFonts w:cstheme="minorHAnsi"/>
        </w:rPr>
      </w:pPr>
    </w:p>
    <w:p w:rsidR="00F76476" w:rsidRDefault="00254BB8" w:rsidP="00F76476">
      <w:pPr>
        <w:widowControl w:val="0"/>
        <w:spacing w:after="0" w:line="240" w:lineRule="auto"/>
        <w:ind w:firstLine="360"/>
        <w:rPr>
          <w:rFonts w:cstheme="minorHAnsi"/>
          <w:b/>
        </w:rPr>
      </w:pPr>
      <w:r w:rsidRPr="00170F88">
        <w:rPr>
          <w:rFonts w:cstheme="minorHAnsi"/>
          <w:b/>
        </w:rPr>
        <w:t>Operation, Servicing and Monitoring of NDIA Mini Hydraulic Excavators within Bartica,</w:t>
      </w:r>
    </w:p>
    <w:p w:rsidR="00F76476" w:rsidRDefault="00254BB8" w:rsidP="00F76476">
      <w:pPr>
        <w:widowControl w:val="0"/>
        <w:spacing w:after="0" w:line="240" w:lineRule="auto"/>
        <w:ind w:firstLine="360"/>
        <w:rPr>
          <w:rFonts w:cstheme="minorHAnsi"/>
          <w:b/>
        </w:rPr>
      </w:pPr>
      <w:r w:rsidRPr="00170F88">
        <w:rPr>
          <w:rFonts w:cstheme="minorHAnsi"/>
          <w:b/>
        </w:rPr>
        <w:t>Region No. 7</w:t>
      </w:r>
    </w:p>
    <w:p w:rsidR="00F76476" w:rsidRPr="00110575" w:rsidRDefault="00254BB8" w:rsidP="00F76476">
      <w:pPr>
        <w:widowControl w:val="0"/>
        <w:spacing w:after="0" w:line="240" w:lineRule="auto"/>
        <w:ind w:firstLine="360"/>
        <w:rPr>
          <w:rFonts w:eastAsia="Times New Roman" w:cstheme="minorHAnsi"/>
          <w:color w:val="000000"/>
        </w:rPr>
      </w:pPr>
      <w:r w:rsidRPr="00110575">
        <w:rPr>
          <w:rFonts w:cstheme="minorHAnsi"/>
        </w:rPr>
        <w:t>Number of persons impacted: NA |202</w:t>
      </w:r>
      <w:r>
        <w:rPr>
          <w:rFonts w:cstheme="minorHAnsi"/>
        </w:rPr>
        <w:t>6</w:t>
      </w:r>
      <w:r w:rsidRPr="00110575">
        <w:rPr>
          <w:rFonts w:cstheme="minorHAnsi"/>
        </w:rPr>
        <w:t>| $</w:t>
      </w:r>
      <w:r>
        <w:rPr>
          <w:rFonts w:cstheme="minorHAnsi"/>
        </w:rPr>
        <w:t>11</w:t>
      </w:r>
      <w:r w:rsidRPr="00110575">
        <w:rPr>
          <w:rFonts w:cstheme="minorHAnsi"/>
        </w:rPr>
        <w:t>,</w:t>
      </w:r>
      <w:r>
        <w:rPr>
          <w:rFonts w:cstheme="minorHAnsi"/>
        </w:rPr>
        <w:t>815</w:t>
      </w:r>
      <w:r w:rsidRPr="00110575">
        <w:rPr>
          <w:rFonts w:cstheme="minorHAnsi"/>
        </w:rPr>
        <w:t>,</w:t>
      </w:r>
      <w:r>
        <w:rPr>
          <w:rFonts w:cstheme="minorHAnsi"/>
        </w:rPr>
        <w:t>000</w:t>
      </w:r>
    </w:p>
    <w:p w:rsidR="00F76476" w:rsidRPr="00110575" w:rsidRDefault="00254BB8" w:rsidP="00F76476">
      <w:pPr>
        <w:widowControl w:val="0"/>
        <w:spacing w:after="0" w:line="240" w:lineRule="auto"/>
        <w:rPr>
          <w:rFonts w:eastAsia="Times New Roman" w:cstheme="minorHAnsi"/>
          <w:color w:val="000000"/>
        </w:rPr>
      </w:pPr>
    </w:p>
    <w:p w:rsidR="00F76476" w:rsidRPr="00110575" w:rsidRDefault="00254BB8" w:rsidP="00F76476">
      <w:pPr>
        <w:pStyle w:val="ListParagraph"/>
        <w:spacing w:after="0"/>
        <w:ind w:left="360"/>
        <w:rPr>
          <w:rFonts w:eastAsia="Times New Roman" w:cstheme="minorHAnsi"/>
          <w:b/>
          <w:bCs/>
          <w:color w:val="000000"/>
        </w:rPr>
      </w:pPr>
      <w:r w:rsidRPr="00110575">
        <w:rPr>
          <w:rFonts w:eastAsia="Times New Roman" w:cstheme="minorHAnsi"/>
          <w:b/>
          <w:bCs/>
          <w:color w:val="000000"/>
        </w:rPr>
        <w:t>TOTAL:</w:t>
      </w:r>
      <w:r w:rsidRPr="00110575">
        <w:rPr>
          <w:rFonts w:cstheme="minorHAnsi"/>
          <w:b/>
          <w:bCs/>
          <w:lang w:val="en"/>
        </w:rPr>
        <w:t xml:space="preserve"> </w:t>
      </w:r>
      <w:r w:rsidRPr="00110575">
        <w:rPr>
          <w:rFonts w:cstheme="minorHAnsi"/>
          <w:b/>
          <w:lang w:val="en"/>
        </w:rPr>
        <w:t>$</w:t>
      </w:r>
      <w:r>
        <w:rPr>
          <w:b/>
          <w:bCs/>
        </w:rPr>
        <w:t>479,514,03</w:t>
      </w:r>
      <w:r w:rsidRPr="001E1360">
        <w:rPr>
          <w:b/>
          <w:bCs/>
        </w:rPr>
        <w:t>6</w:t>
      </w:r>
    </w:p>
    <w:p w:rsidR="00F76476" w:rsidRPr="00110575" w:rsidRDefault="00254BB8" w:rsidP="00F76476">
      <w:pPr>
        <w:pStyle w:val="ListParagraph"/>
        <w:spacing w:after="0"/>
        <w:ind w:left="360"/>
        <w:rPr>
          <w:rFonts w:eastAsia="Times New Roman" w:cstheme="minorHAnsi"/>
          <w:color w:val="000000"/>
        </w:rPr>
      </w:pPr>
    </w:p>
    <w:p w:rsidR="00665885" w:rsidRPr="002167CA" w:rsidRDefault="00254BB8" w:rsidP="00110575">
      <w:pPr>
        <w:spacing w:after="0"/>
        <w:rPr>
          <w:rFonts w:cstheme="minorHAnsi"/>
          <w:lang w:val="en"/>
        </w:rPr>
      </w:pPr>
      <w:r w:rsidRPr="002167CA">
        <w:rPr>
          <w:rFonts w:cstheme="minorHAnsi"/>
          <w:b/>
          <w:bCs/>
          <w:lang w:val="en"/>
        </w:rPr>
        <w:t>-----------------------------------------------------------------------------------------------------------------</w:t>
      </w:r>
    </w:p>
    <w:p w:rsidR="00665885" w:rsidRPr="008A37A7" w:rsidRDefault="00254BB8" w:rsidP="00110575">
      <w:pPr>
        <w:pStyle w:val="ListParagraph"/>
        <w:spacing w:after="0"/>
        <w:ind w:left="360"/>
        <w:rPr>
          <w:rFonts w:eastAsia="Times New Roman" w:cstheme="minorHAnsi"/>
          <w:color w:val="000000"/>
          <w:highlight w:val="yellow"/>
        </w:rPr>
      </w:pPr>
    </w:p>
    <w:p w:rsidR="00665885" w:rsidRPr="000242BE" w:rsidRDefault="00254BB8" w:rsidP="00110575">
      <w:pPr>
        <w:pStyle w:val="ListParagraph"/>
        <w:numPr>
          <w:ilvl w:val="0"/>
          <w:numId w:val="1"/>
        </w:numPr>
        <w:spacing w:after="0"/>
        <w:rPr>
          <w:rFonts w:cstheme="minorHAnsi"/>
          <w:b/>
          <w:lang w:val="en"/>
        </w:rPr>
      </w:pPr>
      <w:r w:rsidRPr="000242BE">
        <w:rPr>
          <w:rFonts w:cstheme="minorHAnsi"/>
          <w:b/>
          <w:lang w:val="en"/>
        </w:rPr>
        <w:t>HYDROMET</w:t>
      </w:r>
      <w:r w:rsidRPr="000242BE">
        <w:rPr>
          <w:rFonts w:cstheme="minorHAnsi"/>
          <w:bCs/>
          <w:lang w:val="en"/>
        </w:rPr>
        <w:t xml:space="preserve">| </w:t>
      </w:r>
      <w:r w:rsidRPr="000242BE">
        <w:rPr>
          <w:rFonts w:cstheme="minorHAnsi"/>
          <w:b/>
          <w:lang w:val="en"/>
        </w:rPr>
        <w:t>$</w:t>
      </w:r>
      <w:r w:rsidRPr="000242BE">
        <w:rPr>
          <w:rFonts w:eastAsia="Times New Roman" w:cstheme="minorHAnsi"/>
          <w:b/>
          <w:bCs/>
          <w:color w:val="000000"/>
        </w:rPr>
        <w:t>32,932,200</w:t>
      </w:r>
      <w:r w:rsidRPr="000242BE">
        <w:rPr>
          <w:rFonts w:cstheme="minorHAnsi"/>
          <w:b/>
          <w:lang w:val="en"/>
        </w:rPr>
        <w:t>| 2020-202</w:t>
      </w:r>
      <w:r>
        <w:rPr>
          <w:rFonts w:cstheme="minorHAnsi"/>
          <w:b/>
          <w:lang w:val="en"/>
        </w:rPr>
        <w:t>6</w:t>
      </w:r>
      <w:r w:rsidRPr="000242BE">
        <w:rPr>
          <w:rFonts w:cstheme="minorHAnsi"/>
          <w:b/>
          <w:lang w:val="en"/>
        </w:rPr>
        <w:t>|</w:t>
      </w:r>
    </w:p>
    <w:p w:rsidR="00665885" w:rsidRPr="000242BE" w:rsidRDefault="00254BB8" w:rsidP="00110575">
      <w:pPr>
        <w:pStyle w:val="ListParagraph"/>
        <w:spacing w:after="0"/>
        <w:ind w:left="360"/>
        <w:rPr>
          <w:rFonts w:cstheme="minorHAnsi"/>
          <w:b/>
          <w:lang w:val="en"/>
        </w:rPr>
      </w:pPr>
    </w:p>
    <w:p w:rsidR="00665885" w:rsidRPr="000242BE" w:rsidRDefault="00254BB8" w:rsidP="00110575">
      <w:pPr>
        <w:pStyle w:val="ListParagraph"/>
        <w:spacing w:after="0"/>
        <w:ind w:left="360"/>
        <w:rPr>
          <w:rFonts w:eastAsia="Times New Roman" w:cstheme="minorHAnsi"/>
          <w:b/>
          <w:bCs/>
          <w:color w:val="000000"/>
        </w:rPr>
      </w:pPr>
      <w:r w:rsidRPr="000242BE">
        <w:rPr>
          <w:rFonts w:eastAsia="Times New Roman" w:cstheme="minorHAnsi"/>
          <w:b/>
          <w:bCs/>
          <w:color w:val="000000"/>
        </w:rPr>
        <w:t>Installation of Micro Automatic Weather Station</w:t>
      </w:r>
    </w:p>
    <w:p w:rsidR="00665885" w:rsidRPr="000242BE" w:rsidRDefault="00254BB8" w:rsidP="00110575">
      <w:pPr>
        <w:pStyle w:val="ListParagraph"/>
        <w:spacing w:after="0"/>
        <w:ind w:left="360"/>
        <w:rPr>
          <w:rFonts w:eastAsia="Times New Roman" w:cstheme="minorHAnsi"/>
          <w:color w:val="000000"/>
        </w:rPr>
      </w:pPr>
      <w:r w:rsidRPr="000242BE">
        <w:rPr>
          <w:rFonts w:cstheme="minorHAnsi"/>
          <w:lang w:val="en"/>
        </w:rPr>
        <w:t xml:space="preserve">Number of persons impacted: All of Guyana (Indirect) </w:t>
      </w:r>
      <w:r w:rsidRPr="000242BE">
        <w:rPr>
          <w:rFonts w:eastAsia="Times New Roman" w:cstheme="minorHAnsi"/>
          <w:color w:val="000000"/>
        </w:rPr>
        <w:t>|2024|$10,000,000</w:t>
      </w:r>
    </w:p>
    <w:p w:rsidR="00665885" w:rsidRPr="000242BE" w:rsidRDefault="00254BB8" w:rsidP="00110575">
      <w:pPr>
        <w:pStyle w:val="ListParagraph"/>
        <w:spacing w:after="0"/>
        <w:ind w:left="360"/>
        <w:rPr>
          <w:rFonts w:eastAsia="Times New Roman" w:cstheme="minorHAnsi"/>
          <w:color w:val="000000"/>
        </w:rPr>
      </w:pPr>
    </w:p>
    <w:p w:rsidR="00665885" w:rsidRPr="000242BE" w:rsidRDefault="00254BB8" w:rsidP="00110575">
      <w:pPr>
        <w:pStyle w:val="ListParagraph"/>
        <w:spacing w:after="0"/>
        <w:ind w:left="360"/>
        <w:rPr>
          <w:rFonts w:eastAsia="Times New Roman" w:cstheme="minorHAnsi"/>
          <w:b/>
          <w:bCs/>
          <w:color w:val="000000"/>
        </w:rPr>
      </w:pPr>
      <w:r w:rsidRPr="000242BE">
        <w:rPr>
          <w:rFonts w:eastAsia="Times New Roman" w:cstheme="minorHAnsi"/>
          <w:b/>
          <w:bCs/>
          <w:color w:val="000000"/>
        </w:rPr>
        <w:t>Training of Farmers in Participatory Integrated Climate Services for Agriculture (PISCA)</w:t>
      </w:r>
    </w:p>
    <w:p w:rsidR="00665885" w:rsidRPr="000242BE" w:rsidRDefault="00254BB8" w:rsidP="00110575">
      <w:pPr>
        <w:pStyle w:val="ListParagraph"/>
        <w:spacing w:after="0"/>
        <w:ind w:left="360"/>
        <w:rPr>
          <w:rFonts w:eastAsia="Times New Roman" w:cstheme="minorHAnsi"/>
          <w:color w:val="000000"/>
        </w:rPr>
      </w:pPr>
      <w:r w:rsidRPr="000242BE">
        <w:rPr>
          <w:rFonts w:cstheme="minorHAnsi"/>
          <w:lang w:val="en"/>
        </w:rPr>
        <w:t>Number of persons impacted: 332</w:t>
      </w:r>
      <w:r w:rsidRPr="000242BE">
        <w:rPr>
          <w:rFonts w:eastAsia="Times New Roman" w:cstheme="minorHAnsi"/>
          <w:color w:val="000000"/>
        </w:rPr>
        <w:t>|2021-2022|$2,932,200</w:t>
      </w:r>
    </w:p>
    <w:p w:rsidR="00665885" w:rsidRPr="000242BE" w:rsidRDefault="00254BB8" w:rsidP="00110575">
      <w:pPr>
        <w:pStyle w:val="ListParagraph"/>
        <w:spacing w:after="0"/>
        <w:ind w:left="360"/>
        <w:rPr>
          <w:rFonts w:eastAsia="Times New Roman" w:cstheme="minorHAnsi"/>
          <w:color w:val="000000"/>
        </w:rPr>
      </w:pPr>
    </w:p>
    <w:p w:rsidR="00665885" w:rsidRPr="000242BE" w:rsidRDefault="00254BB8" w:rsidP="00110575">
      <w:pPr>
        <w:pStyle w:val="ListParagraph"/>
        <w:spacing w:after="0"/>
        <w:ind w:left="360"/>
        <w:rPr>
          <w:rFonts w:eastAsia="Times New Roman" w:cstheme="minorHAnsi"/>
          <w:b/>
          <w:bCs/>
          <w:color w:val="000000"/>
        </w:rPr>
      </w:pPr>
      <w:r w:rsidRPr="000242BE">
        <w:rPr>
          <w:rFonts w:eastAsia="Times New Roman" w:cstheme="minorHAnsi"/>
          <w:b/>
          <w:bCs/>
          <w:color w:val="000000"/>
        </w:rPr>
        <w:t>Installation of Micro Automatic Weather Station (Kamarang Airstrip and Kopinang Airstrip)</w:t>
      </w:r>
    </w:p>
    <w:p w:rsidR="00665885" w:rsidRPr="000242BE" w:rsidRDefault="00254BB8" w:rsidP="00110575">
      <w:pPr>
        <w:pStyle w:val="ListParagraph"/>
        <w:spacing w:after="0"/>
        <w:ind w:left="360"/>
        <w:rPr>
          <w:rFonts w:eastAsia="Times New Roman" w:cstheme="minorHAnsi"/>
          <w:color w:val="000000"/>
        </w:rPr>
      </w:pPr>
      <w:r w:rsidRPr="000242BE">
        <w:rPr>
          <w:rFonts w:cstheme="minorHAnsi"/>
          <w:lang w:val="en"/>
        </w:rPr>
        <w:t>Numb</w:t>
      </w:r>
      <w:r w:rsidRPr="000242BE">
        <w:rPr>
          <w:rFonts w:cstheme="minorHAnsi"/>
          <w:lang w:val="en"/>
        </w:rPr>
        <w:t>er of persons impacted: All of Guyana (Indirect)</w:t>
      </w:r>
      <w:r w:rsidRPr="000242BE">
        <w:rPr>
          <w:rFonts w:eastAsia="Times New Roman" w:cstheme="minorHAnsi"/>
          <w:color w:val="000000"/>
        </w:rPr>
        <w:t>|2025|$20,000,000</w:t>
      </w:r>
    </w:p>
    <w:p w:rsidR="00A328AD" w:rsidRPr="000242BE" w:rsidRDefault="00254BB8" w:rsidP="00110575">
      <w:pPr>
        <w:pStyle w:val="ListParagraph"/>
        <w:spacing w:after="0"/>
        <w:ind w:left="360"/>
        <w:rPr>
          <w:rFonts w:eastAsia="Times New Roman" w:cstheme="minorHAnsi"/>
          <w:color w:val="000000"/>
        </w:rPr>
      </w:pPr>
    </w:p>
    <w:p w:rsidR="00A328AD" w:rsidRPr="000242BE" w:rsidRDefault="00254BB8" w:rsidP="00110575">
      <w:pPr>
        <w:pStyle w:val="ListParagraph"/>
        <w:spacing w:after="0"/>
        <w:ind w:left="360"/>
        <w:rPr>
          <w:rFonts w:eastAsia="Times New Roman" w:cstheme="minorHAnsi"/>
          <w:b/>
          <w:bCs/>
          <w:color w:val="000000"/>
        </w:rPr>
      </w:pPr>
      <w:r w:rsidRPr="000242BE">
        <w:rPr>
          <w:rFonts w:eastAsia="Times New Roman" w:cstheme="minorHAnsi"/>
          <w:b/>
          <w:bCs/>
          <w:color w:val="000000"/>
        </w:rPr>
        <w:t>TOTAL:</w:t>
      </w:r>
      <w:r w:rsidRPr="000242BE">
        <w:rPr>
          <w:rFonts w:cstheme="minorHAnsi"/>
          <w:b/>
          <w:bCs/>
          <w:lang w:val="en"/>
        </w:rPr>
        <w:t xml:space="preserve"> </w:t>
      </w:r>
      <w:r w:rsidRPr="000242BE">
        <w:rPr>
          <w:rFonts w:cstheme="minorHAnsi"/>
          <w:b/>
          <w:lang w:val="en"/>
        </w:rPr>
        <w:t>$</w:t>
      </w:r>
      <w:r w:rsidRPr="000242BE">
        <w:rPr>
          <w:rFonts w:eastAsia="Times New Roman" w:cstheme="minorHAnsi"/>
          <w:b/>
          <w:bCs/>
          <w:color w:val="000000"/>
        </w:rPr>
        <w:t>32,932,200</w:t>
      </w:r>
    </w:p>
    <w:p w:rsidR="00665885" w:rsidRPr="000242BE" w:rsidRDefault="00254BB8" w:rsidP="00110575">
      <w:pPr>
        <w:spacing w:after="0"/>
        <w:rPr>
          <w:rFonts w:cstheme="minorHAnsi"/>
          <w:lang w:val="en"/>
        </w:rPr>
      </w:pPr>
      <w:r w:rsidRPr="000242BE">
        <w:rPr>
          <w:rFonts w:cstheme="minorHAnsi"/>
          <w:b/>
          <w:bCs/>
          <w:lang w:val="en"/>
        </w:rPr>
        <w:t>-----------------------------------------------------------------------------------------------------------------</w:t>
      </w:r>
    </w:p>
    <w:p w:rsidR="00665885" w:rsidRPr="008A37A7" w:rsidRDefault="00254BB8" w:rsidP="00110575">
      <w:pPr>
        <w:pStyle w:val="ListParagraph"/>
        <w:spacing w:after="0"/>
        <w:ind w:left="360"/>
        <w:rPr>
          <w:rFonts w:eastAsia="Times New Roman" w:cstheme="minorHAnsi"/>
          <w:color w:val="000000"/>
          <w:highlight w:val="yellow"/>
        </w:rPr>
      </w:pPr>
    </w:p>
    <w:p w:rsidR="00643F5D" w:rsidRPr="00110575" w:rsidRDefault="00254BB8" w:rsidP="00643F5D">
      <w:pPr>
        <w:pStyle w:val="ListParagraph"/>
        <w:numPr>
          <w:ilvl w:val="0"/>
          <w:numId w:val="1"/>
        </w:numPr>
        <w:spacing w:after="0"/>
        <w:rPr>
          <w:rFonts w:cstheme="minorHAnsi"/>
          <w:b/>
          <w:lang w:val="en"/>
        </w:rPr>
      </w:pPr>
      <w:r w:rsidRPr="00110575">
        <w:rPr>
          <w:rFonts w:cstheme="minorHAnsi"/>
          <w:b/>
          <w:lang w:val="en"/>
        </w:rPr>
        <w:t>GLDA</w:t>
      </w:r>
      <w:r w:rsidRPr="00110575">
        <w:rPr>
          <w:rFonts w:cstheme="minorHAnsi"/>
          <w:bCs/>
          <w:lang w:val="en"/>
        </w:rPr>
        <w:t xml:space="preserve">| </w:t>
      </w:r>
      <w:r w:rsidRPr="00110575">
        <w:rPr>
          <w:rFonts w:cstheme="minorHAnsi"/>
          <w:b/>
          <w:lang w:val="en"/>
        </w:rPr>
        <w:t>$</w:t>
      </w:r>
      <w:r>
        <w:rPr>
          <w:rFonts w:cstheme="minorHAnsi"/>
          <w:b/>
          <w:lang w:val="en"/>
        </w:rPr>
        <w:t>101,699</w:t>
      </w:r>
      <w:r w:rsidRPr="00110575">
        <w:rPr>
          <w:rFonts w:cstheme="minorHAnsi"/>
          <w:b/>
          <w:lang w:val="en"/>
        </w:rPr>
        <w:t>,500 | 2020-202</w:t>
      </w:r>
      <w:r>
        <w:rPr>
          <w:rFonts w:cstheme="minorHAnsi"/>
          <w:b/>
          <w:lang w:val="en"/>
        </w:rPr>
        <w:t>6</w:t>
      </w:r>
      <w:r w:rsidRPr="00110575">
        <w:rPr>
          <w:rFonts w:cstheme="minorHAnsi"/>
          <w:b/>
          <w:lang w:val="en"/>
        </w:rPr>
        <w:t>|</w:t>
      </w:r>
    </w:p>
    <w:p w:rsidR="00643F5D" w:rsidRPr="00110575" w:rsidRDefault="00254BB8" w:rsidP="00643F5D">
      <w:pPr>
        <w:pStyle w:val="ListParagraph"/>
        <w:spacing w:after="0"/>
        <w:ind w:left="360"/>
        <w:rPr>
          <w:rFonts w:cstheme="minorHAnsi"/>
          <w:b/>
          <w:lang w:val="en"/>
        </w:rPr>
      </w:pPr>
    </w:p>
    <w:p w:rsidR="00643F5D" w:rsidRPr="00110575" w:rsidRDefault="00254BB8" w:rsidP="00643F5D">
      <w:pPr>
        <w:pStyle w:val="ListParagraph"/>
        <w:spacing w:after="0"/>
        <w:ind w:left="360"/>
        <w:rPr>
          <w:rFonts w:eastAsia="Times New Roman" w:cstheme="minorHAnsi"/>
          <w:b/>
          <w:bCs/>
          <w:color w:val="000000"/>
        </w:rPr>
      </w:pPr>
      <w:bookmarkStart w:id="6" w:name="_Hlk230419898"/>
      <w:r>
        <w:rPr>
          <w:rFonts w:eastAsia="Times New Roman" w:cstheme="minorHAnsi"/>
          <w:b/>
          <w:bCs/>
          <w:color w:val="000000"/>
        </w:rPr>
        <w:t xml:space="preserve">Expansion of </w:t>
      </w:r>
      <w:r>
        <w:rPr>
          <w:rFonts w:eastAsia="Times New Roman" w:cstheme="minorHAnsi"/>
          <w:b/>
          <w:bCs/>
          <w:color w:val="000000"/>
        </w:rPr>
        <w:t>Apiculture</w:t>
      </w:r>
    </w:p>
    <w:p w:rsidR="00643F5D" w:rsidRPr="00110575" w:rsidRDefault="00254BB8" w:rsidP="00643F5D">
      <w:pPr>
        <w:pStyle w:val="ListParagraph"/>
        <w:spacing w:after="0"/>
        <w:ind w:left="360"/>
        <w:rPr>
          <w:rFonts w:eastAsia="Times New Roman" w:cstheme="minorHAnsi"/>
          <w:color w:val="000000"/>
        </w:rPr>
      </w:pPr>
      <w:bookmarkStart w:id="7" w:name="_Hlk230419717"/>
      <w:r w:rsidRPr="00110575">
        <w:rPr>
          <w:rFonts w:cstheme="minorHAnsi"/>
          <w:lang w:val="en"/>
        </w:rPr>
        <w:t xml:space="preserve">Number of persons </w:t>
      </w:r>
      <w:r>
        <w:rPr>
          <w:rFonts w:cstheme="minorHAnsi"/>
          <w:lang w:val="en"/>
        </w:rPr>
        <w:t xml:space="preserve">to be </w:t>
      </w:r>
      <w:r w:rsidRPr="00110575">
        <w:rPr>
          <w:rFonts w:cstheme="minorHAnsi"/>
          <w:lang w:val="en"/>
        </w:rPr>
        <w:t xml:space="preserve">impacted: </w:t>
      </w:r>
      <w:r>
        <w:rPr>
          <w:rFonts w:cstheme="minorHAnsi"/>
          <w:lang w:val="en"/>
        </w:rPr>
        <w:t>75</w:t>
      </w:r>
      <w:r w:rsidRPr="00110575">
        <w:rPr>
          <w:rFonts w:eastAsia="Times New Roman" w:cstheme="minorHAnsi"/>
          <w:color w:val="000000"/>
        </w:rPr>
        <w:t>|202</w:t>
      </w:r>
      <w:r>
        <w:rPr>
          <w:rFonts w:eastAsia="Times New Roman" w:cstheme="minorHAnsi"/>
          <w:color w:val="000000"/>
        </w:rPr>
        <w:t>6</w:t>
      </w:r>
      <w:r w:rsidRPr="00110575">
        <w:rPr>
          <w:rFonts w:eastAsia="Times New Roman" w:cstheme="minorHAnsi"/>
          <w:color w:val="000000"/>
        </w:rPr>
        <w:t>|$</w:t>
      </w:r>
      <w:r>
        <w:rPr>
          <w:rFonts w:eastAsia="Times New Roman" w:cstheme="minorHAnsi"/>
          <w:color w:val="000000"/>
        </w:rPr>
        <w:t>10</w:t>
      </w:r>
      <w:bookmarkEnd w:id="6"/>
      <w:r>
        <w:rPr>
          <w:rFonts w:eastAsia="Times New Roman" w:cstheme="minorHAnsi"/>
          <w:color w:val="000000"/>
        </w:rPr>
        <w:t>,000,000</w:t>
      </w:r>
    </w:p>
    <w:bookmarkEnd w:id="7"/>
    <w:p w:rsidR="00643F5D" w:rsidRPr="00110575" w:rsidRDefault="00254BB8" w:rsidP="00643F5D">
      <w:pPr>
        <w:pStyle w:val="ListParagraph"/>
        <w:spacing w:after="0"/>
        <w:ind w:left="360"/>
        <w:rPr>
          <w:rFonts w:eastAsia="Times New Roman" w:cstheme="minorHAnsi"/>
          <w:color w:val="000000"/>
        </w:rPr>
      </w:pPr>
    </w:p>
    <w:p w:rsidR="00643F5D" w:rsidRDefault="00254BB8" w:rsidP="00643F5D">
      <w:pPr>
        <w:pStyle w:val="ListParagraph"/>
        <w:spacing w:after="0"/>
        <w:ind w:left="360"/>
        <w:rPr>
          <w:rFonts w:eastAsia="Times New Roman" w:cstheme="minorHAnsi"/>
          <w:b/>
          <w:bCs/>
          <w:color w:val="000000"/>
        </w:rPr>
      </w:pPr>
      <w:r>
        <w:rPr>
          <w:rFonts w:eastAsia="Times New Roman" w:cstheme="minorHAnsi"/>
          <w:b/>
          <w:bCs/>
          <w:color w:val="000000"/>
        </w:rPr>
        <w:t>Distribution of Black Giant Chicks</w:t>
      </w:r>
    </w:p>
    <w:p w:rsidR="00643F5D" w:rsidRDefault="00254BB8" w:rsidP="00643F5D">
      <w:pPr>
        <w:pStyle w:val="ListParagraph"/>
        <w:spacing w:after="0"/>
        <w:ind w:left="360"/>
        <w:rPr>
          <w:rFonts w:eastAsia="Times New Roman" w:cstheme="minorHAnsi"/>
          <w:color w:val="000000"/>
        </w:rPr>
      </w:pPr>
      <w:r w:rsidRPr="00110575">
        <w:rPr>
          <w:rFonts w:cstheme="minorHAnsi"/>
          <w:lang w:val="en"/>
        </w:rPr>
        <w:t xml:space="preserve">Number of persons </w:t>
      </w:r>
      <w:r>
        <w:rPr>
          <w:rFonts w:cstheme="minorHAnsi"/>
          <w:lang w:val="en"/>
        </w:rPr>
        <w:t xml:space="preserve">to be </w:t>
      </w:r>
      <w:r w:rsidRPr="00110575">
        <w:rPr>
          <w:rFonts w:cstheme="minorHAnsi"/>
          <w:lang w:val="en"/>
        </w:rPr>
        <w:t xml:space="preserve">impacted: </w:t>
      </w:r>
      <w:r>
        <w:rPr>
          <w:rFonts w:cstheme="minorHAnsi"/>
          <w:lang w:val="en"/>
        </w:rPr>
        <w:t>250</w:t>
      </w:r>
      <w:r w:rsidRPr="00110575">
        <w:rPr>
          <w:rFonts w:eastAsia="Times New Roman" w:cstheme="minorHAnsi"/>
          <w:color w:val="000000"/>
        </w:rPr>
        <w:t>|202</w:t>
      </w:r>
      <w:r>
        <w:rPr>
          <w:rFonts w:eastAsia="Times New Roman" w:cstheme="minorHAnsi"/>
          <w:color w:val="000000"/>
        </w:rPr>
        <w:t>6</w:t>
      </w:r>
      <w:r w:rsidRPr="00110575">
        <w:rPr>
          <w:rFonts w:eastAsia="Times New Roman" w:cstheme="minorHAnsi"/>
          <w:color w:val="000000"/>
        </w:rPr>
        <w:t>|$</w:t>
      </w:r>
      <w:r>
        <w:rPr>
          <w:rFonts w:eastAsia="Times New Roman" w:cstheme="minorHAnsi"/>
          <w:color w:val="000000"/>
        </w:rPr>
        <w:t>3,750,000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Pr>
          <w:rFonts w:eastAsia="Times New Roman" w:cstheme="minorHAnsi"/>
          <w:b/>
          <w:bCs/>
          <w:color w:val="000000"/>
        </w:rPr>
        <w:t>Expansion of Swine Rearing</w:t>
      </w:r>
    </w:p>
    <w:p w:rsidR="00643F5D" w:rsidRDefault="00254BB8" w:rsidP="00643F5D">
      <w:pPr>
        <w:pStyle w:val="ListParagraph"/>
        <w:spacing w:after="0"/>
        <w:ind w:left="360"/>
        <w:rPr>
          <w:rFonts w:eastAsia="Times New Roman" w:cstheme="minorHAnsi"/>
          <w:b/>
          <w:bCs/>
          <w:color w:val="000000"/>
        </w:rPr>
      </w:pPr>
      <w:r w:rsidRPr="00110575">
        <w:rPr>
          <w:rFonts w:cstheme="minorHAnsi"/>
          <w:lang w:val="en"/>
        </w:rPr>
        <w:t xml:space="preserve">Number of persons </w:t>
      </w:r>
      <w:r>
        <w:rPr>
          <w:rFonts w:cstheme="minorHAnsi"/>
          <w:lang w:val="en"/>
        </w:rPr>
        <w:t xml:space="preserve">to be </w:t>
      </w:r>
      <w:r w:rsidRPr="00110575">
        <w:rPr>
          <w:rFonts w:cstheme="minorHAnsi"/>
          <w:lang w:val="en"/>
        </w:rPr>
        <w:t xml:space="preserve">impacted: </w:t>
      </w:r>
      <w:r>
        <w:rPr>
          <w:rFonts w:cstheme="minorHAnsi"/>
          <w:lang w:val="en"/>
        </w:rPr>
        <w:t>45</w:t>
      </w:r>
      <w:r w:rsidRPr="00110575">
        <w:rPr>
          <w:rFonts w:eastAsia="Times New Roman" w:cstheme="minorHAnsi"/>
          <w:color w:val="000000"/>
        </w:rPr>
        <w:t>|202</w:t>
      </w:r>
      <w:r>
        <w:rPr>
          <w:rFonts w:eastAsia="Times New Roman" w:cstheme="minorHAnsi"/>
          <w:color w:val="000000"/>
        </w:rPr>
        <w:t>6</w:t>
      </w:r>
      <w:r w:rsidRPr="00110575">
        <w:rPr>
          <w:rFonts w:eastAsia="Times New Roman" w:cstheme="minorHAnsi"/>
          <w:color w:val="000000"/>
        </w:rPr>
        <w:t>|$</w:t>
      </w:r>
      <w:r>
        <w:rPr>
          <w:rFonts w:eastAsia="Times New Roman" w:cstheme="minorHAnsi"/>
          <w:color w:val="000000"/>
        </w:rPr>
        <w:t>10,000,000</w:t>
      </w:r>
    </w:p>
    <w:p w:rsidR="00643F5D" w:rsidRDefault="00254BB8" w:rsidP="00643F5D">
      <w:pPr>
        <w:pStyle w:val="ListParagraph"/>
        <w:spacing w:after="0"/>
        <w:ind w:left="360"/>
        <w:rPr>
          <w:rFonts w:eastAsia="Times New Roman" w:cstheme="minorHAnsi"/>
          <w:b/>
          <w:bCs/>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Construction of </w:t>
      </w:r>
      <w:r w:rsidRPr="00110575">
        <w:rPr>
          <w:rFonts w:eastAsia="Times New Roman" w:cstheme="minorHAnsi"/>
          <w:b/>
          <w:bCs/>
          <w:color w:val="000000"/>
        </w:rPr>
        <w:t>Layer Pen</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200</w:t>
      </w:r>
      <w:r w:rsidRPr="00110575">
        <w:rPr>
          <w:rFonts w:eastAsia="Times New Roman" w:cstheme="minorHAnsi"/>
          <w:color w:val="000000"/>
        </w:rPr>
        <w:t>|2025|$6,000,000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Construction of Swine Pen</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10</w:t>
      </w:r>
      <w:r w:rsidRPr="00110575">
        <w:rPr>
          <w:rFonts w:eastAsia="Times New Roman" w:cstheme="minorHAnsi"/>
          <w:color w:val="000000"/>
        </w:rPr>
        <w:t>|2024|$500,000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Cosmetics Training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26</w:t>
      </w:r>
      <w:r w:rsidRPr="00110575">
        <w:rPr>
          <w:rFonts w:eastAsia="Times New Roman" w:cstheme="minorHAnsi"/>
          <w:color w:val="000000"/>
        </w:rPr>
        <w:t>|2023-2025|$825,000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Distribution of Black Giant Birds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 xml:space="preserve">Number of persons </w:t>
      </w:r>
      <w:r w:rsidRPr="00110575">
        <w:rPr>
          <w:rFonts w:cstheme="minorHAnsi"/>
          <w:lang w:val="en"/>
        </w:rPr>
        <w:t>impacted: 434</w:t>
      </w:r>
      <w:r w:rsidRPr="00110575">
        <w:rPr>
          <w:rFonts w:eastAsia="Times New Roman" w:cstheme="minorHAnsi"/>
          <w:color w:val="000000"/>
        </w:rPr>
        <w:t>|2024|$5,168,000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Donation of 1 Boar and 4 Gilts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6</w:t>
      </w:r>
      <w:r w:rsidRPr="00110575">
        <w:rPr>
          <w:rFonts w:eastAsia="Times New Roman" w:cstheme="minorHAnsi"/>
          <w:color w:val="000000"/>
        </w:rPr>
        <w:t>|2024|$150,000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Donation of 1 weaned boar, 3 gilts, feed bond, expansion of swine unit, swine feed</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NA</w:t>
      </w:r>
      <w:r w:rsidRPr="00110575">
        <w:rPr>
          <w:rFonts w:eastAsia="Times New Roman" w:cstheme="minorHAnsi"/>
          <w:color w:val="000000"/>
        </w:rPr>
        <w:t>|2025|$5,000,000</w:t>
      </w:r>
    </w:p>
    <w:p w:rsidR="00643F5D"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Donation of 2 gilts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1</w:t>
      </w:r>
      <w:r w:rsidRPr="00110575">
        <w:rPr>
          <w:rFonts w:eastAsia="Times New Roman" w:cstheme="minorHAnsi"/>
          <w:color w:val="000000"/>
        </w:rPr>
        <w:t>|2024|$100,000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Donation of Beekeeping Gears, Kits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41</w:t>
      </w:r>
      <w:r w:rsidRPr="00110575">
        <w:rPr>
          <w:rFonts w:eastAsia="Times New Roman" w:cstheme="minorHAnsi"/>
          <w:color w:val="000000"/>
        </w:rPr>
        <w:t>|2024|$2,480,000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Donation of Black Giants and Feed</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16</w:t>
      </w:r>
      <w:r w:rsidRPr="00110575">
        <w:rPr>
          <w:rFonts w:eastAsia="Times New Roman" w:cstheme="minorHAnsi"/>
          <w:color w:val="000000"/>
        </w:rPr>
        <w:t>|2024|$25,000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Donation of Hives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w:t>
      </w:r>
      <w:r w:rsidRPr="00110575">
        <w:rPr>
          <w:rFonts w:cstheme="minorHAnsi"/>
          <w:lang w:val="en"/>
        </w:rPr>
        <w:t>f persons impacted: 9</w:t>
      </w:r>
      <w:r w:rsidRPr="00110575">
        <w:rPr>
          <w:rFonts w:eastAsia="Times New Roman" w:cstheme="minorHAnsi"/>
          <w:color w:val="000000"/>
        </w:rPr>
        <w:t>|2022|$225,000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Donation of One Weaned Boar and Two Gilts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1</w:t>
      </w:r>
      <w:r w:rsidRPr="00110575">
        <w:rPr>
          <w:rFonts w:eastAsia="Times New Roman" w:cstheme="minorHAnsi"/>
          <w:color w:val="000000"/>
        </w:rPr>
        <w:t>|2024|$100,000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Honey Fest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18</w:t>
      </w:r>
      <w:r w:rsidRPr="00110575">
        <w:rPr>
          <w:rFonts w:eastAsia="Times New Roman" w:cstheme="minorHAnsi"/>
          <w:color w:val="000000"/>
        </w:rPr>
        <w:t>|2024|$3,500,000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Poultry Rearing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5</w:t>
      </w:r>
      <w:r w:rsidRPr="00110575">
        <w:rPr>
          <w:rFonts w:eastAsia="Times New Roman" w:cstheme="minorHAnsi"/>
          <w:color w:val="000000"/>
        </w:rPr>
        <w:t>|2024|$20,000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Purchase and Installation of Solar Freezer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19</w:t>
      </w:r>
      <w:r w:rsidRPr="00110575">
        <w:rPr>
          <w:rFonts w:eastAsia="Times New Roman" w:cstheme="minorHAnsi"/>
          <w:color w:val="000000"/>
        </w:rPr>
        <w:t>|2024|$2,500,000</w:t>
      </w:r>
    </w:p>
    <w:p w:rsidR="00643F5D" w:rsidRPr="00110575" w:rsidRDefault="00254BB8" w:rsidP="00643F5D">
      <w:pPr>
        <w:pStyle w:val="ListParagraph"/>
        <w:spacing w:after="0"/>
        <w:ind w:left="360"/>
        <w:rPr>
          <w:rFonts w:eastAsia="Times New Roman" w:cstheme="minorHAnsi"/>
          <w:b/>
          <w:bCs/>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 xml:space="preserve">Swine Exchange Visit </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13</w:t>
      </w:r>
      <w:r w:rsidRPr="00110575">
        <w:rPr>
          <w:rFonts w:eastAsia="Times New Roman" w:cstheme="minorHAnsi"/>
          <w:color w:val="000000"/>
        </w:rPr>
        <w:t>|2024|$500,000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Training and Monitoring Visits for Bees and Other Livestock</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150</w:t>
      </w:r>
      <w:r w:rsidRPr="00110575">
        <w:rPr>
          <w:rFonts w:eastAsia="Times New Roman" w:cstheme="minorHAnsi"/>
          <w:color w:val="000000"/>
        </w:rPr>
        <w:t>|2025|$7,000,000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spacing w:after="0"/>
        <w:ind w:left="360"/>
        <w:rPr>
          <w:rFonts w:eastAsia="Times New Roman" w:cstheme="minorHAnsi"/>
          <w:b/>
          <w:bCs/>
          <w:color w:val="000000"/>
        </w:rPr>
      </w:pPr>
      <w:r w:rsidRPr="00110575">
        <w:rPr>
          <w:rFonts w:eastAsia="Times New Roman" w:cstheme="minorHAnsi"/>
          <w:b/>
          <w:bCs/>
          <w:color w:val="000000"/>
        </w:rPr>
        <w:t>Training: Beekeeping, Broiler Management, Black Giant Management, Donation of Hives, Birds, etc.</w:t>
      </w:r>
    </w:p>
    <w:p w:rsidR="00643F5D" w:rsidRPr="00110575" w:rsidRDefault="00254BB8" w:rsidP="00643F5D">
      <w:pPr>
        <w:pStyle w:val="ListParagraph"/>
        <w:spacing w:after="0"/>
        <w:ind w:left="360"/>
        <w:rPr>
          <w:rFonts w:eastAsia="Times New Roman" w:cstheme="minorHAnsi"/>
          <w:color w:val="000000"/>
        </w:rPr>
      </w:pPr>
      <w:r w:rsidRPr="00110575">
        <w:rPr>
          <w:rFonts w:cstheme="minorHAnsi"/>
          <w:lang w:val="en"/>
        </w:rPr>
        <w:t>Number of persons impacted: 354</w:t>
      </w:r>
      <w:r w:rsidRPr="00110575">
        <w:rPr>
          <w:rFonts w:eastAsia="Times New Roman" w:cstheme="minorHAnsi"/>
          <w:color w:val="000000"/>
        </w:rPr>
        <w:t>|2024|$6,128,000</w:t>
      </w:r>
    </w:p>
    <w:p w:rsidR="00643F5D" w:rsidRPr="00110575" w:rsidRDefault="00254BB8" w:rsidP="00643F5D">
      <w:pPr>
        <w:pStyle w:val="ListParagraph"/>
        <w:spacing w:after="0"/>
        <w:ind w:left="360"/>
        <w:rPr>
          <w:rFonts w:eastAsia="Times New Roman" w:cstheme="minorHAnsi"/>
          <w:color w:val="000000"/>
        </w:rPr>
      </w:pPr>
    </w:p>
    <w:p w:rsidR="00643F5D" w:rsidRPr="00110575" w:rsidRDefault="00254BB8" w:rsidP="00643F5D">
      <w:pPr>
        <w:pStyle w:val="ListParagraph"/>
        <w:widowControl w:val="0"/>
        <w:spacing w:after="0" w:line="240" w:lineRule="auto"/>
        <w:ind w:left="360"/>
        <w:rPr>
          <w:rFonts w:cstheme="minorHAnsi"/>
          <w:b/>
          <w:bCs/>
        </w:rPr>
      </w:pPr>
      <w:r w:rsidRPr="00110575">
        <w:rPr>
          <w:rFonts w:cstheme="minorHAnsi"/>
          <w:b/>
          <w:bCs/>
        </w:rPr>
        <w:t>Donation of 1 weaned boar, 3 gilts, feed bond, expansion of swine unit, swine feed to Bartic</w:t>
      </w:r>
      <w:r w:rsidRPr="00110575">
        <w:rPr>
          <w:rFonts w:cstheme="minorHAnsi"/>
          <w:b/>
          <w:bCs/>
        </w:rPr>
        <w:t xml:space="preserve">a Secondary School, Black Giant Chicks, Pigs </w:t>
      </w:r>
    </w:p>
    <w:p w:rsidR="00643F5D" w:rsidRPr="00110575" w:rsidRDefault="00254BB8" w:rsidP="00643F5D">
      <w:pPr>
        <w:pStyle w:val="ListParagraph"/>
        <w:widowControl w:val="0"/>
        <w:spacing w:after="0" w:line="240" w:lineRule="auto"/>
        <w:ind w:left="360"/>
        <w:rPr>
          <w:rFonts w:cstheme="minorHAnsi"/>
        </w:rPr>
      </w:pPr>
      <w:r w:rsidRPr="00110575">
        <w:rPr>
          <w:rFonts w:cstheme="minorHAnsi"/>
        </w:rPr>
        <w:t>Number of Persons Impacted: NA|$8,313,500</w:t>
      </w:r>
    </w:p>
    <w:p w:rsidR="00643F5D" w:rsidRPr="00110575" w:rsidRDefault="00254BB8" w:rsidP="00643F5D">
      <w:pPr>
        <w:pStyle w:val="ListParagraph"/>
        <w:widowControl w:val="0"/>
        <w:spacing w:after="0" w:line="240" w:lineRule="auto"/>
        <w:ind w:left="360"/>
        <w:rPr>
          <w:rFonts w:cstheme="minorHAnsi"/>
        </w:rPr>
      </w:pPr>
    </w:p>
    <w:p w:rsidR="00643F5D" w:rsidRPr="00110575" w:rsidRDefault="00254BB8" w:rsidP="00643F5D">
      <w:pPr>
        <w:pStyle w:val="ListParagraph"/>
        <w:widowControl w:val="0"/>
        <w:spacing w:after="0" w:line="240" w:lineRule="auto"/>
        <w:ind w:left="360"/>
        <w:rPr>
          <w:rFonts w:cstheme="minorHAnsi"/>
          <w:b/>
          <w:bCs/>
        </w:rPr>
      </w:pPr>
      <w:r w:rsidRPr="00110575">
        <w:rPr>
          <w:rFonts w:cstheme="minorHAnsi"/>
          <w:b/>
          <w:bCs/>
        </w:rPr>
        <w:t>Plucking Machine (Falmouth/ River’s View</w:t>
      </w:r>
    </w:p>
    <w:p w:rsidR="00643F5D" w:rsidRPr="00110575" w:rsidRDefault="00254BB8" w:rsidP="00643F5D">
      <w:pPr>
        <w:pStyle w:val="ListParagraph"/>
        <w:widowControl w:val="0"/>
        <w:spacing w:after="0" w:line="240" w:lineRule="auto"/>
        <w:ind w:left="360"/>
        <w:rPr>
          <w:rFonts w:cstheme="minorHAnsi"/>
        </w:rPr>
      </w:pPr>
      <w:r w:rsidRPr="00110575">
        <w:rPr>
          <w:rFonts w:cstheme="minorHAnsi"/>
        </w:rPr>
        <w:lastRenderedPageBreak/>
        <w:t>Number of Persons Impacted: NA|$600,000</w:t>
      </w:r>
    </w:p>
    <w:p w:rsidR="00643F5D" w:rsidRPr="00110575" w:rsidRDefault="00254BB8" w:rsidP="00643F5D">
      <w:pPr>
        <w:pStyle w:val="ListParagraph"/>
        <w:widowControl w:val="0"/>
        <w:spacing w:after="0" w:line="240" w:lineRule="auto"/>
        <w:ind w:left="360"/>
        <w:rPr>
          <w:rFonts w:cstheme="minorHAnsi"/>
          <w:b/>
          <w:bCs/>
        </w:rPr>
      </w:pPr>
    </w:p>
    <w:p w:rsidR="00643F5D" w:rsidRPr="00110575" w:rsidRDefault="00254BB8" w:rsidP="00643F5D">
      <w:pPr>
        <w:pStyle w:val="ListParagraph"/>
        <w:widowControl w:val="0"/>
        <w:spacing w:after="0" w:line="240" w:lineRule="auto"/>
        <w:ind w:left="360"/>
        <w:rPr>
          <w:rFonts w:cstheme="minorHAnsi"/>
          <w:b/>
          <w:bCs/>
        </w:rPr>
      </w:pPr>
      <w:r w:rsidRPr="00110575">
        <w:rPr>
          <w:rFonts w:cstheme="minorHAnsi"/>
          <w:b/>
          <w:bCs/>
        </w:rPr>
        <w:t>Beehives and Equipment (Bartica, Upper Mazaruni, Middle Mazaruni &amp; Lower Mazaruni)</w:t>
      </w:r>
    </w:p>
    <w:p w:rsidR="00643F5D" w:rsidRPr="00110575" w:rsidRDefault="00254BB8" w:rsidP="00643F5D">
      <w:pPr>
        <w:pStyle w:val="ListParagraph"/>
        <w:widowControl w:val="0"/>
        <w:spacing w:after="0" w:line="240" w:lineRule="auto"/>
        <w:ind w:left="360"/>
        <w:rPr>
          <w:rFonts w:cstheme="minorHAnsi"/>
        </w:rPr>
      </w:pPr>
      <w:r w:rsidRPr="00110575">
        <w:rPr>
          <w:rFonts w:cstheme="minorHAnsi"/>
        </w:rPr>
        <w:t>Nu</w:t>
      </w:r>
      <w:r w:rsidRPr="00110575">
        <w:rPr>
          <w:rFonts w:cstheme="minorHAnsi"/>
        </w:rPr>
        <w:t>mber of Persons Impacted: NA|$28,815,000</w:t>
      </w:r>
    </w:p>
    <w:p w:rsidR="00643F5D" w:rsidRPr="00110575" w:rsidRDefault="00254BB8" w:rsidP="00643F5D">
      <w:pPr>
        <w:widowControl w:val="0"/>
        <w:spacing w:after="0" w:line="240" w:lineRule="auto"/>
        <w:ind w:firstLine="360"/>
        <w:rPr>
          <w:rFonts w:cstheme="minorHAnsi"/>
        </w:rPr>
      </w:pPr>
    </w:p>
    <w:p w:rsidR="00643F5D" w:rsidRPr="00110575" w:rsidRDefault="00254BB8" w:rsidP="00643F5D">
      <w:pPr>
        <w:spacing w:after="0"/>
        <w:ind w:firstLine="360"/>
        <w:rPr>
          <w:rFonts w:eastAsia="Times New Roman" w:cstheme="minorHAnsi"/>
          <w:b/>
          <w:bCs/>
          <w:color w:val="000000"/>
        </w:rPr>
      </w:pPr>
      <w:r w:rsidRPr="00110575">
        <w:rPr>
          <w:rFonts w:eastAsia="Times New Roman" w:cstheme="minorHAnsi"/>
          <w:b/>
          <w:bCs/>
          <w:color w:val="000000"/>
        </w:rPr>
        <w:t>TOTAL:</w:t>
      </w:r>
      <w:r w:rsidRPr="00110575">
        <w:rPr>
          <w:rFonts w:cstheme="minorHAnsi"/>
          <w:b/>
          <w:bCs/>
          <w:lang w:val="en"/>
        </w:rPr>
        <w:t xml:space="preserve"> </w:t>
      </w:r>
      <w:r w:rsidRPr="00110575">
        <w:rPr>
          <w:rFonts w:cstheme="minorHAnsi"/>
          <w:b/>
          <w:lang w:val="en"/>
        </w:rPr>
        <w:t>$</w:t>
      </w:r>
      <w:r>
        <w:rPr>
          <w:rFonts w:cstheme="minorHAnsi"/>
          <w:b/>
          <w:lang w:val="en"/>
        </w:rPr>
        <w:t>101,699</w:t>
      </w:r>
      <w:r w:rsidRPr="00110575">
        <w:rPr>
          <w:rFonts w:cstheme="minorHAnsi"/>
          <w:b/>
          <w:lang w:val="en"/>
        </w:rPr>
        <w:t>,500</w:t>
      </w:r>
    </w:p>
    <w:p w:rsidR="00665885" w:rsidRPr="00FB60B7" w:rsidRDefault="00254BB8" w:rsidP="00110575">
      <w:pPr>
        <w:spacing w:after="0"/>
        <w:rPr>
          <w:rFonts w:cstheme="minorHAnsi"/>
          <w:lang w:val="en"/>
        </w:rPr>
      </w:pPr>
      <w:r w:rsidRPr="00FB60B7">
        <w:rPr>
          <w:rFonts w:cstheme="minorHAnsi"/>
          <w:b/>
          <w:bCs/>
          <w:lang w:val="en"/>
        </w:rPr>
        <w:t>-----------------------------------------------------------------------------------------------------------------</w:t>
      </w:r>
    </w:p>
    <w:p w:rsidR="00665885" w:rsidRPr="00FB60B7" w:rsidRDefault="00254BB8" w:rsidP="00110575">
      <w:pPr>
        <w:pStyle w:val="ListParagraph"/>
        <w:numPr>
          <w:ilvl w:val="0"/>
          <w:numId w:val="1"/>
        </w:numPr>
        <w:spacing w:after="0"/>
        <w:rPr>
          <w:rFonts w:cstheme="minorHAnsi"/>
          <w:b/>
          <w:lang w:val="en"/>
        </w:rPr>
      </w:pPr>
      <w:r w:rsidRPr="00FB60B7">
        <w:rPr>
          <w:rFonts w:cstheme="minorHAnsi"/>
          <w:b/>
          <w:lang w:val="en"/>
        </w:rPr>
        <w:t>Hinterland Support - Foreign Funded</w:t>
      </w:r>
      <w:r w:rsidRPr="00FB60B7">
        <w:rPr>
          <w:rFonts w:cstheme="minorHAnsi"/>
          <w:bCs/>
          <w:lang w:val="en"/>
        </w:rPr>
        <w:t xml:space="preserve">| </w:t>
      </w:r>
      <w:r w:rsidRPr="00FB60B7">
        <w:rPr>
          <w:rFonts w:cstheme="minorHAnsi"/>
          <w:b/>
          <w:lang w:val="en"/>
        </w:rPr>
        <w:t>$10,083,333| 2020-</w:t>
      </w:r>
      <w:r>
        <w:rPr>
          <w:rFonts w:cstheme="minorHAnsi"/>
          <w:b/>
          <w:lang w:val="en"/>
        </w:rPr>
        <w:t>2026</w:t>
      </w:r>
      <w:r w:rsidRPr="00FB60B7">
        <w:rPr>
          <w:rFonts w:cstheme="minorHAnsi"/>
          <w:b/>
          <w:lang w:val="en"/>
        </w:rPr>
        <w:t>|</w:t>
      </w:r>
    </w:p>
    <w:p w:rsidR="00665885" w:rsidRPr="00FB60B7" w:rsidRDefault="00254BB8" w:rsidP="00110575">
      <w:pPr>
        <w:spacing w:after="0"/>
        <w:ind w:firstLine="360"/>
        <w:rPr>
          <w:rFonts w:cstheme="minorHAnsi"/>
          <w:b/>
          <w:lang w:val="en"/>
        </w:rPr>
      </w:pPr>
      <w:r w:rsidRPr="00FB60B7">
        <w:rPr>
          <w:rFonts w:cstheme="minorHAnsi"/>
          <w:b/>
          <w:lang w:val="en"/>
        </w:rPr>
        <w:t xml:space="preserve">Through RAID: </w:t>
      </w:r>
    </w:p>
    <w:p w:rsidR="00665885" w:rsidRPr="00FB60B7" w:rsidRDefault="00254BB8" w:rsidP="00110575">
      <w:pPr>
        <w:spacing w:after="0"/>
        <w:ind w:left="360"/>
        <w:rPr>
          <w:rFonts w:cstheme="minorHAnsi"/>
          <w:b/>
          <w:lang w:val="en"/>
        </w:rPr>
      </w:pPr>
      <w:r w:rsidRPr="00FB60B7">
        <w:rPr>
          <w:rFonts w:cstheme="minorHAnsi"/>
          <w:b/>
          <w:lang w:val="en"/>
        </w:rPr>
        <w:t>Donation of Cassava Mills</w:t>
      </w:r>
    </w:p>
    <w:p w:rsidR="00665885" w:rsidRPr="00FB60B7" w:rsidRDefault="00254BB8" w:rsidP="00110575">
      <w:pPr>
        <w:spacing w:after="0"/>
        <w:ind w:left="360"/>
        <w:rPr>
          <w:rFonts w:eastAsia="Times New Roman" w:cstheme="minorHAnsi"/>
          <w:color w:val="000000"/>
        </w:rPr>
      </w:pPr>
      <w:r w:rsidRPr="00FB60B7">
        <w:rPr>
          <w:rFonts w:cstheme="minorHAnsi"/>
          <w:lang w:val="en"/>
        </w:rPr>
        <w:t>Number of persons impacted: NA</w:t>
      </w:r>
      <w:r w:rsidRPr="00FB60B7">
        <w:rPr>
          <w:rFonts w:eastAsia="Times New Roman" w:cstheme="minorHAnsi"/>
          <w:color w:val="000000"/>
        </w:rPr>
        <w:t>|$83,333</w:t>
      </w:r>
    </w:p>
    <w:p w:rsidR="00665885" w:rsidRPr="00FB60B7" w:rsidRDefault="00254BB8" w:rsidP="00110575">
      <w:pPr>
        <w:spacing w:after="0"/>
        <w:ind w:left="360"/>
        <w:rPr>
          <w:rFonts w:eastAsia="Times New Roman" w:cstheme="minorHAnsi"/>
          <w:color w:val="000000"/>
        </w:rPr>
      </w:pPr>
    </w:p>
    <w:p w:rsidR="00665885" w:rsidRPr="00FB60B7" w:rsidRDefault="00254BB8" w:rsidP="00110575">
      <w:pPr>
        <w:spacing w:after="0"/>
        <w:ind w:left="360"/>
        <w:rPr>
          <w:rFonts w:cstheme="minorHAnsi"/>
          <w:b/>
          <w:lang w:val="en"/>
        </w:rPr>
      </w:pPr>
      <w:r w:rsidRPr="00FB60B7">
        <w:rPr>
          <w:rFonts w:cstheme="minorHAnsi"/>
          <w:b/>
          <w:lang w:val="en"/>
        </w:rPr>
        <w:t>Through HESAD:</w:t>
      </w:r>
    </w:p>
    <w:p w:rsidR="00665885" w:rsidRPr="00FB60B7" w:rsidRDefault="00254BB8" w:rsidP="00110575">
      <w:pPr>
        <w:spacing w:after="0"/>
        <w:ind w:left="360"/>
        <w:rPr>
          <w:rFonts w:cstheme="minorHAnsi"/>
          <w:b/>
          <w:lang w:val="en"/>
        </w:rPr>
      </w:pPr>
      <w:r w:rsidRPr="00FB60B7">
        <w:rPr>
          <w:rFonts w:cstheme="minorHAnsi"/>
          <w:b/>
          <w:lang w:val="en"/>
        </w:rPr>
        <w:t xml:space="preserve">Construction of Village Office Meeting Hall </w:t>
      </w:r>
    </w:p>
    <w:p w:rsidR="00665885" w:rsidRPr="00FB60B7" w:rsidRDefault="00254BB8" w:rsidP="00110575">
      <w:pPr>
        <w:spacing w:after="0"/>
        <w:ind w:left="360"/>
        <w:rPr>
          <w:rFonts w:eastAsia="Times New Roman" w:cstheme="minorHAnsi"/>
          <w:color w:val="000000"/>
        </w:rPr>
      </w:pPr>
      <w:r w:rsidRPr="00FB60B7">
        <w:rPr>
          <w:rFonts w:cstheme="minorHAnsi"/>
          <w:lang w:val="en"/>
        </w:rPr>
        <w:t>Number of persons impacted: 487|2023</w:t>
      </w:r>
      <w:r w:rsidRPr="00FB60B7">
        <w:rPr>
          <w:rFonts w:eastAsia="Times New Roman" w:cstheme="minorHAnsi"/>
          <w:color w:val="000000"/>
        </w:rPr>
        <w:t>|$5,000,000</w:t>
      </w:r>
    </w:p>
    <w:p w:rsidR="00665885" w:rsidRPr="00FB60B7" w:rsidRDefault="00254BB8" w:rsidP="00110575">
      <w:pPr>
        <w:spacing w:after="0"/>
        <w:ind w:left="360"/>
        <w:rPr>
          <w:rFonts w:eastAsia="Times New Roman" w:cstheme="minorHAnsi"/>
          <w:color w:val="000000"/>
        </w:rPr>
      </w:pPr>
    </w:p>
    <w:p w:rsidR="00665885" w:rsidRPr="00FB60B7" w:rsidRDefault="00254BB8" w:rsidP="00110575">
      <w:pPr>
        <w:spacing w:after="0"/>
        <w:ind w:left="360"/>
        <w:rPr>
          <w:rFonts w:eastAsia="Times New Roman" w:cstheme="minorHAnsi"/>
          <w:b/>
          <w:bCs/>
          <w:color w:val="000000"/>
        </w:rPr>
      </w:pPr>
      <w:r w:rsidRPr="00FB60B7">
        <w:rPr>
          <w:rFonts w:eastAsia="Times New Roman" w:cstheme="minorHAnsi"/>
          <w:b/>
          <w:bCs/>
          <w:color w:val="000000"/>
        </w:rPr>
        <w:t>Construction and Furnishing of Storage and Distribution Facility (Food Hub)</w:t>
      </w:r>
    </w:p>
    <w:p w:rsidR="00665885" w:rsidRPr="00FB60B7" w:rsidRDefault="00254BB8" w:rsidP="00110575">
      <w:pPr>
        <w:spacing w:after="0"/>
        <w:ind w:left="360"/>
        <w:rPr>
          <w:rFonts w:eastAsia="Times New Roman" w:cstheme="minorHAnsi"/>
          <w:color w:val="000000"/>
        </w:rPr>
      </w:pPr>
      <w:r w:rsidRPr="00FB60B7">
        <w:rPr>
          <w:rFonts w:cstheme="minorHAnsi"/>
          <w:lang w:val="en"/>
        </w:rPr>
        <w:t>Numbe</w:t>
      </w:r>
      <w:r w:rsidRPr="00FB60B7">
        <w:rPr>
          <w:rFonts w:cstheme="minorHAnsi"/>
          <w:lang w:val="en"/>
        </w:rPr>
        <w:t>r of persons impacted: 581|2023</w:t>
      </w:r>
      <w:r w:rsidRPr="00FB60B7">
        <w:rPr>
          <w:rFonts w:eastAsia="Times New Roman" w:cstheme="minorHAnsi"/>
          <w:color w:val="000000"/>
        </w:rPr>
        <w:t>|$5,000,000</w:t>
      </w:r>
    </w:p>
    <w:p w:rsidR="001167C6" w:rsidRPr="00FB60B7" w:rsidRDefault="00254BB8" w:rsidP="00110575">
      <w:pPr>
        <w:spacing w:after="0"/>
        <w:ind w:left="360"/>
        <w:rPr>
          <w:rFonts w:eastAsia="Times New Roman" w:cstheme="minorHAnsi"/>
          <w:b/>
          <w:bCs/>
          <w:color w:val="000000"/>
        </w:rPr>
      </w:pPr>
    </w:p>
    <w:p w:rsidR="001167C6" w:rsidRPr="00FB60B7" w:rsidRDefault="00254BB8" w:rsidP="00110575">
      <w:pPr>
        <w:spacing w:after="0"/>
        <w:ind w:left="360"/>
        <w:rPr>
          <w:rFonts w:eastAsia="Times New Roman" w:cstheme="minorHAnsi"/>
          <w:b/>
          <w:bCs/>
          <w:color w:val="000000"/>
        </w:rPr>
      </w:pPr>
      <w:r w:rsidRPr="00FB60B7">
        <w:rPr>
          <w:rFonts w:eastAsia="Times New Roman" w:cstheme="minorHAnsi"/>
          <w:b/>
          <w:bCs/>
          <w:color w:val="000000"/>
        </w:rPr>
        <w:t>TOTAL:</w:t>
      </w:r>
      <w:r w:rsidRPr="00FB60B7">
        <w:rPr>
          <w:rFonts w:cstheme="minorHAnsi"/>
          <w:b/>
          <w:bCs/>
          <w:lang w:val="en"/>
        </w:rPr>
        <w:t xml:space="preserve"> </w:t>
      </w:r>
      <w:r w:rsidRPr="00FB60B7">
        <w:rPr>
          <w:rFonts w:cstheme="minorHAnsi"/>
          <w:b/>
          <w:lang w:val="en"/>
        </w:rPr>
        <w:t>$10,083,333</w:t>
      </w:r>
    </w:p>
    <w:p w:rsidR="007A51CE" w:rsidRPr="00110575" w:rsidRDefault="00254BB8" w:rsidP="00110575">
      <w:pPr>
        <w:spacing w:after="0"/>
        <w:rPr>
          <w:rFonts w:eastAsiaTheme="majorEastAsia" w:cstheme="minorHAnsi"/>
          <w:color w:val="365F91" w:themeColor="accent1" w:themeShade="BF"/>
        </w:rPr>
      </w:pPr>
      <w:r w:rsidRPr="00FB60B7">
        <w:rPr>
          <w:rFonts w:cstheme="minorHAnsi"/>
          <w:b/>
          <w:bCs/>
          <w:lang w:val="en"/>
        </w:rPr>
        <w:t>-----------------------------------------------------------------------------------------------------------------</w:t>
      </w:r>
    </w:p>
    <w:p w:rsidR="00A25BCB" w:rsidRPr="00033FBB" w:rsidRDefault="00254BB8" w:rsidP="00A25BCB">
      <w:pPr>
        <w:pStyle w:val="Heading1"/>
        <w:rPr>
          <w:rFonts w:ascii="Arial" w:hAnsi="Arial" w:cs="Arial"/>
        </w:rPr>
      </w:pPr>
      <w:r w:rsidRPr="00033FBB">
        <w:rPr>
          <w:rFonts w:ascii="Arial" w:hAnsi="Arial" w:cs="Arial"/>
        </w:rPr>
        <w:t>Region 8</w:t>
      </w:r>
    </w:p>
    <w:p w:rsidR="00A25BCB" w:rsidRPr="00033FBB" w:rsidRDefault="00254BB8" w:rsidP="00A25BCB">
      <w:pPr>
        <w:jc w:val="center"/>
        <w:rPr>
          <w:rFonts w:ascii="Arial" w:hAnsi="Arial" w:cs="Arial"/>
          <w:b/>
          <w:lang w:val="en"/>
        </w:rPr>
      </w:pPr>
      <w:r w:rsidRPr="00033FBB">
        <w:rPr>
          <w:rFonts w:ascii="Arial" w:hAnsi="Arial" w:cs="Arial"/>
          <w:b/>
          <w:lang w:val="en"/>
        </w:rPr>
        <w:t xml:space="preserve">Total Investments in Region Eight (8) | $283,400,000|2020-2024, </w:t>
      </w:r>
      <w:r w:rsidRPr="00033FBB">
        <w:rPr>
          <w:rFonts w:ascii="Arial" w:hAnsi="Arial" w:cs="Arial"/>
          <w:b/>
          <w:lang w:val="en"/>
        </w:rPr>
        <w:t>planned for 2025</w:t>
      </w:r>
    </w:p>
    <w:p w:rsidR="00A25BCB" w:rsidRDefault="00254BB8" w:rsidP="00A25BCB">
      <w:pPr>
        <w:rPr>
          <w:rFonts w:ascii="Arial" w:hAnsi="Arial" w:cs="Arial"/>
          <w:b/>
          <w:lang w:val="en"/>
        </w:rPr>
      </w:pPr>
      <w:r w:rsidRPr="00033FBB">
        <w:rPr>
          <w:rFonts w:ascii="Arial" w:hAnsi="Arial" w:cs="Arial"/>
          <w:b/>
          <w:lang w:val="en"/>
        </w:rPr>
        <w:t>Summary by Agency</w:t>
      </w:r>
    </w:p>
    <w:p w:rsidR="00A25BCB" w:rsidRPr="00033FBB" w:rsidRDefault="00254BB8" w:rsidP="00A25BCB">
      <w:pPr>
        <w:rPr>
          <w:rFonts w:ascii="Arial" w:hAnsi="Arial" w:cs="Arial"/>
          <w:b/>
          <w:lang w:val="en"/>
        </w:rPr>
      </w:pPr>
    </w:p>
    <w:p w:rsidR="00A25BCB" w:rsidRPr="000725DE" w:rsidRDefault="00254BB8" w:rsidP="00A25BCB">
      <w:pPr>
        <w:pStyle w:val="ListParagraph"/>
        <w:numPr>
          <w:ilvl w:val="0"/>
          <w:numId w:val="1"/>
        </w:numPr>
        <w:rPr>
          <w:rFonts w:ascii="Arial" w:hAnsi="Arial" w:cs="Arial"/>
          <w:bCs/>
          <w:lang w:val="en"/>
        </w:rPr>
      </w:pPr>
      <w:r w:rsidRPr="00033FBB">
        <w:rPr>
          <w:rFonts w:ascii="Arial" w:hAnsi="Arial" w:cs="Arial"/>
          <w:b/>
          <w:lang w:val="en"/>
        </w:rPr>
        <w:t xml:space="preserve">FISHERIES DEPARTMENT </w:t>
      </w:r>
      <w:r w:rsidRPr="00033FBB">
        <w:rPr>
          <w:rFonts w:ascii="Arial" w:hAnsi="Arial" w:cs="Arial"/>
          <w:bCs/>
          <w:lang w:val="en"/>
        </w:rPr>
        <w:t xml:space="preserve">| </w:t>
      </w:r>
      <w:r w:rsidRPr="00033FBB">
        <w:rPr>
          <w:rFonts w:ascii="Arial" w:hAnsi="Arial" w:cs="Arial"/>
          <w:b/>
          <w:lang w:val="en"/>
        </w:rPr>
        <w:t>$</w:t>
      </w:r>
      <w:r w:rsidRPr="00033FBB">
        <w:rPr>
          <w:rFonts w:ascii="Arial" w:eastAsia="Times New Roman" w:hAnsi="Arial" w:cs="Arial"/>
          <w:b/>
          <w:bCs/>
          <w:color w:val="000000"/>
        </w:rPr>
        <w:t>5,000,000</w:t>
      </w:r>
      <w:r w:rsidRPr="00033FBB">
        <w:rPr>
          <w:rFonts w:ascii="Arial" w:hAnsi="Arial" w:cs="Arial"/>
          <w:b/>
          <w:lang w:val="en"/>
        </w:rPr>
        <w:t>| 2020-2024, planned for 2025|</w:t>
      </w:r>
    </w:p>
    <w:p w:rsidR="00A25BCB" w:rsidRDefault="00254BB8" w:rsidP="00A25BCB">
      <w:pPr>
        <w:pStyle w:val="ListParagraph"/>
        <w:ind w:left="360"/>
        <w:rPr>
          <w:rFonts w:ascii="Arial" w:hAnsi="Arial" w:cs="Arial"/>
          <w:bCs/>
          <w:lang w:val="en"/>
        </w:rPr>
      </w:pPr>
    </w:p>
    <w:p w:rsidR="00A25BCB" w:rsidRPr="000B48CE" w:rsidRDefault="00254BB8" w:rsidP="00A25BCB">
      <w:pPr>
        <w:pStyle w:val="ListParagraph"/>
        <w:ind w:left="360"/>
        <w:rPr>
          <w:rFonts w:ascii="Arial" w:eastAsia="Times New Roman" w:hAnsi="Arial" w:cs="Arial"/>
          <w:b/>
          <w:bCs/>
          <w:color w:val="000000"/>
        </w:rPr>
      </w:pPr>
      <w:r w:rsidRPr="000B48CE">
        <w:rPr>
          <w:rFonts w:ascii="Arial" w:eastAsia="Times New Roman" w:hAnsi="Arial" w:cs="Arial"/>
          <w:b/>
          <w:bCs/>
          <w:color w:val="000000"/>
        </w:rPr>
        <w:t>Cage Aquaculture Project</w:t>
      </w:r>
    </w:p>
    <w:p w:rsidR="00A25BCB" w:rsidRDefault="00254BB8" w:rsidP="00A25BCB">
      <w:pPr>
        <w:pStyle w:val="ListParagraph"/>
        <w:ind w:left="360"/>
        <w:rPr>
          <w:rFonts w:ascii="Arial" w:eastAsia="Times New Roman" w:hAnsi="Arial" w:cs="Arial"/>
          <w:color w:val="000000"/>
        </w:rPr>
      </w:pPr>
      <w:r w:rsidRPr="00033FBB">
        <w:rPr>
          <w:rFonts w:ascii="Arial" w:hAnsi="Arial" w:cs="Arial"/>
          <w:lang w:val="en"/>
        </w:rPr>
        <w:t xml:space="preserve">Number of persons impacted: </w:t>
      </w:r>
      <w:r>
        <w:rPr>
          <w:rFonts w:ascii="Arial" w:hAnsi="Arial" w:cs="Arial"/>
          <w:lang w:val="en"/>
        </w:rPr>
        <w:t xml:space="preserve">309 </w:t>
      </w:r>
      <w:r w:rsidRPr="00033FBB">
        <w:rPr>
          <w:rFonts w:ascii="Arial" w:hAnsi="Arial" w:cs="Arial"/>
          <w:lang w:val="en"/>
        </w:rPr>
        <w:t xml:space="preserve">persons </w:t>
      </w:r>
      <w:r>
        <w:rPr>
          <w:rFonts w:ascii="Arial" w:eastAsia="Times New Roman" w:hAnsi="Arial" w:cs="Arial"/>
          <w:color w:val="000000"/>
        </w:rPr>
        <w:t>|2025|$5,000,000</w:t>
      </w:r>
    </w:p>
    <w:p w:rsidR="00A25BCB" w:rsidRPr="00033FBB" w:rsidRDefault="00254BB8" w:rsidP="00A25BCB">
      <w:pPr>
        <w:rPr>
          <w:rFonts w:ascii="Arial" w:hAnsi="Arial" w:cs="Arial"/>
          <w:lang w:val="en"/>
        </w:rPr>
      </w:pPr>
      <w:r w:rsidRPr="00033FBB">
        <w:rPr>
          <w:rFonts w:ascii="Arial" w:hAnsi="Arial" w:cs="Arial"/>
          <w:b/>
          <w:bCs/>
          <w:lang w:val="en"/>
        </w:rPr>
        <w:t>-----------------------------------------------------------------------------------------------------------------</w:t>
      </w:r>
    </w:p>
    <w:p w:rsidR="00A25BCB" w:rsidRDefault="00254BB8" w:rsidP="00A25BCB">
      <w:pPr>
        <w:pStyle w:val="ListParagraph"/>
        <w:ind w:left="360"/>
        <w:rPr>
          <w:rFonts w:ascii="Arial" w:eastAsia="Times New Roman" w:hAnsi="Arial" w:cs="Arial"/>
          <w:color w:val="000000"/>
        </w:rPr>
      </w:pPr>
    </w:p>
    <w:p w:rsidR="00A25BCB" w:rsidRPr="0096489B" w:rsidRDefault="00254BB8" w:rsidP="00A25BCB">
      <w:pPr>
        <w:pStyle w:val="ListParagraph"/>
        <w:ind w:left="360"/>
        <w:rPr>
          <w:rFonts w:ascii="Arial" w:eastAsia="Times New Roman" w:hAnsi="Arial" w:cs="Arial"/>
          <w:color w:val="000000"/>
        </w:rPr>
      </w:pPr>
    </w:p>
    <w:p w:rsidR="00A25BCB" w:rsidRDefault="00254BB8" w:rsidP="00A25BCB">
      <w:pPr>
        <w:pStyle w:val="ListParagraph"/>
        <w:numPr>
          <w:ilvl w:val="0"/>
          <w:numId w:val="1"/>
        </w:numPr>
        <w:rPr>
          <w:rFonts w:ascii="Arial" w:hAnsi="Arial" w:cs="Arial"/>
          <w:b/>
          <w:lang w:val="en"/>
        </w:rPr>
      </w:pPr>
      <w:r w:rsidRPr="00033FBB">
        <w:rPr>
          <w:rFonts w:ascii="Arial" w:hAnsi="Arial" w:cs="Arial"/>
          <w:b/>
          <w:lang w:val="en"/>
        </w:rPr>
        <w:t>NAREI</w:t>
      </w:r>
      <w:r w:rsidRPr="00033FBB">
        <w:rPr>
          <w:rFonts w:ascii="Arial" w:hAnsi="Arial" w:cs="Arial"/>
          <w:bCs/>
          <w:lang w:val="en"/>
        </w:rPr>
        <w:t xml:space="preserve">| </w:t>
      </w:r>
      <w:r w:rsidRPr="00033FBB">
        <w:rPr>
          <w:rFonts w:ascii="Arial" w:hAnsi="Arial" w:cs="Arial"/>
          <w:b/>
          <w:lang w:val="en"/>
        </w:rPr>
        <w:t>$</w:t>
      </w:r>
      <w:r w:rsidRPr="00033FBB">
        <w:rPr>
          <w:rFonts w:ascii="Arial" w:eastAsia="Times New Roman" w:hAnsi="Arial" w:cs="Arial"/>
          <w:b/>
          <w:bCs/>
          <w:color w:val="000000"/>
        </w:rPr>
        <w:t>1,800,000</w:t>
      </w:r>
      <w:r w:rsidRPr="00033FBB">
        <w:rPr>
          <w:rFonts w:ascii="Arial" w:hAnsi="Arial" w:cs="Arial"/>
          <w:b/>
          <w:lang w:val="en"/>
        </w:rPr>
        <w:t>| 2020-2024, planned for 2025|</w:t>
      </w:r>
    </w:p>
    <w:p w:rsidR="00A25BCB" w:rsidRPr="001F405A" w:rsidRDefault="00254BB8" w:rsidP="00A25BCB">
      <w:pPr>
        <w:pStyle w:val="ListParagraph"/>
        <w:ind w:left="360"/>
        <w:rPr>
          <w:rFonts w:ascii="Arial" w:hAnsi="Arial" w:cs="Arial"/>
          <w:b/>
          <w:lang w:val="en"/>
        </w:rPr>
      </w:pPr>
    </w:p>
    <w:p w:rsidR="00A25BCB" w:rsidRPr="000B48CE" w:rsidRDefault="00254BB8" w:rsidP="00A25BCB">
      <w:pPr>
        <w:pStyle w:val="ListParagraph"/>
        <w:ind w:left="360"/>
        <w:rPr>
          <w:rFonts w:ascii="Arial" w:eastAsia="Times New Roman" w:hAnsi="Arial" w:cs="Arial"/>
          <w:b/>
          <w:bCs/>
          <w:color w:val="000000"/>
        </w:rPr>
      </w:pPr>
      <w:r>
        <w:rPr>
          <w:rFonts w:ascii="Arial" w:eastAsia="Times New Roman" w:hAnsi="Arial" w:cs="Arial"/>
          <w:b/>
          <w:bCs/>
          <w:color w:val="000000"/>
        </w:rPr>
        <w:t xml:space="preserve">Cassava Seedling Production </w:t>
      </w:r>
    </w:p>
    <w:p w:rsidR="00A25BCB" w:rsidRDefault="00254BB8" w:rsidP="00A25BCB">
      <w:pPr>
        <w:pStyle w:val="ListParagraph"/>
        <w:ind w:left="360"/>
        <w:rPr>
          <w:rFonts w:ascii="Arial" w:eastAsia="Times New Roman" w:hAnsi="Arial" w:cs="Arial"/>
          <w:color w:val="000000"/>
        </w:rPr>
      </w:pPr>
      <w:r w:rsidRPr="00033FBB">
        <w:rPr>
          <w:rFonts w:ascii="Arial" w:hAnsi="Arial" w:cs="Arial"/>
          <w:lang w:val="en"/>
        </w:rPr>
        <w:t xml:space="preserve">Number of persons impacted: </w:t>
      </w:r>
      <w:r>
        <w:rPr>
          <w:rFonts w:ascii="Arial" w:hAnsi="Arial" w:cs="Arial"/>
          <w:lang w:val="en"/>
        </w:rPr>
        <w:t>The village</w:t>
      </w:r>
      <w:r w:rsidRPr="00033FBB">
        <w:rPr>
          <w:rFonts w:ascii="Arial" w:hAnsi="Arial" w:cs="Arial"/>
          <w:lang w:val="en"/>
        </w:rPr>
        <w:t xml:space="preserve"> </w:t>
      </w:r>
      <w:r>
        <w:rPr>
          <w:rFonts w:ascii="Arial" w:eastAsia="Times New Roman" w:hAnsi="Arial" w:cs="Arial"/>
          <w:color w:val="000000"/>
        </w:rPr>
        <w:t>|2023-2025|$1,800,000</w:t>
      </w:r>
    </w:p>
    <w:p w:rsidR="00A25BCB" w:rsidRPr="00033FBB" w:rsidRDefault="00254BB8" w:rsidP="00A25BCB">
      <w:pPr>
        <w:rPr>
          <w:rFonts w:ascii="Arial" w:hAnsi="Arial" w:cs="Arial"/>
          <w:lang w:val="en"/>
        </w:rPr>
      </w:pPr>
      <w:r w:rsidRPr="00033FBB">
        <w:rPr>
          <w:rFonts w:ascii="Arial" w:hAnsi="Arial" w:cs="Arial"/>
          <w:b/>
          <w:bCs/>
          <w:lang w:val="en"/>
        </w:rPr>
        <w:t>-----------------------------------------------------------------------------------------------------------------</w:t>
      </w:r>
    </w:p>
    <w:p w:rsidR="00A25BCB" w:rsidRDefault="00254BB8" w:rsidP="00A25BCB">
      <w:pPr>
        <w:pStyle w:val="ListParagraph"/>
        <w:ind w:left="360"/>
        <w:rPr>
          <w:rFonts w:ascii="Arial" w:eastAsia="Times New Roman" w:hAnsi="Arial" w:cs="Arial"/>
          <w:color w:val="000000"/>
        </w:rPr>
      </w:pPr>
    </w:p>
    <w:p w:rsidR="00A25BCB" w:rsidRDefault="00254BB8" w:rsidP="00A25BCB">
      <w:pPr>
        <w:pStyle w:val="ListParagraph"/>
        <w:numPr>
          <w:ilvl w:val="0"/>
          <w:numId w:val="1"/>
        </w:numPr>
        <w:rPr>
          <w:rFonts w:ascii="Arial" w:hAnsi="Arial" w:cs="Arial"/>
          <w:b/>
          <w:lang w:val="en"/>
        </w:rPr>
      </w:pPr>
      <w:r w:rsidRPr="00033FBB">
        <w:rPr>
          <w:rFonts w:ascii="Arial" w:hAnsi="Arial" w:cs="Arial"/>
          <w:b/>
          <w:lang w:val="en"/>
        </w:rPr>
        <w:lastRenderedPageBreak/>
        <w:t>NDIA</w:t>
      </w:r>
      <w:r w:rsidRPr="00033FBB">
        <w:rPr>
          <w:rFonts w:ascii="Arial" w:hAnsi="Arial" w:cs="Arial"/>
          <w:bCs/>
          <w:lang w:val="en"/>
        </w:rPr>
        <w:t xml:space="preserve">| </w:t>
      </w:r>
      <w:r w:rsidRPr="00033FBB">
        <w:rPr>
          <w:rFonts w:ascii="Arial" w:hAnsi="Arial" w:cs="Arial"/>
          <w:b/>
          <w:lang w:val="en"/>
        </w:rPr>
        <w:t>$</w:t>
      </w:r>
      <w:r w:rsidRPr="00033FBB">
        <w:rPr>
          <w:rFonts w:ascii="Arial" w:eastAsia="Times New Roman" w:hAnsi="Arial" w:cs="Arial"/>
          <w:b/>
          <w:bCs/>
          <w:color w:val="000000"/>
        </w:rPr>
        <w:t>132,100,000</w:t>
      </w:r>
      <w:r w:rsidRPr="00033FBB">
        <w:rPr>
          <w:rFonts w:ascii="Arial" w:hAnsi="Arial" w:cs="Arial"/>
          <w:b/>
          <w:lang w:val="en"/>
        </w:rPr>
        <w:t>| 2020-2024, planned for 2025|</w:t>
      </w:r>
    </w:p>
    <w:p w:rsidR="00A25BCB" w:rsidRPr="00F43EDF" w:rsidRDefault="00254BB8" w:rsidP="00A25BCB">
      <w:pPr>
        <w:pStyle w:val="ListParagraph"/>
        <w:ind w:left="360"/>
        <w:rPr>
          <w:rFonts w:ascii="Arial" w:hAnsi="Arial" w:cs="Arial"/>
          <w:b/>
          <w:lang w:val="en"/>
        </w:rPr>
      </w:pPr>
    </w:p>
    <w:p w:rsidR="00A25BCB" w:rsidRDefault="00254BB8" w:rsidP="00A25BCB">
      <w:pPr>
        <w:pStyle w:val="ListParagraph"/>
        <w:ind w:left="360"/>
        <w:rPr>
          <w:rFonts w:ascii="Arial" w:eastAsia="Times New Roman" w:hAnsi="Arial" w:cs="Arial"/>
          <w:b/>
          <w:bCs/>
          <w:color w:val="000000"/>
        </w:rPr>
      </w:pPr>
      <w:r>
        <w:rPr>
          <w:rFonts w:ascii="Arial" w:eastAsia="Times New Roman" w:hAnsi="Arial" w:cs="Arial"/>
          <w:b/>
          <w:bCs/>
          <w:color w:val="000000"/>
        </w:rPr>
        <w:t>Supply of Irrigation Pipes</w:t>
      </w:r>
    </w:p>
    <w:p w:rsidR="00A25BCB" w:rsidRDefault="00254BB8" w:rsidP="00A25BCB">
      <w:pPr>
        <w:pStyle w:val="ListParagraph"/>
        <w:ind w:left="360"/>
        <w:rPr>
          <w:rFonts w:ascii="Arial" w:eastAsia="Times New Roman" w:hAnsi="Arial" w:cs="Arial"/>
          <w:color w:val="000000"/>
        </w:rPr>
      </w:pPr>
      <w:r w:rsidRPr="000B48CE">
        <w:rPr>
          <w:rFonts w:ascii="Arial" w:hAnsi="Arial" w:cs="Arial"/>
          <w:lang w:val="en"/>
        </w:rPr>
        <w:t xml:space="preserve">Number of persons impacted: </w:t>
      </w:r>
      <w:r>
        <w:rPr>
          <w:rFonts w:ascii="Arial" w:hAnsi="Arial" w:cs="Arial"/>
          <w:lang w:val="en"/>
        </w:rPr>
        <w:t>150</w:t>
      </w:r>
      <w:r w:rsidRPr="000B48CE">
        <w:rPr>
          <w:rFonts w:ascii="Arial" w:eastAsia="Times New Roman" w:hAnsi="Arial" w:cs="Arial"/>
          <w:color w:val="000000"/>
        </w:rPr>
        <w:t>|</w:t>
      </w:r>
      <w:r>
        <w:rPr>
          <w:rFonts w:ascii="Arial" w:eastAsia="Times New Roman" w:hAnsi="Arial" w:cs="Arial"/>
          <w:color w:val="000000"/>
        </w:rPr>
        <w:t>2021</w:t>
      </w:r>
      <w:r w:rsidRPr="000B48CE">
        <w:rPr>
          <w:rFonts w:ascii="Arial" w:eastAsia="Times New Roman" w:hAnsi="Arial" w:cs="Arial"/>
          <w:color w:val="000000"/>
        </w:rPr>
        <w:t>|$</w:t>
      </w:r>
      <w:r>
        <w:rPr>
          <w:rFonts w:ascii="Arial" w:eastAsia="Times New Roman" w:hAnsi="Arial" w:cs="Arial"/>
          <w:color w:val="000000"/>
        </w:rPr>
        <w:t>19,900,000</w:t>
      </w:r>
    </w:p>
    <w:p w:rsidR="00A25BCB" w:rsidRDefault="00254BB8" w:rsidP="00A25BCB">
      <w:pPr>
        <w:pStyle w:val="ListParagraph"/>
        <w:ind w:left="360"/>
        <w:rPr>
          <w:rFonts w:ascii="Arial" w:eastAsia="Times New Roman" w:hAnsi="Arial" w:cs="Arial"/>
          <w:color w:val="000000"/>
        </w:rPr>
      </w:pPr>
    </w:p>
    <w:p w:rsidR="00A25BCB" w:rsidRDefault="00254BB8" w:rsidP="00A25BCB">
      <w:pPr>
        <w:pStyle w:val="ListParagraph"/>
        <w:ind w:left="360"/>
        <w:rPr>
          <w:rFonts w:ascii="Arial" w:eastAsia="Times New Roman" w:hAnsi="Arial" w:cs="Arial"/>
          <w:b/>
          <w:bCs/>
          <w:color w:val="000000"/>
        </w:rPr>
      </w:pPr>
      <w:r>
        <w:rPr>
          <w:rFonts w:ascii="Arial" w:eastAsia="Times New Roman" w:hAnsi="Arial" w:cs="Arial"/>
          <w:b/>
          <w:bCs/>
          <w:color w:val="000000"/>
        </w:rPr>
        <w:t xml:space="preserve">Provision of </w:t>
      </w:r>
      <w:r>
        <w:rPr>
          <w:rFonts w:ascii="Arial" w:eastAsia="Times New Roman" w:hAnsi="Arial" w:cs="Arial"/>
          <w:b/>
          <w:bCs/>
          <w:color w:val="000000"/>
        </w:rPr>
        <w:t>Labor for the Installation of Irrigation Pipes</w:t>
      </w:r>
    </w:p>
    <w:p w:rsidR="00A25BCB" w:rsidRDefault="00254BB8" w:rsidP="00A25BCB">
      <w:pPr>
        <w:pStyle w:val="ListParagraph"/>
        <w:ind w:left="360"/>
        <w:rPr>
          <w:rFonts w:ascii="Arial" w:eastAsia="Times New Roman" w:hAnsi="Arial" w:cs="Arial"/>
          <w:color w:val="000000"/>
        </w:rPr>
      </w:pPr>
      <w:r w:rsidRPr="000B48CE">
        <w:rPr>
          <w:rFonts w:ascii="Arial" w:hAnsi="Arial" w:cs="Arial"/>
          <w:lang w:val="en"/>
        </w:rPr>
        <w:t xml:space="preserve">Number of persons impacted: </w:t>
      </w:r>
      <w:r>
        <w:rPr>
          <w:rFonts w:ascii="Arial" w:hAnsi="Arial" w:cs="Arial"/>
          <w:lang w:val="en"/>
        </w:rPr>
        <w:t>150</w:t>
      </w:r>
      <w:r w:rsidRPr="000B48CE">
        <w:rPr>
          <w:rFonts w:ascii="Arial" w:eastAsia="Times New Roman" w:hAnsi="Arial" w:cs="Arial"/>
          <w:color w:val="000000"/>
        </w:rPr>
        <w:t>|</w:t>
      </w:r>
      <w:r>
        <w:rPr>
          <w:rFonts w:ascii="Arial" w:eastAsia="Times New Roman" w:hAnsi="Arial" w:cs="Arial"/>
          <w:color w:val="000000"/>
        </w:rPr>
        <w:t>2022</w:t>
      </w:r>
      <w:r w:rsidRPr="000B48CE">
        <w:rPr>
          <w:rFonts w:ascii="Arial" w:eastAsia="Times New Roman" w:hAnsi="Arial" w:cs="Arial"/>
          <w:color w:val="000000"/>
        </w:rPr>
        <w:t>|$</w:t>
      </w:r>
      <w:r>
        <w:rPr>
          <w:rFonts w:ascii="Arial" w:eastAsia="Times New Roman" w:hAnsi="Arial" w:cs="Arial"/>
          <w:color w:val="000000"/>
        </w:rPr>
        <w:t>10,000,000</w:t>
      </w:r>
    </w:p>
    <w:p w:rsidR="00A25BCB" w:rsidRDefault="00254BB8" w:rsidP="00A25BCB">
      <w:pPr>
        <w:pStyle w:val="ListParagraph"/>
        <w:ind w:left="360"/>
        <w:rPr>
          <w:rFonts w:ascii="Arial" w:eastAsia="Times New Roman" w:hAnsi="Arial" w:cs="Arial"/>
          <w:color w:val="000000"/>
        </w:rPr>
      </w:pPr>
    </w:p>
    <w:p w:rsidR="00A25BCB" w:rsidRDefault="00254BB8" w:rsidP="00A25BCB">
      <w:pPr>
        <w:pStyle w:val="ListParagraph"/>
        <w:ind w:left="360"/>
        <w:rPr>
          <w:rFonts w:ascii="Arial" w:eastAsia="Times New Roman" w:hAnsi="Arial" w:cs="Arial"/>
          <w:b/>
          <w:bCs/>
          <w:color w:val="000000"/>
        </w:rPr>
      </w:pPr>
      <w:r>
        <w:rPr>
          <w:rFonts w:ascii="Arial" w:eastAsia="Times New Roman" w:hAnsi="Arial" w:cs="Arial"/>
          <w:b/>
          <w:bCs/>
          <w:color w:val="000000"/>
        </w:rPr>
        <w:t xml:space="preserve">Construction of Trestle </w:t>
      </w:r>
    </w:p>
    <w:p w:rsidR="00A25BCB" w:rsidRDefault="00254BB8" w:rsidP="00A25BCB">
      <w:pPr>
        <w:pStyle w:val="ListParagraph"/>
        <w:ind w:left="360"/>
        <w:rPr>
          <w:rFonts w:ascii="Arial" w:eastAsia="Times New Roman" w:hAnsi="Arial" w:cs="Arial"/>
          <w:color w:val="000000"/>
        </w:rPr>
      </w:pPr>
      <w:r w:rsidRPr="000B48CE">
        <w:rPr>
          <w:rFonts w:ascii="Arial" w:hAnsi="Arial" w:cs="Arial"/>
          <w:lang w:val="en"/>
        </w:rPr>
        <w:t xml:space="preserve">Number of persons impacted: </w:t>
      </w:r>
      <w:r>
        <w:rPr>
          <w:rFonts w:ascii="Arial" w:hAnsi="Arial" w:cs="Arial"/>
          <w:lang w:val="en"/>
        </w:rPr>
        <w:t>150</w:t>
      </w:r>
      <w:r w:rsidRPr="000B48CE">
        <w:rPr>
          <w:rFonts w:ascii="Arial" w:eastAsia="Times New Roman" w:hAnsi="Arial" w:cs="Arial"/>
          <w:color w:val="000000"/>
        </w:rPr>
        <w:t>|</w:t>
      </w:r>
      <w:r>
        <w:rPr>
          <w:rFonts w:ascii="Arial" w:eastAsia="Times New Roman" w:hAnsi="Arial" w:cs="Arial"/>
          <w:color w:val="000000"/>
        </w:rPr>
        <w:t>2023</w:t>
      </w:r>
      <w:r w:rsidRPr="000B48CE">
        <w:rPr>
          <w:rFonts w:ascii="Arial" w:eastAsia="Times New Roman" w:hAnsi="Arial" w:cs="Arial"/>
          <w:color w:val="000000"/>
        </w:rPr>
        <w:t>|$</w:t>
      </w:r>
      <w:r>
        <w:rPr>
          <w:rFonts w:ascii="Arial" w:eastAsia="Times New Roman" w:hAnsi="Arial" w:cs="Arial"/>
          <w:color w:val="000000"/>
        </w:rPr>
        <w:t>26,200,000</w:t>
      </w:r>
    </w:p>
    <w:p w:rsidR="00A25BCB" w:rsidRDefault="00254BB8" w:rsidP="00A25BCB">
      <w:pPr>
        <w:pStyle w:val="ListParagraph"/>
        <w:ind w:left="360"/>
        <w:rPr>
          <w:rFonts w:ascii="Arial" w:eastAsia="Times New Roman" w:hAnsi="Arial" w:cs="Arial"/>
          <w:color w:val="000000"/>
        </w:rPr>
      </w:pPr>
    </w:p>
    <w:p w:rsidR="00A25BCB" w:rsidRDefault="00254BB8" w:rsidP="00A25BCB">
      <w:pPr>
        <w:pStyle w:val="ListParagraph"/>
        <w:ind w:left="360"/>
        <w:rPr>
          <w:rFonts w:ascii="Arial" w:eastAsia="Times New Roman" w:hAnsi="Arial" w:cs="Arial"/>
          <w:b/>
          <w:bCs/>
          <w:color w:val="000000"/>
        </w:rPr>
      </w:pPr>
      <w:r>
        <w:rPr>
          <w:rFonts w:ascii="Arial" w:eastAsia="Times New Roman" w:hAnsi="Arial" w:cs="Arial"/>
          <w:b/>
          <w:bCs/>
          <w:color w:val="000000"/>
        </w:rPr>
        <w:t>Provision of Land Preparation Service for Hinterland Communities</w:t>
      </w:r>
    </w:p>
    <w:p w:rsidR="00A25BCB" w:rsidRDefault="00254BB8" w:rsidP="00A25BCB">
      <w:pPr>
        <w:pStyle w:val="ListParagraph"/>
        <w:ind w:left="360"/>
        <w:rPr>
          <w:rFonts w:ascii="Arial" w:eastAsia="Times New Roman" w:hAnsi="Arial" w:cs="Arial"/>
          <w:color w:val="000000"/>
        </w:rPr>
      </w:pPr>
      <w:r w:rsidRPr="000B48CE">
        <w:rPr>
          <w:rFonts w:ascii="Arial" w:hAnsi="Arial" w:cs="Arial"/>
          <w:lang w:val="en"/>
        </w:rPr>
        <w:t>Number of persons i</w:t>
      </w:r>
      <w:r w:rsidRPr="000B48CE">
        <w:rPr>
          <w:rFonts w:ascii="Arial" w:hAnsi="Arial" w:cs="Arial"/>
          <w:lang w:val="en"/>
        </w:rPr>
        <w:t xml:space="preserve">mpacted: </w:t>
      </w:r>
      <w:r>
        <w:rPr>
          <w:rFonts w:ascii="Arial" w:hAnsi="Arial" w:cs="Arial"/>
          <w:lang w:val="en"/>
        </w:rPr>
        <w:t>120</w:t>
      </w:r>
      <w:r w:rsidRPr="000B48CE">
        <w:rPr>
          <w:rFonts w:ascii="Arial" w:eastAsia="Times New Roman" w:hAnsi="Arial" w:cs="Arial"/>
          <w:color w:val="000000"/>
        </w:rPr>
        <w:t>|202</w:t>
      </w:r>
      <w:r>
        <w:rPr>
          <w:rFonts w:ascii="Arial" w:eastAsia="Times New Roman" w:hAnsi="Arial" w:cs="Arial"/>
          <w:color w:val="000000"/>
        </w:rPr>
        <w:t>3-2025</w:t>
      </w:r>
      <w:r w:rsidRPr="000B48CE">
        <w:rPr>
          <w:rFonts w:ascii="Arial" w:eastAsia="Times New Roman" w:hAnsi="Arial" w:cs="Arial"/>
          <w:color w:val="000000"/>
        </w:rPr>
        <w:t>|$</w:t>
      </w:r>
      <w:r>
        <w:rPr>
          <w:rFonts w:ascii="Arial" w:eastAsia="Times New Roman" w:hAnsi="Arial" w:cs="Arial"/>
          <w:color w:val="000000"/>
        </w:rPr>
        <w:t>7,500,000</w:t>
      </w:r>
    </w:p>
    <w:p w:rsidR="00A25BCB" w:rsidRDefault="00254BB8" w:rsidP="00A25BCB">
      <w:pPr>
        <w:pStyle w:val="ListParagraph"/>
        <w:ind w:left="360"/>
        <w:rPr>
          <w:rFonts w:ascii="Arial" w:eastAsia="Times New Roman" w:hAnsi="Arial" w:cs="Arial"/>
          <w:color w:val="000000"/>
        </w:rPr>
      </w:pPr>
    </w:p>
    <w:p w:rsidR="00A25BCB" w:rsidRDefault="00254BB8" w:rsidP="00A25BCB">
      <w:pPr>
        <w:pStyle w:val="ListParagraph"/>
        <w:ind w:left="360"/>
        <w:rPr>
          <w:rFonts w:ascii="Arial" w:eastAsia="Times New Roman" w:hAnsi="Arial" w:cs="Arial"/>
          <w:b/>
          <w:bCs/>
          <w:color w:val="000000"/>
        </w:rPr>
      </w:pPr>
      <w:r>
        <w:rPr>
          <w:rFonts w:ascii="Arial" w:eastAsia="Times New Roman" w:hAnsi="Arial" w:cs="Arial"/>
          <w:b/>
          <w:bCs/>
          <w:color w:val="000000"/>
        </w:rPr>
        <w:t xml:space="preserve">Provision of Irrigation System </w:t>
      </w:r>
    </w:p>
    <w:p w:rsidR="00A25BCB" w:rsidRDefault="00254BB8" w:rsidP="00A25BCB">
      <w:pPr>
        <w:pStyle w:val="ListParagraph"/>
        <w:ind w:left="360"/>
        <w:rPr>
          <w:rFonts w:ascii="Arial" w:eastAsia="Times New Roman" w:hAnsi="Arial" w:cs="Arial"/>
          <w:color w:val="000000"/>
        </w:rPr>
      </w:pPr>
      <w:r w:rsidRPr="000B48CE">
        <w:rPr>
          <w:rFonts w:ascii="Arial" w:hAnsi="Arial" w:cs="Arial"/>
          <w:lang w:val="en"/>
        </w:rPr>
        <w:t xml:space="preserve">Number of persons impacted: </w:t>
      </w:r>
      <w:r>
        <w:rPr>
          <w:rFonts w:ascii="Arial" w:hAnsi="Arial" w:cs="Arial"/>
          <w:lang w:val="en"/>
        </w:rPr>
        <w:t>225</w:t>
      </w:r>
      <w:r w:rsidRPr="000B48CE">
        <w:rPr>
          <w:rFonts w:ascii="Arial" w:eastAsia="Times New Roman" w:hAnsi="Arial" w:cs="Arial"/>
          <w:color w:val="000000"/>
        </w:rPr>
        <w:t>|</w:t>
      </w:r>
      <w:r>
        <w:rPr>
          <w:rFonts w:ascii="Arial" w:eastAsia="Times New Roman" w:hAnsi="Arial" w:cs="Arial"/>
          <w:color w:val="000000"/>
        </w:rPr>
        <w:t>2025</w:t>
      </w:r>
      <w:r w:rsidRPr="000B48CE">
        <w:rPr>
          <w:rFonts w:ascii="Arial" w:eastAsia="Times New Roman" w:hAnsi="Arial" w:cs="Arial"/>
          <w:color w:val="000000"/>
        </w:rPr>
        <w:t>|$</w:t>
      </w:r>
      <w:r>
        <w:rPr>
          <w:rFonts w:ascii="Arial" w:eastAsia="Times New Roman" w:hAnsi="Arial" w:cs="Arial"/>
          <w:color w:val="000000"/>
        </w:rPr>
        <w:t>68,500,000</w:t>
      </w:r>
    </w:p>
    <w:p w:rsidR="00A25BCB" w:rsidRPr="00033FBB" w:rsidRDefault="00254BB8" w:rsidP="00A25BCB">
      <w:pPr>
        <w:rPr>
          <w:rFonts w:ascii="Arial" w:hAnsi="Arial" w:cs="Arial"/>
          <w:lang w:val="en"/>
        </w:rPr>
      </w:pPr>
      <w:r w:rsidRPr="00033FBB">
        <w:rPr>
          <w:rFonts w:ascii="Arial" w:hAnsi="Arial" w:cs="Arial"/>
          <w:b/>
          <w:bCs/>
          <w:lang w:val="en"/>
        </w:rPr>
        <w:t>-----------------------------------------------------------------------------------------------------------------</w:t>
      </w:r>
    </w:p>
    <w:p w:rsidR="00A25BCB" w:rsidRDefault="00254BB8" w:rsidP="00A25BCB">
      <w:pPr>
        <w:pStyle w:val="ListParagraph"/>
        <w:ind w:left="360"/>
        <w:rPr>
          <w:rFonts w:ascii="Arial" w:eastAsia="Times New Roman" w:hAnsi="Arial" w:cs="Arial"/>
          <w:color w:val="000000"/>
        </w:rPr>
      </w:pPr>
    </w:p>
    <w:p w:rsidR="00A25BCB" w:rsidRDefault="00254BB8" w:rsidP="00A25BCB">
      <w:pPr>
        <w:pStyle w:val="ListParagraph"/>
        <w:ind w:left="360"/>
        <w:rPr>
          <w:rFonts w:ascii="Arial" w:eastAsia="Times New Roman" w:hAnsi="Arial" w:cs="Arial"/>
          <w:color w:val="000000"/>
        </w:rPr>
      </w:pPr>
    </w:p>
    <w:p w:rsidR="00A25BCB" w:rsidRDefault="00254BB8" w:rsidP="00A25BCB">
      <w:pPr>
        <w:pStyle w:val="ListParagraph"/>
        <w:numPr>
          <w:ilvl w:val="0"/>
          <w:numId w:val="1"/>
        </w:numPr>
        <w:rPr>
          <w:rFonts w:ascii="Arial" w:hAnsi="Arial" w:cs="Arial"/>
          <w:b/>
          <w:lang w:val="en"/>
        </w:rPr>
      </w:pPr>
      <w:r w:rsidRPr="00033FBB">
        <w:rPr>
          <w:rFonts w:ascii="Arial" w:hAnsi="Arial" w:cs="Arial"/>
          <w:b/>
          <w:lang w:val="en"/>
        </w:rPr>
        <w:t>HYDROMET</w:t>
      </w:r>
      <w:r w:rsidRPr="00033FBB">
        <w:rPr>
          <w:rFonts w:ascii="Arial" w:hAnsi="Arial" w:cs="Arial"/>
          <w:bCs/>
          <w:lang w:val="en"/>
        </w:rPr>
        <w:t xml:space="preserve">| </w:t>
      </w:r>
      <w:r w:rsidRPr="00033FBB">
        <w:rPr>
          <w:rFonts w:ascii="Arial" w:hAnsi="Arial" w:cs="Arial"/>
          <w:b/>
          <w:lang w:val="en"/>
        </w:rPr>
        <w:t>$</w:t>
      </w:r>
      <w:r w:rsidRPr="00033FBB">
        <w:rPr>
          <w:rFonts w:ascii="Arial" w:eastAsia="Times New Roman" w:hAnsi="Arial" w:cs="Arial"/>
          <w:b/>
          <w:bCs/>
          <w:color w:val="000000"/>
        </w:rPr>
        <w:t>50,000,000</w:t>
      </w:r>
      <w:r w:rsidRPr="00033FBB">
        <w:rPr>
          <w:rFonts w:ascii="Arial" w:hAnsi="Arial" w:cs="Arial"/>
          <w:b/>
          <w:lang w:val="en"/>
        </w:rPr>
        <w:t xml:space="preserve">| </w:t>
      </w:r>
      <w:r w:rsidRPr="00033FBB">
        <w:rPr>
          <w:rFonts w:ascii="Arial" w:hAnsi="Arial" w:cs="Arial"/>
          <w:b/>
          <w:lang w:val="en"/>
        </w:rPr>
        <w:t>2020-2024, planned for 2025|</w:t>
      </w:r>
    </w:p>
    <w:p w:rsidR="00A25BCB" w:rsidRPr="002A20D0" w:rsidRDefault="00254BB8" w:rsidP="00A25BCB">
      <w:pPr>
        <w:pStyle w:val="ListParagraph"/>
        <w:ind w:left="360"/>
        <w:rPr>
          <w:rFonts w:ascii="Arial" w:hAnsi="Arial" w:cs="Arial"/>
          <w:b/>
          <w:lang w:val="en"/>
        </w:rPr>
      </w:pPr>
    </w:p>
    <w:p w:rsidR="00A25BCB" w:rsidRDefault="00254BB8" w:rsidP="00A25BCB">
      <w:pPr>
        <w:pStyle w:val="ListParagraph"/>
        <w:ind w:left="360"/>
        <w:rPr>
          <w:rFonts w:ascii="Arial" w:eastAsia="Times New Roman" w:hAnsi="Arial" w:cs="Arial"/>
          <w:b/>
          <w:bCs/>
          <w:color w:val="000000"/>
        </w:rPr>
      </w:pPr>
      <w:r>
        <w:rPr>
          <w:rFonts w:ascii="Arial" w:eastAsia="Times New Roman" w:hAnsi="Arial" w:cs="Arial"/>
          <w:b/>
          <w:bCs/>
          <w:color w:val="000000"/>
        </w:rPr>
        <w:t>Installation of Automatic Weather Station</w:t>
      </w:r>
    </w:p>
    <w:p w:rsidR="00A25BCB" w:rsidRDefault="00254BB8" w:rsidP="00A25BCB">
      <w:pPr>
        <w:pStyle w:val="ListParagraph"/>
        <w:ind w:left="360"/>
        <w:rPr>
          <w:rFonts w:ascii="Arial" w:eastAsia="Times New Roman" w:hAnsi="Arial" w:cs="Arial"/>
          <w:color w:val="000000"/>
        </w:rPr>
      </w:pPr>
      <w:r w:rsidRPr="000B48CE">
        <w:rPr>
          <w:rFonts w:ascii="Arial" w:hAnsi="Arial" w:cs="Arial"/>
          <w:lang w:val="en"/>
        </w:rPr>
        <w:t xml:space="preserve">Number of persons impacted: </w:t>
      </w:r>
      <w:r>
        <w:rPr>
          <w:rFonts w:ascii="Arial" w:hAnsi="Arial" w:cs="Arial"/>
          <w:lang w:val="en"/>
        </w:rPr>
        <w:t xml:space="preserve">All of Guyana (Indirect) </w:t>
      </w:r>
      <w:r w:rsidRPr="000B48CE">
        <w:rPr>
          <w:rFonts w:ascii="Arial" w:eastAsia="Times New Roman" w:hAnsi="Arial" w:cs="Arial"/>
          <w:color w:val="000000"/>
        </w:rPr>
        <w:t>|</w:t>
      </w:r>
      <w:r>
        <w:rPr>
          <w:rFonts w:ascii="Arial" w:eastAsia="Times New Roman" w:hAnsi="Arial" w:cs="Arial"/>
          <w:color w:val="000000"/>
        </w:rPr>
        <w:t>2021-2022</w:t>
      </w:r>
      <w:r w:rsidRPr="000B48CE">
        <w:rPr>
          <w:rFonts w:ascii="Arial" w:eastAsia="Times New Roman" w:hAnsi="Arial" w:cs="Arial"/>
          <w:color w:val="000000"/>
        </w:rPr>
        <w:t>|$</w:t>
      </w:r>
      <w:r>
        <w:rPr>
          <w:rFonts w:ascii="Arial" w:eastAsia="Times New Roman" w:hAnsi="Arial" w:cs="Arial"/>
          <w:color w:val="000000"/>
        </w:rPr>
        <w:t>20,000,000</w:t>
      </w:r>
    </w:p>
    <w:p w:rsidR="00A25BCB" w:rsidRDefault="00254BB8" w:rsidP="00A25BCB">
      <w:pPr>
        <w:pStyle w:val="ListParagraph"/>
        <w:ind w:left="360"/>
        <w:rPr>
          <w:rFonts w:ascii="Arial" w:eastAsia="Times New Roman" w:hAnsi="Arial" w:cs="Arial"/>
          <w:color w:val="000000"/>
        </w:rPr>
      </w:pPr>
    </w:p>
    <w:p w:rsidR="00A25BCB" w:rsidRDefault="00254BB8" w:rsidP="00A25BCB">
      <w:pPr>
        <w:pStyle w:val="ListParagraph"/>
        <w:ind w:left="360"/>
        <w:rPr>
          <w:rFonts w:ascii="Arial" w:eastAsia="Times New Roman" w:hAnsi="Arial" w:cs="Arial"/>
          <w:b/>
          <w:bCs/>
          <w:color w:val="000000"/>
        </w:rPr>
      </w:pPr>
      <w:r>
        <w:rPr>
          <w:rFonts w:ascii="Arial" w:eastAsia="Times New Roman" w:hAnsi="Arial" w:cs="Arial"/>
          <w:b/>
          <w:bCs/>
          <w:color w:val="000000"/>
        </w:rPr>
        <w:t>Installation of Micro Automatic Weather Station</w:t>
      </w:r>
    </w:p>
    <w:p w:rsidR="00A25BCB" w:rsidRDefault="00254BB8" w:rsidP="00A25BCB">
      <w:pPr>
        <w:pStyle w:val="ListParagraph"/>
        <w:ind w:left="360"/>
        <w:rPr>
          <w:rFonts w:ascii="Arial" w:eastAsia="Times New Roman" w:hAnsi="Arial" w:cs="Arial"/>
          <w:color w:val="000000"/>
        </w:rPr>
      </w:pPr>
      <w:r w:rsidRPr="000B48CE">
        <w:rPr>
          <w:rFonts w:ascii="Arial" w:hAnsi="Arial" w:cs="Arial"/>
          <w:lang w:val="en"/>
        </w:rPr>
        <w:t xml:space="preserve">Number of persons impacted: </w:t>
      </w:r>
      <w:r>
        <w:rPr>
          <w:rFonts w:ascii="Arial" w:hAnsi="Arial" w:cs="Arial"/>
          <w:lang w:val="en"/>
        </w:rPr>
        <w:t xml:space="preserve">All of Guyana (Indirect) </w:t>
      </w:r>
      <w:r w:rsidRPr="000B48CE">
        <w:rPr>
          <w:rFonts w:ascii="Arial" w:eastAsia="Times New Roman" w:hAnsi="Arial" w:cs="Arial"/>
          <w:color w:val="000000"/>
        </w:rPr>
        <w:t>|202</w:t>
      </w:r>
      <w:r>
        <w:rPr>
          <w:rFonts w:ascii="Arial" w:eastAsia="Times New Roman" w:hAnsi="Arial" w:cs="Arial"/>
          <w:color w:val="000000"/>
        </w:rPr>
        <w:t>4-2025</w:t>
      </w:r>
      <w:r w:rsidRPr="000B48CE">
        <w:rPr>
          <w:rFonts w:ascii="Arial" w:eastAsia="Times New Roman" w:hAnsi="Arial" w:cs="Arial"/>
          <w:color w:val="000000"/>
        </w:rPr>
        <w:t>|$</w:t>
      </w:r>
      <w:r>
        <w:rPr>
          <w:rFonts w:ascii="Arial" w:eastAsia="Times New Roman" w:hAnsi="Arial" w:cs="Arial"/>
          <w:color w:val="000000"/>
        </w:rPr>
        <w:t>30,000,000</w:t>
      </w:r>
    </w:p>
    <w:p w:rsidR="00A25BCB" w:rsidRPr="00033FBB" w:rsidRDefault="00254BB8" w:rsidP="00A25BCB">
      <w:pPr>
        <w:rPr>
          <w:rFonts w:ascii="Arial" w:hAnsi="Arial" w:cs="Arial"/>
          <w:lang w:val="en"/>
        </w:rPr>
      </w:pPr>
      <w:r w:rsidRPr="00033FBB">
        <w:rPr>
          <w:rFonts w:ascii="Arial" w:hAnsi="Arial" w:cs="Arial"/>
          <w:b/>
          <w:bCs/>
          <w:lang w:val="en"/>
        </w:rPr>
        <w:t>-----------------------------------------------------------------------------------------------------------------</w:t>
      </w:r>
    </w:p>
    <w:p w:rsidR="00A25BCB" w:rsidRPr="00033FBB" w:rsidRDefault="00254BB8" w:rsidP="00A25BCB">
      <w:pPr>
        <w:rPr>
          <w:rFonts w:ascii="Arial" w:hAnsi="Arial" w:cs="Arial"/>
          <w:b/>
          <w:lang w:val="en"/>
        </w:rPr>
      </w:pPr>
    </w:p>
    <w:p w:rsidR="00A25BCB" w:rsidRDefault="00254BB8" w:rsidP="00A25BCB">
      <w:pPr>
        <w:pStyle w:val="ListParagraph"/>
        <w:numPr>
          <w:ilvl w:val="0"/>
          <w:numId w:val="1"/>
        </w:numPr>
        <w:rPr>
          <w:rFonts w:ascii="Arial" w:hAnsi="Arial" w:cs="Arial"/>
          <w:b/>
          <w:lang w:val="en"/>
        </w:rPr>
      </w:pPr>
      <w:r w:rsidRPr="00033FBB">
        <w:rPr>
          <w:rFonts w:ascii="Arial" w:hAnsi="Arial" w:cs="Arial"/>
          <w:b/>
          <w:lang w:val="en"/>
        </w:rPr>
        <w:t>Hinterland Support - Foreign Funded</w:t>
      </w:r>
      <w:r w:rsidRPr="00033FBB">
        <w:rPr>
          <w:rFonts w:ascii="Arial" w:hAnsi="Arial" w:cs="Arial"/>
          <w:bCs/>
          <w:lang w:val="en"/>
        </w:rPr>
        <w:t xml:space="preserve">| </w:t>
      </w:r>
      <w:r w:rsidRPr="00033FBB">
        <w:rPr>
          <w:rFonts w:ascii="Arial" w:hAnsi="Arial" w:cs="Arial"/>
          <w:b/>
          <w:lang w:val="en"/>
        </w:rPr>
        <w:t>$94,500,000| 2020-2024, planned for 2025|</w:t>
      </w:r>
    </w:p>
    <w:p w:rsidR="00A25BCB" w:rsidRDefault="00254BB8" w:rsidP="00A25BCB">
      <w:pPr>
        <w:rPr>
          <w:rFonts w:ascii="Arial" w:hAnsi="Arial" w:cs="Arial"/>
          <w:b/>
          <w:lang w:val="en"/>
        </w:rPr>
      </w:pPr>
      <w:r>
        <w:rPr>
          <w:rFonts w:ascii="Arial" w:hAnsi="Arial" w:cs="Arial"/>
          <w:b/>
          <w:lang w:val="en"/>
        </w:rPr>
        <w:t xml:space="preserve">Through RAID: </w:t>
      </w:r>
    </w:p>
    <w:p w:rsidR="00A25BCB" w:rsidRDefault="00254BB8" w:rsidP="00A25BCB">
      <w:pPr>
        <w:rPr>
          <w:rFonts w:ascii="Arial" w:hAnsi="Arial" w:cs="Arial"/>
          <w:b/>
          <w:lang w:val="en"/>
        </w:rPr>
      </w:pPr>
      <w:r>
        <w:rPr>
          <w:rFonts w:ascii="Arial" w:hAnsi="Arial" w:cs="Arial"/>
          <w:b/>
          <w:lang w:val="en"/>
        </w:rPr>
        <w:t>Donation of Cassava Mills</w:t>
      </w:r>
    </w:p>
    <w:p w:rsidR="00A25BCB" w:rsidRDefault="00254BB8" w:rsidP="00A25BCB">
      <w:pPr>
        <w:rPr>
          <w:rFonts w:ascii="Arial" w:eastAsia="Times New Roman" w:hAnsi="Arial" w:cs="Arial"/>
          <w:color w:val="000000"/>
        </w:rPr>
      </w:pPr>
      <w:r w:rsidRPr="004807C7">
        <w:rPr>
          <w:rFonts w:ascii="Arial" w:hAnsi="Arial" w:cs="Arial"/>
          <w:lang w:val="en"/>
        </w:rPr>
        <w:t xml:space="preserve">Number of persons impacted: </w:t>
      </w:r>
      <w:r>
        <w:rPr>
          <w:rFonts w:ascii="Arial" w:hAnsi="Arial" w:cs="Arial"/>
          <w:lang w:val="en"/>
        </w:rPr>
        <w:t>NA</w:t>
      </w:r>
      <w:r w:rsidRPr="004807C7">
        <w:rPr>
          <w:rFonts w:ascii="Arial" w:eastAsia="Times New Roman" w:hAnsi="Arial" w:cs="Arial"/>
          <w:color w:val="000000"/>
        </w:rPr>
        <w:t>|$</w:t>
      </w:r>
      <w:r>
        <w:rPr>
          <w:rFonts w:ascii="Arial" w:eastAsia="Times New Roman" w:hAnsi="Arial" w:cs="Arial"/>
          <w:color w:val="000000"/>
        </w:rPr>
        <w:t>83</w:t>
      </w:r>
      <w:r w:rsidRPr="004807C7">
        <w:rPr>
          <w:rFonts w:ascii="Arial" w:eastAsia="Times New Roman" w:hAnsi="Arial" w:cs="Arial"/>
          <w:color w:val="000000"/>
        </w:rPr>
        <w:t>,</w:t>
      </w:r>
      <w:r>
        <w:rPr>
          <w:rFonts w:ascii="Arial" w:eastAsia="Times New Roman" w:hAnsi="Arial" w:cs="Arial"/>
          <w:color w:val="000000"/>
        </w:rPr>
        <w:t>333</w:t>
      </w:r>
    </w:p>
    <w:p w:rsidR="00A25BCB" w:rsidRDefault="00254BB8" w:rsidP="00A25BCB">
      <w:pPr>
        <w:rPr>
          <w:rFonts w:ascii="Arial" w:eastAsia="Times New Roman" w:hAnsi="Arial" w:cs="Arial"/>
          <w:color w:val="000000"/>
        </w:rPr>
      </w:pPr>
    </w:p>
    <w:p w:rsidR="00A25BCB" w:rsidRDefault="00254BB8" w:rsidP="00A25BCB">
      <w:pPr>
        <w:rPr>
          <w:rFonts w:ascii="Arial" w:hAnsi="Arial" w:cs="Arial"/>
          <w:b/>
          <w:lang w:val="en"/>
        </w:rPr>
      </w:pPr>
      <w:r w:rsidRPr="00313963">
        <w:rPr>
          <w:rFonts w:ascii="Arial" w:hAnsi="Arial" w:cs="Arial"/>
          <w:b/>
          <w:lang w:val="en"/>
        </w:rPr>
        <w:t xml:space="preserve">Agricultural Equipment (tractors, trailers, ploughs etc.) to support rural agricultural development </w:t>
      </w:r>
    </w:p>
    <w:p w:rsidR="00A25BCB" w:rsidRPr="00313963" w:rsidRDefault="00254BB8" w:rsidP="00A25BCB">
      <w:pPr>
        <w:rPr>
          <w:rFonts w:ascii="Arial" w:hAnsi="Arial" w:cs="Arial"/>
          <w:b/>
          <w:lang w:val="en"/>
        </w:rPr>
      </w:pPr>
      <w:r w:rsidRPr="004807C7">
        <w:rPr>
          <w:rFonts w:ascii="Arial" w:hAnsi="Arial" w:cs="Arial"/>
          <w:lang w:val="en"/>
        </w:rPr>
        <w:t xml:space="preserve">Number of persons impacted: </w:t>
      </w:r>
      <w:r>
        <w:rPr>
          <w:rFonts w:ascii="Arial" w:hAnsi="Arial" w:cs="Arial"/>
          <w:lang w:val="en"/>
        </w:rPr>
        <w:t>NA</w:t>
      </w:r>
      <w:r>
        <w:t>|$</w:t>
      </w:r>
      <w:r w:rsidRPr="00313963">
        <w:rPr>
          <w:rFonts w:ascii="Arial" w:eastAsia="Times New Roman" w:hAnsi="Arial" w:cs="Arial"/>
          <w:color w:val="000000"/>
        </w:rPr>
        <w:t>84,416,666</w:t>
      </w:r>
    </w:p>
    <w:p w:rsidR="00A25BCB" w:rsidRPr="004807C7" w:rsidRDefault="00254BB8" w:rsidP="00A25BCB">
      <w:pPr>
        <w:rPr>
          <w:rFonts w:ascii="Arial" w:eastAsia="Times New Roman" w:hAnsi="Arial" w:cs="Arial"/>
          <w:color w:val="000000"/>
        </w:rPr>
      </w:pPr>
    </w:p>
    <w:p w:rsidR="00A25BCB" w:rsidRDefault="00254BB8" w:rsidP="00A25BCB">
      <w:pPr>
        <w:rPr>
          <w:rFonts w:ascii="Arial" w:hAnsi="Arial" w:cs="Arial"/>
          <w:b/>
          <w:lang w:val="en"/>
        </w:rPr>
      </w:pPr>
      <w:r>
        <w:rPr>
          <w:rFonts w:ascii="Arial" w:hAnsi="Arial" w:cs="Arial"/>
          <w:b/>
          <w:lang w:val="en"/>
        </w:rPr>
        <w:t>Through HESAD:</w:t>
      </w:r>
    </w:p>
    <w:p w:rsidR="00A25BCB" w:rsidRDefault="00254BB8" w:rsidP="00A25BCB">
      <w:pPr>
        <w:rPr>
          <w:rFonts w:ascii="Arial" w:hAnsi="Arial" w:cs="Arial"/>
          <w:b/>
          <w:lang w:val="en"/>
        </w:rPr>
      </w:pPr>
      <w:r w:rsidRPr="006533AF">
        <w:rPr>
          <w:rFonts w:ascii="Arial" w:hAnsi="Arial" w:cs="Arial"/>
          <w:b/>
          <w:lang w:val="en"/>
        </w:rPr>
        <w:t xml:space="preserve">Construction of Village </w:t>
      </w:r>
      <w:r>
        <w:rPr>
          <w:rFonts w:ascii="Arial" w:hAnsi="Arial" w:cs="Arial"/>
          <w:b/>
          <w:lang w:val="en"/>
        </w:rPr>
        <w:t xml:space="preserve">Pavilion </w:t>
      </w:r>
    </w:p>
    <w:p w:rsidR="00A25BCB" w:rsidRDefault="00254BB8" w:rsidP="00A25BCB">
      <w:pPr>
        <w:rPr>
          <w:rFonts w:ascii="Arial" w:eastAsia="Times New Roman" w:hAnsi="Arial" w:cs="Arial"/>
          <w:color w:val="000000"/>
        </w:rPr>
      </w:pPr>
      <w:r w:rsidRPr="004807C7">
        <w:rPr>
          <w:rFonts w:ascii="Arial" w:hAnsi="Arial" w:cs="Arial"/>
          <w:lang w:val="en"/>
        </w:rPr>
        <w:t xml:space="preserve">Number of persons impacted: </w:t>
      </w:r>
      <w:r>
        <w:rPr>
          <w:rFonts w:ascii="Arial" w:hAnsi="Arial" w:cs="Arial"/>
          <w:lang w:val="en"/>
        </w:rPr>
        <w:t>537|2023</w:t>
      </w:r>
      <w:r w:rsidRPr="004807C7">
        <w:rPr>
          <w:rFonts w:ascii="Arial" w:eastAsia="Times New Roman" w:hAnsi="Arial" w:cs="Arial"/>
          <w:color w:val="000000"/>
        </w:rPr>
        <w:t>|$</w:t>
      </w:r>
      <w:r>
        <w:rPr>
          <w:rFonts w:ascii="Arial" w:eastAsia="Times New Roman" w:hAnsi="Arial" w:cs="Arial"/>
          <w:color w:val="000000"/>
        </w:rPr>
        <w:t>5,000</w:t>
      </w:r>
      <w:r w:rsidRPr="004807C7">
        <w:rPr>
          <w:rFonts w:ascii="Arial" w:eastAsia="Times New Roman" w:hAnsi="Arial" w:cs="Arial"/>
          <w:color w:val="000000"/>
        </w:rPr>
        <w:t>,</w:t>
      </w:r>
      <w:r>
        <w:rPr>
          <w:rFonts w:ascii="Arial" w:eastAsia="Times New Roman" w:hAnsi="Arial" w:cs="Arial"/>
          <w:color w:val="000000"/>
        </w:rPr>
        <w:t>000</w:t>
      </w:r>
    </w:p>
    <w:p w:rsidR="00A25BCB" w:rsidRDefault="00254BB8" w:rsidP="00A25BCB">
      <w:pPr>
        <w:rPr>
          <w:rFonts w:ascii="Arial" w:eastAsia="Times New Roman" w:hAnsi="Arial" w:cs="Arial"/>
          <w:color w:val="000000"/>
        </w:rPr>
      </w:pPr>
    </w:p>
    <w:p w:rsidR="00A25BCB" w:rsidRPr="006533AF" w:rsidRDefault="00254BB8" w:rsidP="00A25BCB">
      <w:pPr>
        <w:rPr>
          <w:rFonts w:ascii="Arial" w:eastAsia="Times New Roman" w:hAnsi="Arial" w:cs="Arial"/>
          <w:b/>
          <w:bCs/>
          <w:color w:val="000000"/>
        </w:rPr>
      </w:pPr>
      <w:r w:rsidRPr="006533AF">
        <w:rPr>
          <w:rFonts w:ascii="Arial" w:eastAsia="Times New Roman" w:hAnsi="Arial" w:cs="Arial"/>
          <w:b/>
          <w:bCs/>
          <w:color w:val="000000"/>
        </w:rPr>
        <w:t xml:space="preserve">Construction </w:t>
      </w:r>
      <w:r>
        <w:rPr>
          <w:rFonts w:ascii="Arial" w:eastAsia="Times New Roman" w:hAnsi="Arial" w:cs="Arial"/>
          <w:b/>
          <w:bCs/>
          <w:color w:val="000000"/>
        </w:rPr>
        <w:t>of Kitchen and Dining Hall</w:t>
      </w:r>
    </w:p>
    <w:p w:rsidR="00A25BCB" w:rsidRDefault="00254BB8" w:rsidP="00A25BCB">
      <w:pPr>
        <w:rPr>
          <w:rFonts w:ascii="Arial" w:eastAsia="Times New Roman" w:hAnsi="Arial" w:cs="Arial"/>
          <w:color w:val="000000"/>
        </w:rPr>
      </w:pPr>
      <w:r w:rsidRPr="004807C7">
        <w:rPr>
          <w:rFonts w:ascii="Arial" w:hAnsi="Arial" w:cs="Arial"/>
          <w:lang w:val="en"/>
        </w:rPr>
        <w:t xml:space="preserve">Number of persons impacted: </w:t>
      </w:r>
      <w:r>
        <w:rPr>
          <w:rFonts w:ascii="Arial" w:hAnsi="Arial" w:cs="Arial"/>
          <w:lang w:val="en"/>
        </w:rPr>
        <w:t>97|2023</w:t>
      </w:r>
      <w:r w:rsidRPr="004807C7">
        <w:rPr>
          <w:rFonts w:ascii="Arial" w:eastAsia="Times New Roman" w:hAnsi="Arial" w:cs="Arial"/>
          <w:color w:val="000000"/>
        </w:rPr>
        <w:t>|$</w:t>
      </w:r>
      <w:r>
        <w:rPr>
          <w:rFonts w:ascii="Arial" w:eastAsia="Times New Roman" w:hAnsi="Arial" w:cs="Arial"/>
          <w:color w:val="000000"/>
        </w:rPr>
        <w:t>5,000</w:t>
      </w:r>
      <w:r w:rsidRPr="004807C7">
        <w:rPr>
          <w:rFonts w:ascii="Arial" w:eastAsia="Times New Roman" w:hAnsi="Arial" w:cs="Arial"/>
          <w:color w:val="000000"/>
        </w:rPr>
        <w:t>,</w:t>
      </w:r>
      <w:r>
        <w:rPr>
          <w:rFonts w:ascii="Arial" w:eastAsia="Times New Roman" w:hAnsi="Arial" w:cs="Arial"/>
          <w:color w:val="000000"/>
        </w:rPr>
        <w:t>000</w:t>
      </w:r>
    </w:p>
    <w:p w:rsidR="00A25BCB" w:rsidRPr="00033FBB" w:rsidRDefault="00254BB8" w:rsidP="00A25BCB">
      <w:pPr>
        <w:rPr>
          <w:rFonts w:ascii="Arial" w:hAnsi="Arial" w:cs="Arial"/>
        </w:rPr>
      </w:pPr>
    </w:p>
    <w:p w:rsidR="00A25BCB" w:rsidRPr="00033FBB" w:rsidRDefault="00254BB8" w:rsidP="00A25BCB">
      <w:pPr>
        <w:rPr>
          <w:rFonts w:ascii="Arial" w:hAnsi="Arial" w:cs="Arial"/>
        </w:rPr>
      </w:pPr>
    </w:p>
    <w:p w:rsidR="00A25BCB" w:rsidRPr="00033FBB" w:rsidRDefault="00254BB8" w:rsidP="00A25BCB">
      <w:pPr>
        <w:rPr>
          <w:rFonts w:ascii="Arial" w:hAnsi="Arial" w:cs="Arial"/>
          <w:lang w:val="en"/>
        </w:rPr>
      </w:pPr>
      <w:r w:rsidRPr="00033FBB">
        <w:rPr>
          <w:rFonts w:ascii="Arial" w:hAnsi="Arial" w:cs="Arial"/>
          <w:b/>
          <w:bCs/>
          <w:lang w:val="en"/>
        </w:rPr>
        <w:t>-----------------------------------------------------------------------------------------------------------------</w:t>
      </w:r>
    </w:p>
    <w:p w:rsidR="00C44949" w:rsidRDefault="00254BB8"/>
    <w:p w:rsidR="00E03598" w:rsidRPr="00834A2B" w:rsidRDefault="00254BB8" w:rsidP="009754FD">
      <w:pPr>
        <w:pStyle w:val="Heading1"/>
        <w:jc w:val="center"/>
        <w:rPr>
          <w:rFonts w:asciiTheme="minorHAnsi" w:hAnsiTheme="minorHAnsi" w:cstheme="minorHAnsi"/>
        </w:rPr>
      </w:pPr>
      <w:r w:rsidRPr="00834A2B">
        <w:rPr>
          <w:rFonts w:asciiTheme="minorHAnsi" w:hAnsiTheme="minorHAnsi" w:cstheme="minorHAnsi"/>
        </w:rPr>
        <w:t>Region 9</w:t>
      </w:r>
    </w:p>
    <w:p w:rsidR="00E03598" w:rsidRPr="00834A2B" w:rsidRDefault="00254BB8" w:rsidP="00E03598">
      <w:pPr>
        <w:jc w:val="center"/>
        <w:rPr>
          <w:rFonts w:cstheme="minorHAnsi"/>
          <w:b/>
          <w:lang w:val="en"/>
        </w:rPr>
      </w:pPr>
      <w:r w:rsidRPr="00834A2B">
        <w:rPr>
          <w:rFonts w:cstheme="minorHAnsi"/>
          <w:b/>
          <w:lang w:val="en"/>
        </w:rPr>
        <w:t>Total Investments in Region Nine (9) from 2021-202</w:t>
      </w:r>
      <w:r w:rsidRPr="00834A2B">
        <w:rPr>
          <w:rFonts w:cstheme="minorHAnsi"/>
          <w:b/>
          <w:lang w:val="en"/>
        </w:rPr>
        <w:t>5</w:t>
      </w:r>
    </w:p>
    <w:p w:rsidR="00E03598" w:rsidRPr="00834A2B" w:rsidRDefault="00254BB8" w:rsidP="00E03598">
      <w:pPr>
        <w:jc w:val="center"/>
        <w:rPr>
          <w:rFonts w:cstheme="minorHAnsi"/>
          <w:b/>
          <w:lang w:val="en"/>
        </w:rPr>
      </w:pPr>
      <w:r w:rsidRPr="00BE5C7F">
        <w:rPr>
          <w:rFonts w:cstheme="minorHAnsi"/>
          <w:b/>
          <w:lang w:val="en"/>
        </w:rPr>
        <w:t>Ministry of Agriculture | $</w:t>
      </w:r>
      <w:r w:rsidRPr="00BE5C7F">
        <w:rPr>
          <w:rFonts w:cstheme="minorHAnsi"/>
          <w:lang w:val="en"/>
        </w:rPr>
        <w:t xml:space="preserve"> </w:t>
      </w:r>
      <w:r w:rsidRPr="00BE5C7F">
        <w:rPr>
          <w:rFonts w:cstheme="minorHAnsi"/>
          <w:b/>
          <w:lang w:val="en"/>
        </w:rPr>
        <w:t>1,370,571,465</w:t>
      </w:r>
      <w:r w:rsidRPr="00BE5C7F">
        <w:rPr>
          <w:rFonts w:cstheme="minorHAnsi"/>
          <w:b/>
          <w:lang w:val="en"/>
        </w:rPr>
        <w:t>| 2021-202</w:t>
      </w:r>
      <w:r w:rsidRPr="00BE5C7F">
        <w:rPr>
          <w:rFonts w:cstheme="minorHAnsi"/>
          <w:b/>
          <w:lang w:val="en"/>
        </w:rPr>
        <w:t>5</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r w:rsidRPr="00834A2B">
        <w:rPr>
          <w:rFonts w:cstheme="minorHAnsi"/>
          <w:b/>
          <w:lang w:val="en"/>
        </w:rPr>
        <w:t>Summary by Agency</w:t>
      </w:r>
    </w:p>
    <w:p w:rsidR="00E03598" w:rsidRPr="00834A2B" w:rsidRDefault="00254BB8" w:rsidP="00E03598">
      <w:pPr>
        <w:rPr>
          <w:rFonts w:cstheme="minorHAnsi"/>
          <w:b/>
          <w:lang w:val="en"/>
        </w:rPr>
      </w:pPr>
    </w:p>
    <w:p w:rsidR="00E03598" w:rsidRPr="00834A2B" w:rsidRDefault="00254BB8" w:rsidP="00E03598">
      <w:pPr>
        <w:rPr>
          <w:rFonts w:cstheme="minorHAnsi"/>
          <w:bCs/>
          <w:lang w:val="en"/>
        </w:rPr>
      </w:pPr>
      <w:r w:rsidRPr="00834A2B">
        <w:rPr>
          <w:rFonts w:cstheme="minorHAnsi"/>
          <w:b/>
          <w:lang w:val="en"/>
        </w:rPr>
        <w:t xml:space="preserve">NAREI </w:t>
      </w:r>
      <w:r w:rsidRPr="00834A2B">
        <w:rPr>
          <w:rFonts w:cstheme="minorHAnsi"/>
          <w:bCs/>
          <w:lang w:val="en"/>
        </w:rPr>
        <w:t xml:space="preserve">| </w:t>
      </w:r>
      <w:r w:rsidRPr="00834A2B">
        <w:rPr>
          <w:rFonts w:cstheme="minorHAnsi"/>
          <w:b/>
          <w:lang w:val="en"/>
        </w:rPr>
        <w:t>$</w:t>
      </w:r>
      <w:r w:rsidRPr="00834A2B">
        <w:rPr>
          <w:rFonts w:cstheme="minorHAnsi"/>
          <w:b/>
          <w:bCs/>
        </w:rPr>
        <w:t>524,326,770</w:t>
      </w:r>
      <w:r w:rsidRPr="00834A2B">
        <w:rPr>
          <w:rFonts w:cstheme="minorHAnsi"/>
          <w:b/>
          <w:lang w:val="en"/>
        </w:rPr>
        <w:t>| 2020 to 202</w:t>
      </w:r>
      <w:r w:rsidRPr="00834A2B">
        <w:rPr>
          <w:rFonts w:cstheme="minorHAnsi"/>
          <w:b/>
          <w:lang w:val="en"/>
        </w:rPr>
        <w:t>5</w:t>
      </w:r>
      <w:r w:rsidRPr="00834A2B">
        <w:rPr>
          <w:rFonts w:cstheme="minorHAnsi"/>
          <w:b/>
          <w:lang w:val="en"/>
        </w:rPr>
        <w:t xml:space="preserve"> (to date|</w:t>
      </w:r>
    </w:p>
    <w:p w:rsidR="00E03598" w:rsidRPr="00834A2B" w:rsidRDefault="00254BB8" w:rsidP="00E03598">
      <w:pPr>
        <w:rPr>
          <w:rFonts w:cstheme="minorHAnsi"/>
          <w:bCs/>
          <w:lang w:val="en"/>
        </w:rPr>
      </w:pPr>
    </w:p>
    <w:p w:rsidR="00E03598" w:rsidRPr="00834A2B" w:rsidRDefault="00254BB8" w:rsidP="00E03598">
      <w:pPr>
        <w:rPr>
          <w:rFonts w:cstheme="minorHAnsi"/>
          <w:lang w:val="en"/>
        </w:rPr>
      </w:pPr>
      <w:r w:rsidRPr="00834A2B">
        <w:rPr>
          <w:rFonts w:cstheme="minorHAnsi"/>
          <w:b/>
          <w:lang w:val="en"/>
        </w:rPr>
        <w:t>Name of Projects</w:t>
      </w:r>
      <w:r w:rsidRPr="00834A2B">
        <w:rPr>
          <w:rFonts w:cstheme="minorHAnsi"/>
          <w:lang w:val="en"/>
        </w:rPr>
        <w:t xml:space="preserve">  </w:t>
      </w:r>
    </w:p>
    <w:p w:rsidR="00E03598" w:rsidRPr="00834A2B" w:rsidRDefault="00254BB8" w:rsidP="00E03598">
      <w:pPr>
        <w:numPr>
          <w:ilvl w:val="0"/>
          <w:numId w:val="1"/>
        </w:numPr>
        <w:rPr>
          <w:rFonts w:cstheme="minorHAnsi"/>
        </w:rPr>
      </w:pPr>
      <w:r w:rsidRPr="00834A2B">
        <w:rPr>
          <w:rFonts w:cstheme="minorHAnsi"/>
        </w:rPr>
        <w:t xml:space="preserve">Provision of shade house materials that saw the </w:t>
      </w:r>
      <w:r w:rsidRPr="00834A2B">
        <w:rPr>
          <w:rFonts w:cstheme="minorHAnsi"/>
        </w:rPr>
        <w:t>construction of 12 shade house structures in the Region. |12|2022|</w:t>
      </w:r>
      <w:r w:rsidRPr="00834A2B">
        <w:rPr>
          <w:rFonts w:cstheme="minorHAnsi"/>
          <w:b/>
          <w:bCs/>
        </w:rPr>
        <w:t>$500,000</w:t>
      </w:r>
      <w:r w:rsidRPr="00834A2B">
        <w:rPr>
          <w:rFonts w:cstheme="minorHAnsi"/>
        </w:rPr>
        <w:t>|</w:t>
      </w:r>
    </w:p>
    <w:p w:rsidR="00E03598" w:rsidRPr="00834A2B" w:rsidRDefault="00254BB8" w:rsidP="00E03598">
      <w:pPr>
        <w:numPr>
          <w:ilvl w:val="0"/>
          <w:numId w:val="1"/>
        </w:numPr>
        <w:rPr>
          <w:rFonts w:cstheme="minorHAnsi"/>
        </w:rPr>
      </w:pPr>
      <w:r w:rsidRPr="00834A2B">
        <w:rPr>
          <w:rFonts w:cstheme="minorHAnsi"/>
        </w:rPr>
        <w:t xml:space="preserve">Provision of 3 ATVs (St Ignatius, </w:t>
      </w:r>
      <w:proofErr w:type="spellStart"/>
      <w:r w:rsidRPr="00834A2B">
        <w:rPr>
          <w:rFonts w:cstheme="minorHAnsi"/>
        </w:rPr>
        <w:t>Karasabai</w:t>
      </w:r>
      <w:proofErr w:type="spellEnd"/>
      <w:r w:rsidRPr="00834A2B">
        <w:rPr>
          <w:rFonts w:cstheme="minorHAnsi"/>
        </w:rPr>
        <w:t xml:space="preserve">, and </w:t>
      </w:r>
      <w:proofErr w:type="spellStart"/>
      <w:r w:rsidRPr="00834A2B">
        <w:rPr>
          <w:rFonts w:cstheme="minorHAnsi"/>
        </w:rPr>
        <w:t>Aishalton</w:t>
      </w:r>
      <w:proofErr w:type="spellEnd"/>
      <w:r w:rsidRPr="00834A2B">
        <w:rPr>
          <w:rFonts w:cstheme="minorHAnsi"/>
        </w:rPr>
        <w:t>), to extension officer in the Region. |780|2022|</w:t>
      </w:r>
      <w:r w:rsidRPr="00834A2B">
        <w:rPr>
          <w:rFonts w:cstheme="minorHAnsi"/>
          <w:b/>
          <w:bCs/>
        </w:rPr>
        <w:t>$3,990,000</w:t>
      </w:r>
    </w:p>
    <w:p w:rsidR="00E03598" w:rsidRPr="00834A2B" w:rsidRDefault="00254BB8" w:rsidP="00E03598">
      <w:pPr>
        <w:numPr>
          <w:ilvl w:val="0"/>
          <w:numId w:val="1"/>
        </w:numPr>
        <w:rPr>
          <w:rFonts w:cstheme="minorHAnsi"/>
          <w:lang w:val="en"/>
        </w:rPr>
      </w:pPr>
      <w:r w:rsidRPr="00834A2B">
        <w:rPr>
          <w:rFonts w:cstheme="minorHAnsi"/>
        </w:rPr>
        <w:t>Distribution of farmers’ cash grants to flood-affected farmers</w:t>
      </w:r>
      <w:r w:rsidRPr="00834A2B">
        <w:rPr>
          <w:rFonts w:cstheme="minorHAnsi"/>
        </w:rPr>
        <w:t>. |450|2023|</w:t>
      </w:r>
      <w:r w:rsidRPr="00834A2B">
        <w:rPr>
          <w:rFonts w:cstheme="minorHAnsi"/>
          <w:b/>
          <w:bCs/>
        </w:rPr>
        <w:t>$350,000,000</w:t>
      </w:r>
    </w:p>
    <w:p w:rsidR="00E03598" w:rsidRPr="00834A2B" w:rsidRDefault="00254BB8" w:rsidP="00E03598">
      <w:pPr>
        <w:numPr>
          <w:ilvl w:val="0"/>
          <w:numId w:val="1"/>
        </w:numPr>
        <w:rPr>
          <w:rFonts w:cstheme="minorHAnsi"/>
          <w:lang w:val="en"/>
        </w:rPr>
      </w:pPr>
      <w:r w:rsidRPr="00834A2B">
        <w:rPr>
          <w:rFonts w:cstheme="minorHAnsi"/>
        </w:rPr>
        <w:t>Conducting major farmer’s training exercises with sister agencies (</w:t>
      </w:r>
      <w:proofErr w:type="spellStart"/>
      <w:r w:rsidRPr="00834A2B">
        <w:rPr>
          <w:rFonts w:cstheme="minorHAnsi"/>
        </w:rPr>
        <w:t>Hydromet</w:t>
      </w:r>
      <w:proofErr w:type="spellEnd"/>
      <w:r w:rsidRPr="00834A2B">
        <w:rPr>
          <w:rFonts w:cstheme="minorHAnsi"/>
        </w:rPr>
        <w:t>, FAO, UNDP, HESADP, RDC, etc.) to various regional farming communities. |900|2020-202</w:t>
      </w:r>
      <w:r w:rsidRPr="00834A2B">
        <w:rPr>
          <w:rFonts w:cstheme="minorHAnsi"/>
        </w:rPr>
        <w:t>5</w:t>
      </w:r>
      <w:r w:rsidRPr="00834A2B">
        <w:rPr>
          <w:rFonts w:cstheme="minorHAnsi"/>
        </w:rPr>
        <w:t xml:space="preserve">| </w:t>
      </w:r>
      <w:r w:rsidRPr="00834A2B">
        <w:rPr>
          <w:rFonts w:cstheme="minorHAnsi"/>
          <w:b/>
          <w:bCs/>
        </w:rPr>
        <w:t>$6,000,000</w:t>
      </w:r>
    </w:p>
    <w:p w:rsidR="00E03598" w:rsidRPr="00834A2B" w:rsidRDefault="00254BB8" w:rsidP="00E03598">
      <w:pPr>
        <w:numPr>
          <w:ilvl w:val="0"/>
          <w:numId w:val="1"/>
        </w:numPr>
        <w:rPr>
          <w:rFonts w:cstheme="minorHAnsi"/>
          <w:b/>
          <w:bCs/>
          <w:i/>
          <w:iCs/>
        </w:rPr>
      </w:pPr>
      <w:r w:rsidRPr="00834A2B">
        <w:rPr>
          <w:rFonts w:cstheme="minorHAnsi"/>
        </w:rPr>
        <w:lastRenderedPageBreak/>
        <w:t>Provision of Seeds and other orchard crop planting mater</w:t>
      </w:r>
      <w:r w:rsidRPr="00834A2B">
        <w:rPr>
          <w:rFonts w:cstheme="minorHAnsi"/>
        </w:rPr>
        <w:t xml:space="preserve">ial and cassava germplasm to needed farmers in the Region. |250|2023| </w:t>
      </w:r>
      <w:r w:rsidRPr="00834A2B">
        <w:rPr>
          <w:rFonts w:cstheme="minorHAnsi"/>
          <w:b/>
          <w:bCs/>
        </w:rPr>
        <w:t>$47,800,000</w:t>
      </w:r>
    </w:p>
    <w:p w:rsidR="00674B99" w:rsidRPr="00834A2B" w:rsidRDefault="00254BB8" w:rsidP="00E03598">
      <w:pPr>
        <w:numPr>
          <w:ilvl w:val="0"/>
          <w:numId w:val="1"/>
        </w:numPr>
        <w:rPr>
          <w:rFonts w:cstheme="minorHAnsi"/>
          <w:b/>
          <w:bCs/>
          <w:i/>
          <w:iCs/>
        </w:rPr>
      </w:pPr>
      <w:r w:rsidRPr="00834A2B">
        <w:rPr>
          <w:rFonts w:cstheme="minorHAnsi"/>
        </w:rPr>
        <w:t xml:space="preserve">Establishment of 2 cassava germplasm banks in Saint </w:t>
      </w:r>
      <w:proofErr w:type="spellStart"/>
      <w:r w:rsidRPr="00834A2B">
        <w:rPr>
          <w:rFonts w:cstheme="minorHAnsi"/>
        </w:rPr>
        <w:t>Ignatuis</w:t>
      </w:r>
      <w:proofErr w:type="spellEnd"/>
      <w:r w:rsidRPr="00834A2B">
        <w:rPr>
          <w:rFonts w:cstheme="minorHAnsi"/>
        </w:rPr>
        <w:t xml:space="preserve"> and </w:t>
      </w:r>
      <w:proofErr w:type="spellStart"/>
      <w:r w:rsidRPr="00834A2B">
        <w:rPr>
          <w:rFonts w:cstheme="minorHAnsi"/>
        </w:rPr>
        <w:t>Aishalton</w:t>
      </w:r>
      <w:proofErr w:type="spellEnd"/>
      <w:r w:rsidRPr="00834A2B">
        <w:rPr>
          <w:rFonts w:cstheme="minorHAnsi"/>
        </w:rPr>
        <w:t xml:space="preserve"> |400|2024-25|</w:t>
      </w:r>
      <w:r w:rsidRPr="00834A2B">
        <w:rPr>
          <w:rFonts w:cstheme="minorHAnsi"/>
          <w:b/>
          <w:bCs/>
        </w:rPr>
        <w:t>$15M</w:t>
      </w:r>
    </w:p>
    <w:p w:rsidR="00E03598" w:rsidRPr="00834A2B" w:rsidRDefault="00254BB8" w:rsidP="00E03598">
      <w:pPr>
        <w:numPr>
          <w:ilvl w:val="0"/>
          <w:numId w:val="1"/>
        </w:numPr>
        <w:rPr>
          <w:rFonts w:cstheme="minorHAnsi"/>
        </w:rPr>
      </w:pPr>
      <w:r w:rsidRPr="00834A2B">
        <w:rPr>
          <w:rFonts w:cstheme="minorHAnsi"/>
        </w:rPr>
        <w:t>Distribution of fertilizer and other small agriculture tools across the Region. |</w:t>
      </w:r>
      <w:r w:rsidRPr="00834A2B">
        <w:rPr>
          <w:rFonts w:cstheme="minorHAnsi"/>
        </w:rPr>
        <w:t>750|2020-2023|</w:t>
      </w:r>
      <w:r w:rsidRPr="00834A2B">
        <w:rPr>
          <w:rFonts w:cstheme="minorHAnsi"/>
          <w:b/>
          <w:bCs/>
        </w:rPr>
        <w:t>$500,000</w:t>
      </w:r>
      <w:r w:rsidRPr="00834A2B">
        <w:rPr>
          <w:rFonts w:cstheme="minorHAnsi"/>
        </w:rPr>
        <w:t xml:space="preserve"> </w:t>
      </w:r>
    </w:p>
    <w:p w:rsidR="00E03598" w:rsidRPr="00834A2B" w:rsidRDefault="00254BB8" w:rsidP="00E03598">
      <w:pPr>
        <w:numPr>
          <w:ilvl w:val="0"/>
          <w:numId w:val="1"/>
        </w:numPr>
        <w:rPr>
          <w:rFonts w:cstheme="minorHAnsi"/>
        </w:rPr>
      </w:pPr>
      <w:r w:rsidRPr="00834A2B">
        <w:rPr>
          <w:rFonts w:cstheme="minorHAnsi"/>
        </w:rPr>
        <w:t>Provision of 4 Motorcycles for Extension Officers. |450| 2020 -2024|</w:t>
      </w:r>
      <w:r w:rsidRPr="00834A2B">
        <w:rPr>
          <w:rFonts w:cstheme="minorHAnsi"/>
          <w:b/>
          <w:bCs/>
        </w:rPr>
        <w:t>1,250,000</w:t>
      </w:r>
      <w:r w:rsidRPr="00834A2B">
        <w:rPr>
          <w:rFonts w:cstheme="minorHAnsi"/>
        </w:rPr>
        <w:t xml:space="preserve"> </w:t>
      </w:r>
    </w:p>
    <w:p w:rsidR="00E03598" w:rsidRPr="00834A2B" w:rsidRDefault="00254BB8" w:rsidP="00E03598">
      <w:pPr>
        <w:numPr>
          <w:ilvl w:val="0"/>
          <w:numId w:val="1"/>
        </w:numPr>
        <w:rPr>
          <w:rFonts w:cstheme="minorHAnsi"/>
        </w:rPr>
      </w:pPr>
      <w:r w:rsidRPr="00834A2B">
        <w:rPr>
          <w:rFonts w:cstheme="minorHAnsi"/>
        </w:rPr>
        <w:t xml:space="preserve">Provision of fertilizers 1850 bags |1500| </w:t>
      </w:r>
      <w:r w:rsidRPr="00834A2B">
        <w:rPr>
          <w:rFonts w:cstheme="minorHAnsi"/>
          <w:b/>
          <w:bCs/>
        </w:rPr>
        <w:t>11,285,000</w:t>
      </w:r>
    </w:p>
    <w:p w:rsidR="00E03598" w:rsidRPr="00834A2B" w:rsidRDefault="00254BB8" w:rsidP="00E03598">
      <w:pPr>
        <w:numPr>
          <w:ilvl w:val="0"/>
          <w:numId w:val="1"/>
        </w:numPr>
        <w:rPr>
          <w:rFonts w:cstheme="minorHAnsi"/>
        </w:rPr>
      </w:pPr>
      <w:r w:rsidRPr="00834A2B">
        <w:rPr>
          <w:rFonts w:cstheme="minorHAnsi"/>
        </w:rPr>
        <w:t xml:space="preserve">Provision of fresh cassava 107,900 </w:t>
      </w:r>
      <w:proofErr w:type="spellStart"/>
      <w:r w:rsidRPr="00834A2B">
        <w:rPr>
          <w:rFonts w:cstheme="minorHAnsi"/>
        </w:rPr>
        <w:t>lbs</w:t>
      </w:r>
      <w:proofErr w:type="spellEnd"/>
      <w:r w:rsidRPr="00834A2B">
        <w:rPr>
          <w:rFonts w:cstheme="minorHAnsi"/>
        </w:rPr>
        <w:t xml:space="preserve"> |300|</w:t>
      </w:r>
      <w:r w:rsidRPr="00834A2B">
        <w:rPr>
          <w:rFonts w:cstheme="minorHAnsi"/>
          <w:b/>
          <w:bCs/>
        </w:rPr>
        <w:t>4,316,000</w:t>
      </w:r>
    </w:p>
    <w:p w:rsidR="00BF643C" w:rsidRPr="00834A2B" w:rsidRDefault="00254BB8" w:rsidP="00BF643C">
      <w:pPr>
        <w:numPr>
          <w:ilvl w:val="0"/>
          <w:numId w:val="1"/>
        </w:numPr>
        <w:rPr>
          <w:rFonts w:cstheme="minorHAnsi"/>
        </w:rPr>
      </w:pPr>
      <w:r w:rsidRPr="00834A2B">
        <w:rPr>
          <w:rFonts w:cstheme="minorHAnsi"/>
        </w:rPr>
        <w:t>Development of 2 hectares Onion Plot in Centra</w:t>
      </w:r>
      <w:r w:rsidRPr="00834A2B">
        <w:rPr>
          <w:rFonts w:cstheme="minorHAnsi"/>
        </w:rPr>
        <w:t xml:space="preserve">l </w:t>
      </w:r>
      <w:proofErr w:type="spellStart"/>
      <w:r w:rsidRPr="00834A2B">
        <w:rPr>
          <w:rFonts w:cstheme="minorHAnsi"/>
        </w:rPr>
        <w:t>Rupununi</w:t>
      </w:r>
      <w:proofErr w:type="spellEnd"/>
      <w:r w:rsidRPr="00834A2B">
        <w:rPr>
          <w:rFonts w:cstheme="minorHAnsi"/>
        </w:rPr>
        <w:t>. |20|2025|</w:t>
      </w:r>
      <w:r w:rsidRPr="00834A2B">
        <w:rPr>
          <w:rFonts w:cstheme="minorHAnsi"/>
          <w:b/>
          <w:bCs/>
        </w:rPr>
        <w:t>$3,685,770</w:t>
      </w:r>
    </w:p>
    <w:p w:rsidR="00BF643C" w:rsidRPr="00834A2B" w:rsidRDefault="00254BB8" w:rsidP="00E03598">
      <w:pPr>
        <w:numPr>
          <w:ilvl w:val="0"/>
          <w:numId w:val="1"/>
        </w:numPr>
        <w:rPr>
          <w:rFonts w:cstheme="minorHAnsi"/>
        </w:rPr>
      </w:pPr>
      <w:r w:rsidRPr="00834A2B">
        <w:rPr>
          <w:rFonts w:cstheme="minorHAnsi"/>
        </w:rPr>
        <w:t>Construction of Admin Building for Agriculture Department. |60|2025|</w:t>
      </w:r>
      <w:r w:rsidRPr="00834A2B">
        <w:rPr>
          <w:rFonts w:cstheme="minorHAnsi"/>
          <w:b/>
          <w:bCs/>
        </w:rPr>
        <w:t>$60M</w:t>
      </w:r>
    </w:p>
    <w:p w:rsidR="00BF643C" w:rsidRPr="00834A2B" w:rsidRDefault="00254BB8" w:rsidP="00E03598">
      <w:pPr>
        <w:numPr>
          <w:ilvl w:val="0"/>
          <w:numId w:val="1"/>
        </w:numPr>
        <w:rPr>
          <w:rFonts w:cstheme="minorHAnsi"/>
        </w:rPr>
      </w:pPr>
      <w:r w:rsidRPr="00834A2B">
        <w:rPr>
          <w:rFonts w:cstheme="minorHAnsi"/>
        </w:rPr>
        <w:t xml:space="preserve">Preparation for planting of 40 acres of Red beans in </w:t>
      </w:r>
      <w:proofErr w:type="spellStart"/>
      <w:r w:rsidRPr="00834A2B">
        <w:rPr>
          <w:rFonts w:cstheme="minorHAnsi"/>
        </w:rPr>
        <w:t>Soutn</w:t>
      </w:r>
      <w:proofErr w:type="spellEnd"/>
      <w:r w:rsidRPr="00834A2B">
        <w:rPr>
          <w:rFonts w:cstheme="minorHAnsi"/>
        </w:rPr>
        <w:t xml:space="preserve"> Central and Deep South </w:t>
      </w:r>
      <w:proofErr w:type="spellStart"/>
      <w:r w:rsidRPr="00834A2B">
        <w:rPr>
          <w:rFonts w:cstheme="minorHAnsi"/>
        </w:rPr>
        <w:t>Rupununi</w:t>
      </w:r>
      <w:proofErr w:type="spellEnd"/>
      <w:r w:rsidRPr="00834A2B">
        <w:rPr>
          <w:rFonts w:cstheme="minorHAnsi"/>
        </w:rPr>
        <w:t xml:space="preserve"> |800|2025|</w:t>
      </w:r>
      <w:r w:rsidRPr="00834A2B">
        <w:rPr>
          <w:rFonts w:cstheme="minorHAnsi"/>
          <w:b/>
          <w:bCs/>
        </w:rPr>
        <w:t>$20M</w:t>
      </w:r>
    </w:p>
    <w:p w:rsidR="00E03598" w:rsidRPr="00834A2B" w:rsidRDefault="00254BB8" w:rsidP="18AD7FA4">
      <w:pPr>
        <w:rPr>
          <w:rFonts w:cstheme="minorHAnsi"/>
        </w:rPr>
      </w:pPr>
      <w:r w:rsidRPr="00834A2B">
        <w:rPr>
          <w:rFonts w:cstheme="minorHAnsi"/>
          <w:b/>
          <w:bCs/>
        </w:rPr>
        <w:t xml:space="preserve">Number of persons impacted: </w:t>
      </w:r>
      <w:r w:rsidRPr="00834A2B">
        <w:rPr>
          <w:rFonts w:cstheme="minorHAnsi"/>
          <w:b/>
          <w:bCs/>
        </w:rPr>
        <w:t>7</w:t>
      </w:r>
      <w:r w:rsidRPr="00834A2B">
        <w:rPr>
          <w:rFonts w:cstheme="minorHAnsi"/>
          <w:b/>
          <w:bCs/>
        </w:rPr>
        <w:t>,043</w:t>
      </w:r>
      <w:r w:rsidRPr="00834A2B">
        <w:rPr>
          <w:rFonts w:cstheme="minorHAnsi"/>
          <w:b/>
          <w:bCs/>
        </w:rPr>
        <w:t xml:space="preserve"> </w:t>
      </w:r>
      <w:r w:rsidRPr="00834A2B">
        <w:rPr>
          <w:rFonts w:cstheme="minorHAnsi"/>
          <w:b/>
          <w:bCs/>
        </w:rPr>
        <w:t>farmers|</w:t>
      </w:r>
      <w:r w:rsidRPr="00834A2B">
        <w:rPr>
          <w:rFonts w:cstheme="minorHAnsi"/>
        </w:rPr>
        <w:t xml:space="preserve"> </w:t>
      </w:r>
      <w:r w:rsidRPr="00834A2B">
        <w:rPr>
          <w:rFonts w:cstheme="minorHAnsi"/>
          <w:b/>
          <w:bCs/>
        </w:rPr>
        <w:t>$</w:t>
      </w:r>
      <w:r w:rsidRPr="00834A2B">
        <w:rPr>
          <w:rFonts w:cstheme="minorHAnsi"/>
          <w:b/>
          <w:bCs/>
        </w:rPr>
        <w:t>524,326,770</w:t>
      </w:r>
      <w:r w:rsidRPr="00834A2B">
        <w:rPr>
          <w:rFonts w:cstheme="minorHAnsi"/>
          <w:b/>
          <w:bCs/>
        </w:rPr>
        <w:t xml:space="preserve"> |2020 to 202</w:t>
      </w:r>
      <w:r w:rsidRPr="00834A2B">
        <w:rPr>
          <w:rFonts w:cstheme="minorHAnsi"/>
          <w:b/>
          <w:bCs/>
        </w:rPr>
        <w:t>5</w:t>
      </w:r>
      <w:r w:rsidRPr="00834A2B">
        <w:rPr>
          <w:rFonts w:cstheme="minorHAnsi"/>
          <w:b/>
          <w:bCs/>
        </w:rPr>
        <w:t xml:space="preserve"> </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r w:rsidRPr="00834A2B">
        <w:rPr>
          <w:rFonts w:cstheme="minorHAnsi"/>
          <w:b/>
          <w:lang w:val="en"/>
        </w:rPr>
        <w:t>GRDB</w:t>
      </w:r>
    </w:p>
    <w:p w:rsidR="00E03598" w:rsidRPr="00834A2B" w:rsidRDefault="00254BB8" w:rsidP="00E03598">
      <w:pPr>
        <w:numPr>
          <w:ilvl w:val="0"/>
          <w:numId w:val="2"/>
        </w:numPr>
        <w:rPr>
          <w:rFonts w:cstheme="minorHAnsi"/>
          <w:lang w:val="en"/>
        </w:rPr>
      </w:pPr>
      <w:r w:rsidRPr="00834A2B">
        <w:rPr>
          <w:rFonts w:cstheme="minorHAnsi"/>
          <w:lang w:val="en"/>
        </w:rPr>
        <w:t>Supply of one Rice Harvester (St. Ignatius)</w:t>
      </w:r>
    </w:p>
    <w:p w:rsidR="00E03598" w:rsidRPr="00834A2B" w:rsidRDefault="00254BB8" w:rsidP="00E03598">
      <w:pPr>
        <w:rPr>
          <w:rFonts w:cstheme="minorHAnsi"/>
          <w:b/>
          <w:lang w:val="en"/>
        </w:rPr>
      </w:pPr>
    </w:p>
    <w:p w:rsidR="00E03598" w:rsidRPr="00834A2B" w:rsidRDefault="00254BB8" w:rsidP="18AD7FA4">
      <w:pPr>
        <w:rPr>
          <w:rFonts w:cstheme="minorHAnsi"/>
          <w:b/>
          <w:bCs/>
        </w:rPr>
      </w:pPr>
      <w:r w:rsidRPr="00834A2B">
        <w:rPr>
          <w:rFonts w:cstheme="minorHAnsi"/>
          <w:b/>
          <w:bCs/>
        </w:rPr>
        <w:t>Guyana Livestock Development Authority |$6,97</w:t>
      </w:r>
      <w:r>
        <w:rPr>
          <w:rFonts w:cstheme="minorHAnsi"/>
          <w:b/>
          <w:bCs/>
        </w:rPr>
        <w:t>6</w:t>
      </w:r>
      <w:r w:rsidRPr="00834A2B">
        <w:rPr>
          <w:rFonts w:cstheme="minorHAnsi"/>
          <w:b/>
          <w:bCs/>
        </w:rPr>
        <w:t>,</w:t>
      </w:r>
      <w:r>
        <w:rPr>
          <w:rFonts w:cstheme="minorHAnsi"/>
          <w:b/>
          <w:bCs/>
        </w:rPr>
        <w:t>00</w:t>
      </w:r>
      <w:r w:rsidRPr="00834A2B">
        <w:rPr>
          <w:rFonts w:cstheme="minorHAnsi"/>
          <w:b/>
          <w:bCs/>
        </w:rPr>
        <w:t>0 Million|</w:t>
      </w:r>
    </w:p>
    <w:p w:rsidR="00E03598" w:rsidRPr="00834A2B" w:rsidRDefault="00254BB8" w:rsidP="00E03598">
      <w:pPr>
        <w:rPr>
          <w:rFonts w:cstheme="minorHAnsi"/>
          <w:bCs/>
          <w:lang w:val="en"/>
        </w:rPr>
      </w:pPr>
      <w:r w:rsidRPr="00834A2B">
        <w:rPr>
          <w:rFonts w:cstheme="minorHAnsi"/>
          <w:b/>
          <w:lang w:val="en"/>
        </w:rPr>
        <w:t>Projects/Activities:</w:t>
      </w:r>
    </w:p>
    <w:p w:rsidR="00054C03" w:rsidRPr="00834A2B" w:rsidRDefault="00254BB8" w:rsidP="00054C03">
      <w:pPr>
        <w:numPr>
          <w:ilvl w:val="0"/>
          <w:numId w:val="3"/>
        </w:numPr>
        <w:rPr>
          <w:rFonts w:cstheme="minorHAnsi"/>
          <w:bCs/>
          <w:lang w:val="en"/>
        </w:rPr>
      </w:pPr>
      <w:r w:rsidRPr="00834A2B">
        <w:rPr>
          <w:rFonts w:cstheme="minorHAnsi"/>
          <w:bCs/>
          <w:lang w:val="en"/>
        </w:rPr>
        <w:t xml:space="preserve">Distributed 23,160 black giants (landed value $360/ 1 chick) </w:t>
      </w:r>
      <w:r>
        <w:rPr>
          <w:rFonts w:cstheme="minorHAnsi"/>
          <w:bCs/>
          <w:lang w:val="en"/>
        </w:rPr>
        <w:t>-</w:t>
      </w:r>
      <w:r w:rsidRPr="00834A2B">
        <w:rPr>
          <w:rFonts w:cstheme="minorHAnsi"/>
          <w:bCs/>
          <w:lang w:val="en"/>
        </w:rPr>
        <w:t> $5</w:t>
      </w:r>
      <w:r w:rsidRPr="00834A2B">
        <w:rPr>
          <w:rFonts w:cstheme="minorHAnsi"/>
          <w:bCs/>
          <w:lang w:val="en"/>
        </w:rPr>
        <w:t>,</w:t>
      </w:r>
      <w:r w:rsidRPr="00834A2B">
        <w:rPr>
          <w:rFonts w:cstheme="minorHAnsi"/>
          <w:bCs/>
          <w:lang w:val="en"/>
        </w:rPr>
        <w:t>076,000</w:t>
      </w:r>
    </w:p>
    <w:p w:rsidR="00054C03" w:rsidRPr="003A01BF" w:rsidRDefault="00254BB8" w:rsidP="00054C03">
      <w:pPr>
        <w:numPr>
          <w:ilvl w:val="0"/>
          <w:numId w:val="3"/>
        </w:numPr>
        <w:rPr>
          <w:rFonts w:cstheme="minorHAnsi"/>
          <w:bCs/>
          <w:color w:val="000000" w:themeColor="text1"/>
          <w:lang w:val="en"/>
        </w:rPr>
      </w:pPr>
      <w:r w:rsidRPr="003A01BF">
        <w:rPr>
          <w:rFonts w:cstheme="minorHAnsi"/>
          <w:bCs/>
          <w:color w:val="000000" w:themeColor="text1"/>
          <w:lang w:val="en"/>
        </w:rPr>
        <w:t xml:space="preserve">Beehives </w:t>
      </w:r>
      <w:r>
        <w:rPr>
          <w:rFonts w:cstheme="minorHAnsi"/>
          <w:bCs/>
          <w:color w:val="000000" w:themeColor="text1"/>
          <w:lang w:val="en"/>
        </w:rPr>
        <w:t>a</w:t>
      </w:r>
      <w:r w:rsidRPr="003A01BF">
        <w:rPr>
          <w:rFonts w:cstheme="minorHAnsi"/>
          <w:bCs/>
          <w:color w:val="000000" w:themeColor="text1"/>
          <w:lang w:val="en"/>
        </w:rPr>
        <w:t>nd Tools</w:t>
      </w:r>
    </w:p>
    <w:p w:rsidR="00054C03" w:rsidRPr="003A01BF" w:rsidRDefault="00254BB8" w:rsidP="00054C03">
      <w:pPr>
        <w:numPr>
          <w:ilvl w:val="0"/>
          <w:numId w:val="3"/>
        </w:numPr>
        <w:rPr>
          <w:rFonts w:cstheme="minorHAnsi"/>
          <w:color w:val="000000" w:themeColor="text1"/>
          <w:lang w:val="en"/>
        </w:rPr>
      </w:pPr>
      <w:bookmarkStart w:id="8" w:name="_Hlk218683514"/>
      <w:r w:rsidRPr="003A01BF">
        <w:rPr>
          <w:rFonts w:cstheme="minorHAnsi"/>
          <w:color w:val="000000" w:themeColor="text1"/>
          <w:lang w:val="en"/>
        </w:rPr>
        <w:t>Distributed Breeding bulls</w:t>
      </w:r>
      <w:r w:rsidRPr="003A01BF">
        <w:rPr>
          <w:rFonts w:cstheme="minorHAnsi"/>
          <w:bCs/>
          <w:color w:val="000000" w:themeColor="text1"/>
          <w:lang w:val="en"/>
        </w:rPr>
        <w:t xml:space="preserve"> (6),</w:t>
      </w:r>
      <w:r w:rsidRPr="003A01BF">
        <w:rPr>
          <w:rFonts w:cstheme="minorHAnsi"/>
          <w:color w:val="000000" w:themeColor="text1"/>
          <w:lang w:val="en"/>
        </w:rPr>
        <w:t xml:space="preserve"> boars</w:t>
      </w:r>
      <w:r w:rsidRPr="003A01BF">
        <w:rPr>
          <w:rFonts w:cstheme="minorHAnsi"/>
          <w:bCs/>
          <w:color w:val="000000" w:themeColor="text1"/>
          <w:lang w:val="en"/>
        </w:rPr>
        <w:t xml:space="preserve"> (6),</w:t>
      </w:r>
      <w:r w:rsidRPr="003A01BF">
        <w:rPr>
          <w:rFonts w:cstheme="minorHAnsi"/>
          <w:color w:val="000000" w:themeColor="text1"/>
          <w:lang w:val="en"/>
        </w:rPr>
        <w:t xml:space="preserve"> sheep (</w:t>
      </w:r>
      <w:r w:rsidRPr="003A01BF">
        <w:rPr>
          <w:rFonts w:cstheme="minorHAnsi"/>
          <w:bCs/>
          <w:color w:val="000000" w:themeColor="text1"/>
          <w:lang w:val="en"/>
        </w:rPr>
        <w:t>28</w:t>
      </w:r>
      <w:r w:rsidRPr="003A01BF">
        <w:rPr>
          <w:rFonts w:cstheme="minorHAnsi"/>
          <w:color w:val="000000" w:themeColor="text1"/>
          <w:lang w:val="en"/>
        </w:rPr>
        <w:t>)</w:t>
      </w:r>
    </w:p>
    <w:bookmarkEnd w:id="8"/>
    <w:p w:rsidR="00054C03" w:rsidRPr="00834A2B" w:rsidRDefault="00254BB8" w:rsidP="00054C03">
      <w:pPr>
        <w:numPr>
          <w:ilvl w:val="0"/>
          <w:numId w:val="3"/>
        </w:numPr>
        <w:rPr>
          <w:rFonts w:cstheme="minorHAnsi"/>
          <w:bCs/>
          <w:lang w:val="en"/>
        </w:rPr>
      </w:pPr>
      <w:r w:rsidRPr="00834A2B">
        <w:rPr>
          <w:rFonts w:cstheme="minorHAnsi"/>
          <w:bCs/>
          <w:lang w:val="en"/>
        </w:rPr>
        <w:t>Training on Apiculture, Livestock Management, Cattle Management, administration of veterinary drugs, Pasture management.</w:t>
      </w:r>
    </w:p>
    <w:p w:rsidR="00E03598" w:rsidRPr="00834A2B" w:rsidRDefault="00254BB8" w:rsidP="00E03598">
      <w:pPr>
        <w:numPr>
          <w:ilvl w:val="0"/>
          <w:numId w:val="3"/>
        </w:numPr>
        <w:rPr>
          <w:rFonts w:cstheme="minorHAnsi"/>
          <w:bCs/>
          <w:lang w:val="en"/>
        </w:rPr>
      </w:pPr>
      <w:r w:rsidRPr="00834A2B">
        <w:rPr>
          <w:rFonts w:cstheme="minorHAnsi"/>
          <w:bCs/>
          <w:lang w:val="en"/>
        </w:rPr>
        <w:t>Distribution of feed for Black giant projects</w:t>
      </w:r>
      <w:r>
        <w:rPr>
          <w:rFonts w:cstheme="minorHAnsi"/>
          <w:bCs/>
          <w:lang w:val="en"/>
        </w:rPr>
        <w:t xml:space="preserve"> -</w:t>
      </w:r>
      <w:r w:rsidRPr="00834A2B">
        <w:rPr>
          <w:rFonts w:cstheme="minorHAnsi"/>
          <w:bCs/>
          <w:lang w:val="en"/>
        </w:rPr>
        <w:t xml:space="preserve"> </w:t>
      </w:r>
      <w:r w:rsidRPr="00834A2B">
        <w:rPr>
          <w:rFonts w:cstheme="minorHAnsi"/>
          <w:bCs/>
          <w:lang w:val="en"/>
        </w:rPr>
        <w:t>$</w:t>
      </w:r>
      <w:r w:rsidRPr="00834A2B">
        <w:rPr>
          <w:rFonts w:cstheme="minorHAnsi"/>
          <w:bCs/>
          <w:lang w:val="en"/>
        </w:rPr>
        <w:t>1</w:t>
      </w:r>
      <w:r w:rsidRPr="00834A2B">
        <w:rPr>
          <w:rFonts w:cstheme="minorHAnsi"/>
          <w:bCs/>
          <w:lang w:val="en"/>
        </w:rPr>
        <w:t>,</w:t>
      </w:r>
      <w:r w:rsidRPr="00834A2B">
        <w:rPr>
          <w:rFonts w:cstheme="minorHAnsi"/>
          <w:bCs/>
          <w:lang w:val="en"/>
        </w:rPr>
        <w:t>9</w:t>
      </w:r>
      <w:r w:rsidRPr="00834A2B">
        <w:rPr>
          <w:rFonts w:cstheme="minorHAnsi"/>
          <w:bCs/>
          <w:lang w:val="en"/>
        </w:rPr>
        <w:t>00,000</w:t>
      </w:r>
    </w:p>
    <w:p w:rsidR="00E03598" w:rsidRPr="00834A2B" w:rsidRDefault="00254BB8" w:rsidP="18AD7FA4">
      <w:pPr>
        <w:rPr>
          <w:rFonts w:cstheme="minorHAnsi"/>
        </w:rPr>
      </w:pPr>
      <w:r w:rsidRPr="00834A2B">
        <w:rPr>
          <w:rFonts w:cstheme="minorHAnsi"/>
          <w:b/>
          <w:bCs/>
        </w:rPr>
        <w:t>Number of persons impa</w:t>
      </w:r>
      <w:r w:rsidRPr="00834A2B">
        <w:rPr>
          <w:rFonts w:cstheme="minorHAnsi"/>
          <w:b/>
          <w:bCs/>
        </w:rPr>
        <w:t xml:space="preserve">cted: 550 farmers </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r w:rsidRPr="00834A2B">
        <w:rPr>
          <w:rFonts w:cstheme="minorHAnsi"/>
          <w:b/>
          <w:lang w:val="en"/>
        </w:rPr>
        <w:lastRenderedPageBreak/>
        <w:t>Rural Agriculture Infrastructure Development Project (RAID) | $73,250,000 |2022-2023|</w:t>
      </w:r>
    </w:p>
    <w:p w:rsidR="00E03598" w:rsidRPr="00834A2B" w:rsidRDefault="00254BB8" w:rsidP="00706F8B">
      <w:pPr>
        <w:numPr>
          <w:ilvl w:val="0"/>
          <w:numId w:val="23"/>
        </w:numPr>
        <w:rPr>
          <w:rFonts w:cstheme="minorHAnsi"/>
          <w:b/>
          <w:bCs/>
        </w:rPr>
      </w:pPr>
      <w:r w:rsidRPr="00834A2B">
        <w:rPr>
          <w:rFonts w:cstheme="minorHAnsi"/>
        </w:rPr>
        <w:t>Provision of 3 Tractors with implements to operate across the Region - $45,000,000</w:t>
      </w:r>
    </w:p>
    <w:p w:rsidR="00E03598" w:rsidRPr="00834A2B" w:rsidRDefault="00254BB8" w:rsidP="00706F8B">
      <w:pPr>
        <w:numPr>
          <w:ilvl w:val="0"/>
          <w:numId w:val="23"/>
        </w:numPr>
        <w:rPr>
          <w:rFonts w:cstheme="minorHAnsi"/>
          <w:b/>
          <w:lang w:val="en"/>
        </w:rPr>
      </w:pPr>
      <w:r w:rsidRPr="00834A2B">
        <w:rPr>
          <w:rFonts w:cstheme="minorHAnsi"/>
          <w:lang w:val="en"/>
        </w:rPr>
        <w:t>Provision of 5 tractors with trailers for villages - $28,250,000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r w:rsidRPr="00834A2B">
        <w:rPr>
          <w:rFonts w:cstheme="minorHAnsi"/>
          <w:b/>
          <w:lang w:val="en"/>
        </w:rPr>
        <w:t>Hinterland Environmentally Sustainable Agricultural Development Project (HESADP) | $</w:t>
      </w:r>
      <w:r w:rsidRPr="001616C6">
        <w:rPr>
          <w:rFonts w:cstheme="minorHAnsi"/>
          <w:b/>
          <w:lang w:val="en"/>
        </w:rPr>
        <w:t>585,369,163</w:t>
      </w:r>
      <w:r w:rsidRPr="00834A2B">
        <w:rPr>
          <w:rFonts w:cstheme="minorHAnsi"/>
          <w:b/>
          <w:lang w:val="en"/>
        </w:rPr>
        <w:t>| 2021-2024</w:t>
      </w:r>
    </w:p>
    <w:p w:rsidR="00E03598" w:rsidRPr="00834A2B" w:rsidRDefault="00254BB8" w:rsidP="00E03598">
      <w:pPr>
        <w:rPr>
          <w:rFonts w:cstheme="minorHAnsi"/>
          <w:b/>
          <w:lang w:val="en"/>
        </w:rPr>
      </w:pPr>
      <w:r w:rsidRPr="00834A2B">
        <w:rPr>
          <w:rFonts w:cstheme="minorHAnsi"/>
          <w:b/>
          <w:lang w:val="en"/>
        </w:rPr>
        <w:t xml:space="preserve">  </w:t>
      </w:r>
    </w:p>
    <w:p w:rsidR="00E03598" w:rsidRPr="00834A2B" w:rsidRDefault="00254BB8" w:rsidP="00E03598">
      <w:pPr>
        <w:rPr>
          <w:rFonts w:cstheme="minorHAnsi"/>
          <w:b/>
          <w:lang w:val="en"/>
        </w:rPr>
      </w:pPr>
      <w:r w:rsidRPr="00834A2B">
        <w:rPr>
          <w:rFonts w:cstheme="minorHAnsi"/>
          <w:b/>
          <w:lang w:val="en"/>
        </w:rPr>
        <w:t>Projects/Activity:</w:t>
      </w:r>
    </w:p>
    <w:p w:rsidR="00E03598" w:rsidRPr="00834A2B" w:rsidRDefault="00254BB8" w:rsidP="00706F8B">
      <w:pPr>
        <w:numPr>
          <w:ilvl w:val="0"/>
          <w:numId w:val="24"/>
        </w:numPr>
        <w:rPr>
          <w:rFonts w:cstheme="minorHAnsi"/>
        </w:rPr>
      </w:pPr>
      <w:r w:rsidRPr="00834A2B">
        <w:rPr>
          <w:rFonts w:cstheme="minorHAnsi"/>
        </w:rPr>
        <w:t>Investment in Public goods across the Region -  $247,450,623</w:t>
      </w:r>
    </w:p>
    <w:p w:rsidR="00E03598" w:rsidRPr="00834A2B" w:rsidRDefault="00254BB8" w:rsidP="00706F8B">
      <w:pPr>
        <w:numPr>
          <w:ilvl w:val="0"/>
          <w:numId w:val="24"/>
        </w:numPr>
        <w:rPr>
          <w:rFonts w:cstheme="minorHAnsi"/>
          <w:lang w:val="en"/>
        </w:rPr>
      </w:pPr>
      <w:r w:rsidRPr="00834A2B">
        <w:rPr>
          <w:rFonts w:cstheme="minorHAnsi"/>
          <w:lang w:val="en"/>
        </w:rPr>
        <w:t>Business Investment for Villages and Groups- $214,618,540</w:t>
      </w:r>
    </w:p>
    <w:p w:rsidR="00FD3D6A" w:rsidRPr="00834A2B" w:rsidRDefault="00254BB8" w:rsidP="5FEC13F2">
      <w:pPr>
        <w:numPr>
          <w:ilvl w:val="0"/>
          <w:numId w:val="24"/>
        </w:numPr>
      </w:pPr>
      <w:r w:rsidRPr="5FEC13F2">
        <w:t>Cassava Seed Bank (3) Development: Alishalton (5,000,000), Sand Creek (5,000,000) and St Ignatius (14,000,000)</w:t>
      </w:r>
    </w:p>
    <w:p w:rsidR="00E03598" w:rsidRPr="00834A2B" w:rsidRDefault="00254BB8" w:rsidP="00706F8B">
      <w:pPr>
        <w:numPr>
          <w:ilvl w:val="0"/>
          <w:numId w:val="24"/>
        </w:numPr>
        <w:rPr>
          <w:rFonts w:cstheme="minorHAnsi"/>
          <w:lang w:val="en"/>
        </w:rPr>
      </w:pPr>
      <w:r w:rsidRPr="00834A2B">
        <w:rPr>
          <w:rFonts w:cstheme="minorHAnsi"/>
          <w:lang w:val="en"/>
        </w:rPr>
        <w:t>Investment in Nutrition Awareness Activities - $41,800,000</w:t>
      </w:r>
    </w:p>
    <w:p w:rsidR="00E03598" w:rsidRPr="00834A2B" w:rsidRDefault="00254BB8" w:rsidP="00706F8B">
      <w:pPr>
        <w:numPr>
          <w:ilvl w:val="0"/>
          <w:numId w:val="24"/>
        </w:numPr>
        <w:rPr>
          <w:rFonts w:cstheme="minorHAnsi"/>
        </w:rPr>
      </w:pPr>
      <w:r w:rsidRPr="00834A2B">
        <w:rPr>
          <w:rFonts w:cstheme="minorHAnsi"/>
        </w:rPr>
        <w:t xml:space="preserve">Investment in Collaborations with local </w:t>
      </w:r>
      <w:proofErr w:type="spellStart"/>
      <w:r w:rsidRPr="00834A2B">
        <w:rPr>
          <w:rFonts w:cstheme="minorHAnsi"/>
        </w:rPr>
        <w:t>organisations</w:t>
      </w:r>
      <w:proofErr w:type="spellEnd"/>
      <w:r w:rsidRPr="00834A2B">
        <w:rPr>
          <w:rFonts w:cstheme="minorHAnsi"/>
        </w:rPr>
        <w:t xml:space="preserve"> for Women and Youth Forums - $9,</w:t>
      </w:r>
      <w:r w:rsidRPr="00834A2B">
        <w:rPr>
          <w:rFonts w:cstheme="minorHAnsi"/>
        </w:rPr>
        <w:t>000,000</w:t>
      </w:r>
    </w:p>
    <w:p w:rsidR="00E03598" w:rsidRPr="00834A2B" w:rsidRDefault="00254BB8" w:rsidP="00706F8B">
      <w:pPr>
        <w:numPr>
          <w:ilvl w:val="0"/>
          <w:numId w:val="24"/>
        </w:numPr>
        <w:rPr>
          <w:rFonts w:cstheme="minorHAnsi"/>
          <w:lang w:val="en"/>
        </w:rPr>
      </w:pPr>
      <w:r w:rsidRPr="00834A2B">
        <w:rPr>
          <w:rFonts w:cstheme="minorHAnsi"/>
          <w:lang w:val="en"/>
        </w:rPr>
        <w:t>Investment in training and capacity building -$48,500,000</w:t>
      </w:r>
    </w:p>
    <w:p w:rsidR="00E03598" w:rsidRPr="00834A2B" w:rsidRDefault="00254BB8" w:rsidP="18AD7FA4">
      <w:pPr>
        <w:rPr>
          <w:rFonts w:cstheme="minorHAnsi"/>
          <w:b/>
          <w:bCs/>
        </w:rPr>
      </w:pPr>
      <w:r w:rsidRPr="00834A2B">
        <w:rPr>
          <w:rFonts w:cstheme="minorHAnsi"/>
        </w:rPr>
        <w:t xml:space="preserve">Number of persons impacted: </w:t>
      </w:r>
      <w:r w:rsidRPr="00834A2B">
        <w:rPr>
          <w:rFonts w:cstheme="minorHAnsi"/>
          <w:b/>
          <w:bCs/>
        </w:rPr>
        <w:t>17,036 (8,472 women and 6,696 youth)</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r w:rsidRPr="00834A2B">
        <w:rPr>
          <w:rFonts w:cstheme="minorHAnsi"/>
          <w:b/>
          <w:lang w:val="en"/>
        </w:rPr>
        <w:t xml:space="preserve">GMC | </w:t>
      </w:r>
      <w:r w:rsidRPr="00834A2B">
        <w:rPr>
          <w:rFonts w:cstheme="minorHAnsi"/>
          <w:b/>
          <w:bCs/>
          <w:lang w:val="en"/>
        </w:rPr>
        <w:t>$</w:t>
      </w:r>
      <w:r w:rsidRPr="00834A2B">
        <w:rPr>
          <w:rFonts w:cstheme="minorHAnsi"/>
          <w:b/>
          <w:bCs/>
          <w:lang w:val="en"/>
        </w:rPr>
        <w:t>70</w:t>
      </w:r>
      <w:r w:rsidRPr="00834A2B">
        <w:rPr>
          <w:rFonts w:cstheme="minorHAnsi"/>
          <w:b/>
          <w:bCs/>
          <w:lang w:val="en"/>
        </w:rPr>
        <w:t>,649,532</w:t>
      </w:r>
      <w:r w:rsidRPr="00834A2B">
        <w:rPr>
          <w:rFonts w:cstheme="minorHAnsi"/>
          <w:b/>
          <w:lang w:val="en"/>
        </w:rPr>
        <w:t xml:space="preserve"> | 2020-202</w:t>
      </w:r>
      <w:r>
        <w:rPr>
          <w:rFonts w:cstheme="minorHAnsi"/>
          <w:b/>
          <w:lang w:val="en"/>
        </w:rPr>
        <w:t>5</w:t>
      </w:r>
    </w:p>
    <w:p w:rsidR="00E03598" w:rsidRPr="00834A2B" w:rsidRDefault="00254BB8" w:rsidP="00E03598">
      <w:pPr>
        <w:rPr>
          <w:rFonts w:cstheme="minorHAnsi"/>
          <w:lang w:val="en"/>
        </w:rPr>
      </w:pPr>
      <w:r w:rsidRPr="00834A2B">
        <w:rPr>
          <w:rFonts w:cstheme="minorHAnsi"/>
          <w:b/>
          <w:lang w:val="en"/>
        </w:rPr>
        <w:t>Name of Project</w:t>
      </w:r>
    </w:p>
    <w:p w:rsidR="00E03598" w:rsidRPr="00834A2B" w:rsidRDefault="00254BB8" w:rsidP="5FEC13F2">
      <w:pPr>
        <w:numPr>
          <w:ilvl w:val="0"/>
          <w:numId w:val="4"/>
        </w:numPr>
      </w:pPr>
      <w:r w:rsidRPr="5FEC13F2">
        <w:t>Construction of Solar Dryer at St. Ignatius</w:t>
      </w:r>
      <w:r w:rsidRPr="5FEC13F2">
        <w:t xml:space="preserve"> and Shulinab</w:t>
      </w:r>
      <w:r w:rsidRPr="5FEC13F2">
        <w:t xml:space="preserve">; </w:t>
      </w:r>
    </w:p>
    <w:p w:rsidR="00E03598" w:rsidRPr="00834A2B" w:rsidRDefault="00254BB8" w:rsidP="00E03598">
      <w:pPr>
        <w:numPr>
          <w:ilvl w:val="0"/>
          <w:numId w:val="4"/>
        </w:numPr>
        <w:rPr>
          <w:rFonts w:cstheme="minorHAnsi"/>
          <w:lang w:val="en"/>
        </w:rPr>
      </w:pPr>
      <w:r w:rsidRPr="00834A2B">
        <w:rPr>
          <w:rFonts w:cstheme="minorHAnsi"/>
          <w:lang w:val="en"/>
        </w:rPr>
        <w:t xml:space="preserve">Retrofitting &amp; Equipping of Peanut Butter Facility at St. Ignatius; </w:t>
      </w:r>
    </w:p>
    <w:p w:rsidR="00E03598" w:rsidRPr="00834A2B" w:rsidRDefault="00254BB8" w:rsidP="18AD7FA4">
      <w:pPr>
        <w:numPr>
          <w:ilvl w:val="0"/>
          <w:numId w:val="4"/>
        </w:numPr>
        <w:rPr>
          <w:rFonts w:cstheme="minorHAnsi"/>
        </w:rPr>
      </w:pPr>
      <w:r w:rsidRPr="00834A2B">
        <w:rPr>
          <w:rFonts w:cstheme="minorHAnsi"/>
        </w:rPr>
        <w:t xml:space="preserve">Retrofitting &amp; Equipping Agro-Processing Facility (flour mill and oven) at </w:t>
      </w:r>
      <w:proofErr w:type="spellStart"/>
      <w:r w:rsidRPr="00834A2B">
        <w:rPr>
          <w:rFonts w:cstheme="minorHAnsi"/>
        </w:rPr>
        <w:t>Maruranau</w:t>
      </w:r>
      <w:proofErr w:type="spellEnd"/>
      <w:r w:rsidRPr="00834A2B">
        <w:rPr>
          <w:rFonts w:cstheme="minorHAnsi"/>
        </w:rPr>
        <w:t xml:space="preserve">; </w:t>
      </w:r>
    </w:p>
    <w:p w:rsidR="00E03598" w:rsidRPr="00834A2B" w:rsidRDefault="00254BB8" w:rsidP="18AD7FA4">
      <w:pPr>
        <w:numPr>
          <w:ilvl w:val="0"/>
          <w:numId w:val="4"/>
        </w:numPr>
        <w:rPr>
          <w:rFonts w:cstheme="minorHAnsi"/>
        </w:rPr>
      </w:pPr>
      <w:r w:rsidRPr="00834A2B">
        <w:rPr>
          <w:rFonts w:cstheme="minorHAnsi"/>
        </w:rPr>
        <w:t>Rehabilitation</w:t>
      </w:r>
      <w:r w:rsidRPr="00834A2B">
        <w:rPr>
          <w:rFonts w:cstheme="minorHAnsi"/>
        </w:rPr>
        <w:t xml:space="preserve"> &amp; Equipping of Peanut Butter Facility at </w:t>
      </w:r>
      <w:proofErr w:type="spellStart"/>
      <w:r w:rsidRPr="00834A2B">
        <w:rPr>
          <w:rFonts w:cstheme="minorHAnsi"/>
        </w:rPr>
        <w:t>Karandarnau</w:t>
      </w:r>
      <w:proofErr w:type="spellEnd"/>
      <w:r w:rsidRPr="00834A2B">
        <w:rPr>
          <w:rFonts w:cstheme="minorHAnsi"/>
        </w:rPr>
        <w:t xml:space="preserve"> (2021) </w:t>
      </w:r>
    </w:p>
    <w:p w:rsidR="00E03598" w:rsidRPr="00834A2B" w:rsidRDefault="00254BB8" w:rsidP="00E03598">
      <w:pPr>
        <w:numPr>
          <w:ilvl w:val="0"/>
          <w:numId w:val="4"/>
        </w:numPr>
        <w:rPr>
          <w:rFonts w:cstheme="minorHAnsi"/>
          <w:lang w:val="en"/>
        </w:rPr>
      </w:pPr>
      <w:r w:rsidRPr="00834A2B">
        <w:rPr>
          <w:rFonts w:cstheme="minorHAnsi"/>
          <w:lang w:val="en"/>
        </w:rPr>
        <w:t>Construction of Solar Dr</w:t>
      </w:r>
      <w:r w:rsidRPr="00834A2B">
        <w:rPr>
          <w:rFonts w:cstheme="minorHAnsi"/>
          <w:lang w:val="en"/>
        </w:rPr>
        <w:t xml:space="preserve">yer at Nappi; </w:t>
      </w:r>
    </w:p>
    <w:p w:rsidR="00E03598" w:rsidRPr="00834A2B" w:rsidRDefault="00254BB8" w:rsidP="00E03598">
      <w:pPr>
        <w:numPr>
          <w:ilvl w:val="0"/>
          <w:numId w:val="4"/>
        </w:numPr>
        <w:rPr>
          <w:rFonts w:cstheme="minorHAnsi"/>
          <w:lang w:val="en"/>
        </w:rPr>
      </w:pPr>
      <w:r w:rsidRPr="00834A2B">
        <w:rPr>
          <w:rFonts w:cstheme="minorHAnsi"/>
          <w:lang w:val="en"/>
        </w:rPr>
        <w:t xml:space="preserve">Construction &amp; Equipping of Solar Dryer and Processing Facility at Massara; (2023) </w:t>
      </w:r>
    </w:p>
    <w:p w:rsidR="00E03598" w:rsidRPr="00834A2B" w:rsidRDefault="00254BB8" w:rsidP="5FEC13F2">
      <w:pPr>
        <w:numPr>
          <w:ilvl w:val="0"/>
          <w:numId w:val="4"/>
        </w:numPr>
      </w:pPr>
      <w:r w:rsidRPr="5FEC13F2">
        <w:t>Purchasing of a gasoline cassava grater</w:t>
      </w:r>
      <w:r w:rsidRPr="5FEC13F2">
        <w:t>s.</w:t>
      </w:r>
    </w:p>
    <w:p w:rsidR="00492AE6" w:rsidRPr="00834A2B" w:rsidRDefault="00254BB8" w:rsidP="00E03598">
      <w:pPr>
        <w:numPr>
          <w:ilvl w:val="0"/>
          <w:numId w:val="4"/>
        </w:numPr>
        <w:rPr>
          <w:rFonts w:cstheme="minorHAnsi"/>
          <w:lang w:val="en"/>
        </w:rPr>
      </w:pPr>
      <w:r w:rsidRPr="00834A2B">
        <w:rPr>
          <w:rFonts w:cstheme="minorHAnsi"/>
          <w:lang w:val="en"/>
        </w:rPr>
        <w:lastRenderedPageBreak/>
        <w:t>Purchasing of Mangoes (ongoing)</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r w:rsidRPr="00834A2B">
        <w:rPr>
          <w:rFonts w:cstheme="minorHAnsi"/>
          <w:b/>
          <w:lang w:val="en"/>
        </w:rPr>
        <w:t>National Drainage and Irrigation Authority |$</w:t>
      </w:r>
      <w:r>
        <w:rPr>
          <w:rFonts w:cstheme="minorHAnsi"/>
          <w:b/>
          <w:lang w:val="en"/>
        </w:rPr>
        <w:t>110,000,000</w:t>
      </w:r>
      <w:r w:rsidRPr="00834A2B">
        <w:rPr>
          <w:rFonts w:cstheme="minorHAnsi"/>
          <w:b/>
          <w:lang w:val="en"/>
        </w:rPr>
        <w:t xml:space="preserve">| </w:t>
      </w:r>
      <w:r>
        <w:rPr>
          <w:rFonts w:cstheme="minorHAnsi"/>
          <w:b/>
          <w:lang w:val="en"/>
        </w:rPr>
        <w:t xml:space="preserve">2020 - </w:t>
      </w:r>
      <w:r w:rsidRPr="00834A2B">
        <w:rPr>
          <w:rFonts w:cstheme="minorHAnsi"/>
          <w:b/>
          <w:lang w:val="en"/>
        </w:rPr>
        <w:t>202</w:t>
      </w:r>
      <w:r w:rsidRPr="00834A2B">
        <w:rPr>
          <w:rFonts w:cstheme="minorHAnsi"/>
          <w:b/>
          <w:lang w:val="en"/>
        </w:rPr>
        <w:t>5</w:t>
      </w:r>
    </w:p>
    <w:p w:rsidR="00E03598" w:rsidRPr="00834A2B" w:rsidRDefault="00254BB8" w:rsidP="00E03598">
      <w:pPr>
        <w:rPr>
          <w:rFonts w:cstheme="minorHAnsi"/>
          <w:b/>
          <w:lang w:val="en"/>
        </w:rPr>
      </w:pPr>
      <w:r w:rsidRPr="00834A2B">
        <w:rPr>
          <w:rFonts w:cstheme="minorHAnsi"/>
          <w:b/>
          <w:lang w:val="en"/>
        </w:rPr>
        <w:t>Projects:</w:t>
      </w:r>
    </w:p>
    <w:p w:rsidR="00E03598" w:rsidRPr="00834A2B" w:rsidRDefault="00254BB8" w:rsidP="00E03598">
      <w:pPr>
        <w:numPr>
          <w:ilvl w:val="0"/>
          <w:numId w:val="5"/>
        </w:numPr>
        <w:rPr>
          <w:rFonts w:cstheme="minorHAnsi"/>
          <w:bCs/>
        </w:rPr>
      </w:pPr>
      <w:r w:rsidRPr="00834A2B">
        <w:rPr>
          <w:rFonts w:cstheme="minorHAnsi"/>
          <w:bCs/>
        </w:rPr>
        <w:t>Co</w:t>
      </w:r>
      <w:r w:rsidRPr="00834A2B">
        <w:rPr>
          <w:rFonts w:cstheme="minorHAnsi"/>
          <w:bCs/>
        </w:rPr>
        <w:t xml:space="preserve">mpleted </w:t>
      </w:r>
      <w:r w:rsidRPr="00834A2B">
        <w:rPr>
          <w:rFonts w:cstheme="minorHAnsi"/>
          <w:bCs/>
        </w:rPr>
        <w:t xml:space="preserve">1200 per year in 2024 and 2025 </w:t>
      </w:r>
      <w:r w:rsidRPr="00834A2B">
        <w:rPr>
          <w:rFonts w:cstheme="minorHAnsi"/>
          <w:bCs/>
        </w:rPr>
        <w:t>acres of Land preparation for farmers - $</w:t>
      </w:r>
      <w:r w:rsidRPr="00834A2B">
        <w:rPr>
          <w:rFonts w:cstheme="minorHAnsi"/>
          <w:bCs/>
        </w:rPr>
        <w:t>32</w:t>
      </w:r>
      <w:r w:rsidRPr="00834A2B">
        <w:rPr>
          <w:rFonts w:cstheme="minorHAnsi"/>
          <w:bCs/>
        </w:rPr>
        <w:t>M</w:t>
      </w:r>
    </w:p>
    <w:p w:rsidR="00E03598" w:rsidRPr="00834A2B" w:rsidRDefault="00254BB8" w:rsidP="00E03598">
      <w:pPr>
        <w:numPr>
          <w:ilvl w:val="0"/>
          <w:numId w:val="5"/>
        </w:numPr>
        <w:rPr>
          <w:rFonts w:cstheme="minorHAnsi"/>
          <w:bCs/>
          <w:lang w:val="en"/>
        </w:rPr>
      </w:pPr>
      <w:r w:rsidRPr="00834A2B">
        <w:rPr>
          <w:rFonts w:cstheme="minorHAnsi"/>
          <w:bCs/>
        </w:rPr>
        <w:t>Works commenced on March 22, 2024 on the Construction of reservoirs - $60M</w:t>
      </w:r>
    </w:p>
    <w:p w:rsidR="00492AE6" w:rsidRPr="00834A2B" w:rsidRDefault="00254BB8" w:rsidP="00E03598">
      <w:pPr>
        <w:numPr>
          <w:ilvl w:val="0"/>
          <w:numId w:val="5"/>
        </w:numPr>
        <w:rPr>
          <w:rFonts w:cstheme="minorHAnsi"/>
          <w:bCs/>
          <w:lang w:val="en"/>
        </w:rPr>
      </w:pPr>
      <w:r w:rsidRPr="00834A2B">
        <w:rPr>
          <w:rFonts w:cstheme="minorHAnsi"/>
          <w:bCs/>
        </w:rPr>
        <w:t xml:space="preserve">Reservoirs completed in </w:t>
      </w:r>
      <w:proofErr w:type="spellStart"/>
      <w:r w:rsidRPr="00834A2B">
        <w:rPr>
          <w:rFonts w:cstheme="minorHAnsi"/>
          <w:bCs/>
        </w:rPr>
        <w:t>Kaurdar</w:t>
      </w:r>
      <w:proofErr w:type="spellEnd"/>
      <w:r w:rsidRPr="00834A2B">
        <w:rPr>
          <w:rFonts w:cstheme="minorHAnsi"/>
          <w:bCs/>
        </w:rPr>
        <w:t xml:space="preserve">, </w:t>
      </w:r>
      <w:proofErr w:type="spellStart"/>
      <w:r w:rsidRPr="00834A2B">
        <w:rPr>
          <w:rFonts w:cstheme="minorHAnsi"/>
          <w:bCs/>
        </w:rPr>
        <w:t>Achiwib</w:t>
      </w:r>
      <w:proofErr w:type="spellEnd"/>
      <w:r w:rsidRPr="00834A2B">
        <w:rPr>
          <w:rFonts w:cstheme="minorHAnsi"/>
          <w:bCs/>
        </w:rPr>
        <w:t xml:space="preserve"> and works ongoing on in </w:t>
      </w:r>
      <w:proofErr w:type="spellStart"/>
      <w:r w:rsidRPr="00834A2B">
        <w:rPr>
          <w:rFonts w:cstheme="minorHAnsi"/>
          <w:bCs/>
        </w:rPr>
        <w:t>Karasabai</w:t>
      </w:r>
      <w:proofErr w:type="spellEnd"/>
    </w:p>
    <w:p w:rsidR="00492AE6" w:rsidRPr="00834A2B" w:rsidRDefault="00254BB8" w:rsidP="00E03598">
      <w:pPr>
        <w:numPr>
          <w:ilvl w:val="0"/>
          <w:numId w:val="5"/>
        </w:numPr>
        <w:rPr>
          <w:rFonts w:cstheme="minorHAnsi"/>
          <w:bCs/>
          <w:lang w:val="en"/>
        </w:rPr>
      </w:pPr>
      <w:r w:rsidRPr="00834A2B">
        <w:rPr>
          <w:rFonts w:cstheme="minorHAnsi"/>
          <w:bCs/>
        </w:rPr>
        <w:t xml:space="preserve">Desilting of </w:t>
      </w:r>
      <w:proofErr w:type="spellStart"/>
      <w:r w:rsidRPr="00834A2B">
        <w:rPr>
          <w:rFonts w:cstheme="minorHAnsi"/>
          <w:bCs/>
        </w:rPr>
        <w:t>Moco</w:t>
      </w:r>
      <w:proofErr w:type="spellEnd"/>
      <w:r w:rsidRPr="00834A2B">
        <w:rPr>
          <w:rFonts w:cstheme="minorHAnsi"/>
          <w:bCs/>
        </w:rPr>
        <w:t xml:space="preserve"> </w:t>
      </w:r>
      <w:proofErr w:type="spellStart"/>
      <w:r w:rsidRPr="00834A2B">
        <w:rPr>
          <w:rFonts w:cstheme="minorHAnsi"/>
          <w:bCs/>
        </w:rPr>
        <w:t>Moco</w:t>
      </w:r>
      <w:proofErr w:type="spellEnd"/>
      <w:r w:rsidRPr="00834A2B">
        <w:rPr>
          <w:rFonts w:cstheme="minorHAnsi"/>
          <w:bCs/>
        </w:rPr>
        <w:t xml:space="preserve"> Creek – </w:t>
      </w:r>
      <w:r>
        <w:rPr>
          <w:rFonts w:cstheme="minorHAnsi"/>
          <w:bCs/>
        </w:rPr>
        <w:t>$</w:t>
      </w:r>
      <w:r w:rsidRPr="00834A2B">
        <w:rPr>
          <w:rFonts w:cstheme="minorHAnsi"/>
          <w:bCs/>
        </w:rPr>
        <w:t>12M</w:t>
      </w:r>
    </w:p>
    <w:p w:rsidR="00E03598" w:rsidRPr="00834A2B" w:rsidRDefault="00254BB8" w:rsidP="18AD7FA4">
      <w:pPr>
        <w:numPr>
          <w:ilvl w:val="0"/>
          <w:numId w:val="5"/>
        </w:numPr>
        <w:rPr>
          <w:rFonts w:cstheme="minorHAnsi"/>
        </w:rPr>
      </w:pPr>
      <w:r w:rsidRPr="00834A2B">
        <w:rPr>
          <w:rFonts w:cstheme="minorHAnsi"/>
        </w:rPr>
        <w:t xml:space="preserve">Desilting of the </w:t>
      </w:r>
      <w:proofErr w:type="spellStart"/>
      <w:r w:rsidRPr="00834A2B">
        <w:rPr>
          <w:rFonts w:cstheme="minorHAnsi"/>
        </w:rPr>
        <w:t>Tabatinga</w:t>
      </w:r>
      <w:proofErr w:type="spellEnd"/>
      <w:r w:rsidRPr="00834A2B">
        <w:rPr>
          <w:rFonts w:cstheme="minorHAnsi"/>
        </w:rPr>
        <w:t xml:space="preserve"> Creek- $</w:t>
      </w:r>
      <w:r w:rsidRPr="00834A2B">
        <w:rPr>
          <w:rFonts w:cstheme="minorHAnsi"/>
        </w:rPr>
        <w:t>6M</w:t>
      </w:r>
    </w:p>
    <w:p w:rsidR="00CE2CD6" w:rsidRPr="00CF4AD5" w:rsidRDefault="00254BB8" w:rsidP="5FEC13F2">
      <w:pPr>
        <w:pStyle w:val="ListParagraph"/>
        <w:numPr>
          <w:ilvl w:val="0"/>
          <w:numId w:val="5"/>
        </w:numPr>
      </w:pPr>
      <w:r w:rsidRPr="5FEC13F2">
        <w:t>Provision of Irrigation system for St, Vincente Pai Pang</w:t>
      </w:r>
      <w:r w:rsidRPr="5FEC13F2">
        <w:t>, Wowetta, Rupertee, and Naburti.</w:t>
      </w:r>
    </w:p>
    <w:p w:rsidR="00492AE6" w:rsidRPr="00CF4AD5" w:rsidRDefault="00254BB8" w:rsidP="00CE2CD6">
      <w:pPr>
        <w:numPr>
          <w:ilvl w:val="0"/>
          <w:numId w:val="5"/>
        </w:numPr>
        <w:rPr>
          <w:rFonts w:cstheme="minorHAnsi"/>
          <w:bCs/>
          <w:lang w:val="en"/>
        </w:rPr>
      </w:pPr>
      <w:r w:rsidRPr="00CF4AD5">
        <w:rPr>
          <w:rFonts w:cstheme="minorHAnsi"/>
          <w:bCs/>
          <w:lang w:val="en"/>
        </w:rPr>
        <w:t xml:space="preserve">Provision of </w:t>
      </w:r>
      <w:r w:rsidRPr="00CF4AD5">
        <w:rPr>
          <w:rFonts w:cstheme="minorHAnsi"/>
          <w:bCs/>
          <w:lang w:val="en"/>
        </w:rPr>
        <w:t>5</w:t>
      </w:r>
      <w:r w:rsidRPr="00CF4AD5">
        <w:rPr>
          <w:rFonts w:cstheme="minorHAnsi"/>
          <w:bCs/>
          <w:lang w:val="en"/>
        </w:rPr>
        <w:t xml:space="preserve"> No 109 Hp tractors with implements </w:t>
      </w:r>
    </w:p>
    <w:p w:rsidR="00492AE6" w:rsidRPr="00CF4AD5" w:rsidRDefault="00254BB8" w:rsidP="00E03598">
      <w:pPr>
        <w:numPr>
          <w:ilvl w:val="0"/>
          <w:numId w:val="5"/>
        </w:numPr>
        <w:rPr>
          <w:rFonts w:cstheme="minorHAnsi"/>
          <w:bCs/>
          <w:lang w:val="en"/>
        </w:rPr>
      </w:pPr>
      <w:r w:rsidRPr="00CF4AD5">
        <w:rPr>
          <w:rFonts w:cstheme="minorHAnsi"/>
          <w:bCs/>
          <w:lang w:val="en"/>
        </w:rPr>
        <w:t xml:space="preserve">Provision of </w:t>
      </w:r>
      <w:r w:rsidRPr="00CF4AD5">
        <w:rPr>
          <w:rFonts w:cstheme="minorHAnsi"/>
          <w:bCs/>
          <w:lang w:val="en"/>
        </w:rPr>
        <w:t>5</w:t>
      </w:r>
      <w:r w:rsidRPr="00CF4AD5">
        <w:rPr>
          <w:rFonts w:cstheme="minorHAnsi"/>
          <w:bCs/>
          <w:lang w:val="en"/>
        </w:rPr>
        <w:t xml:space="preserve"> No. Long Reach Excavators </w:t>
      </w:r>
    </w:p>
    <w:p w:rsidR="00F462FE" w:rsidRPr="00834A2B" w:rsidRDefault="00254BB8" w:rsidP="5FEC13F2">
      <w:r w:rsidRPr="5FEC13F2">
        <w:t>Number of people impa</w:t>
      </w:r>
      <w:r w:rsidRPr="5FEC13F2">
        <w:t>cted: 21,000</w:t>
      </w:r>
    </w:p>
    <w:p w:rsidR="00E03598" w:rsidRPr="00834A2B" w:rsidRDefault="00254BB8" w:rsidP="00E03598">
      <w:pPr>
        <w:rPr>
          <w:rFonts w:cstheme="minorHAnsi"/>
          <w:b/>
          <w:lang w:val="en"/>
        </w:rPr>
      </w:pPr>
      <w:r>
        <w:rPr>
          <w:rFonts w:cstheme="minorHAnsi"/>
          <w:b/>
          <w:lang w:val="en"/>
        </w:rPr>
        <w:t>-------------------------------------------------------------------------------------------------------------------------------</w:t>
      </w:r>
    </w:p>
    <w:p w:rsidR="00E03598" w:rsidRPr="00834A2B" w:rsidRDefault="00254BB8" w:rsidP="00E03598">
      <w:pPr>
        <w:rPr>
          <w:rFonts w:cstheme="minorHAnsi"/>
          <w:b/>
          <w:lang w:val="en"/>
        </w:rPr>
      </w:pPr>
      <w:r w:rsidRPr="00834A2B">
        <w:rPr>
          <w:rFonts w:cstheme="minorHAnsi"/>
          <w:b/>
          <w:lang w:val="en"/>
        </w:rPr>
        <w:t>By Selected Villages and Districts</w:t>
      </w:r>
    </w:p>
    <w:p w:rsidR="00E03598" w:rsidRPr="00834A2B" w:rsidRDefault="00254BB8" w:rsidP="18AD7FA4">
      <w:pPr>
        <w:rPr>
          <w:rFonts w:cstheme="minorHAnsi"/>
          <w:b/>
          <w:bCs/>
          <w:u w:val="single"/>
        </w:rPr>
      </w:pPr>
      <w:r w:rsidRPr="00834A2B">
        <w:rPr>
          <w:rFonts w:cstheme="minorHAnsi"/>
          <w:b/>
          <w:bCs/>
          <w:u w:val="single"/>
        </w:rPr>
        <w:t xml:space="preserve">District -  South </w:t>
      </w:r>
      <w:proofErr w:type="spellStart"/>
      <w:r w:rsidRPr="00834A2B">
        <w:rPr>
          <w:rFonts w:cstheme="minorHAnsi"/>
          <w:b/>
          <w:bCs/>
          <w:u w:val="single"/>
        </w:rPr>
        <w:t>Pakaraimas</w:t>
      </w:r>
      <w:proofErr w:type="spellEnd"/>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Name of Village: </w:t>
      </w:r>
      <w:proofErr w:type="spellStart"/>
      <w:r w:rsidRPr="00834A2B">
        <w:rPr>
          <w:rFonts w:cstheme="minorHAnsi"/>
          <w:b/>
          <w:bCs/>
        </w:rPr>
        <w:t>Karasabai</w:t>
      </w:r>
      <w:proofErr w:type="spellEnd"/>
      <w:r w:rsidRPr="00834A2B">
        <w:rPr>
          <w:rFonts w:cstheme="minorHAnsi"/>
          <w:b/>
          <w:bCs/>
        </w:rPr>
        <w:t xml:space="preserve"> - $8,498,000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$8,498,000</w:t>
      </w:r>
    </w:p>
    <w:p w:rsidR="00E03598" w:rsidRPr="00834A2B" w:rsidRDefault="00254BB8" w:rsidP="00E03598">
      <w:pPr>
        <w:numPr>
          <w:ilvl w:val="0"/>
          <w:numId w:val="8"/>
        </w:numPr>
        <w:rPr>
          <w:rFonts w:cstheme="minorHAnsi"/>
          <w:b/>
          <w:lang w:val="en"/>
        </w:rPr>
      </w:pPr>
      <w:r w:rsidRPr="00834A2B">
        <w:rPr>
          <w:rFonts w:cstheme="minorHAnsi"/>
          <w:b/>
          <w:lang w:val="en"/>
        </w:rPr>
        <w:t>Farm Road Rehab &amp; Community Building Upgrades – $3,999,000</w:t>
      </w:r>
    </w:p>
    <w:p w:rsidR="00E03598" w:rsidRPr="00834A2B" w:rsidRDefault="00254BB8" w:rsidP="00E03598">
      <w:pPr>
        <w:numPr>
          <w:ilvl w:val="0"/>
          <w:numId w:val="8"/>
        </w:numPr>
        <w:rPr>
          <w:rFonts w:cstheme="minorHAnsi"/>
          <w:b/>
          <w:lang w:val="en"/>
        </w:rPr>
      </w:pPr>
      <w:r w:rsidRPr="00834A2B">
        <w:rPr>
          <w:rFonts w:cstheme="minorHAnsi"/>
          <w:b/>
          <w:lang w:val="en"/>
        </w:rPr>
        <w:t xml:space="preserve">Ranch Improvement – </w:t>
      </w:r>
      <w:r>
        <w:rPr>
          <w:rFonts w:cstheme="minorHAnsi"/>
          <w:b/>
          <w:lang w:val="en"/>
        </w:rPr>
        <w:t>$</w:t>
      </w:r>
      <w:r w:rsidRPr="00834A2B">
        <w:rPr>
          <w:rFonts w:cstheme="minorHAnsi"/>
          <w:b/>
          <w:lang w:val="en"/>
        </w:rPr>
        <w:t>2,699,000</w:t>
      </w:r>
    </w:p>
    <w:p w:rsidR="00E03598" w:rsidRPr="00834A2B" w:rsidRDefault="00254BB8" w:rsidP="00E03598">
      <w:pPr>
        <w:numPr>
          <w:ilvl w:val="0"/>
          <w:numId w:val="8"/>
        </w:numPr>
        <w:rPr>
          <w:rFonts w:cstheme="minorHAnsi"/>
          <w:b/>
          <w:lang w:val="en"/>
        </w:rPr>
      </w:pPr>
      <w:r w:rsidRPr="00834A2B">
        <w:rPr>
          <w:rFonts w:cstheme="minorHAnsi"/>
          <w:b/>
          <w:lang w:val="en"/>
        </w:rPr>
        <w:t xml:space="preserve">Facility improvement and acquisition of equipment – Women’s group – </w:t>
      </w:r>
      <w:r>
        <w:rPr>
          <w:rFonts w:cstheme="minorHAnsi"/>
          <w:b/>
          <w:lang w:val="en"/>
        </w:rPr>
        <w:t>$</w:t>
      </w:r>
      <w:r w:rsidRPr="00834A2B">
        <w:rPr>
          <w:rFonts w:cstheme="minorHAnsi"/>
          <w:b/>
          <w:lang w:val="en"/>
        </w:rPr>
        <w:t>1,800,000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Name of Village: </w:t>
      </w:r>
      <w:proofErr w:type="spellStart"/>
      <w:r w:rsidRPr="00834A2B">
        <w:rPr>
          <w:rFonts w:cstheme="minorHAnsi"/>
          <w:b/>
          <w:bCs/>
        </w:rPr>
        <w:t>Kokshebai</w:t>
      </w:r>
      <w:proofErr w:type="spellEnd"/>
      <w:r w:rsidRPr="00834A2B">
        <w:rPr>
          <w:rFonts w:cstheme="minorHAnsi"/>
          <w:b/>
          <w:bCs/>
        </w:rPr>
        <w:t xml:space="preserve"> - $8,500,260</w:t>
      </w:r>
    </w:p>
    <w:p w:rsidR="00E03598" w:rsidRPr="00834A2B" w:rsidRDefault="00254BB8" w:rsidP="00E03598">
      <w:pPr>
        <w:rPr>
          <w:rFonts w:cstheme="minorHAnsi"/>
          <w:bCs/>
          <w:lang w:val="en"/>
        </w:rPr>
      </w:pPr>
      <w:r w:rsidRPr="00834A2B">
        <w:rPr>
          <w:rFonts w:cstheme="minorHAnsi"/>
          <w:bCs/>
          <w:lang w:val="en"/>
        </w:rPr>
        <w:lastRenderedPageBreak/>
        <w:t>Agency/Pro</w:t>
      </w:r>
      <w:r w:rsidRPr="00834A2B">
        <w:rPr>
          <w:rFonts w:cstheme="minorHAnsi"/>
          <w:bCs/>
          <w:lang w:val="en"/>
        </w:rPr>
        <w:t>ject:</w:t>
      </w:r>
    </w:p>
    <w:p w:rsidR="00E03598" w:rsidRPr="00834A2B" w:rsidRDefault="00254BB8" w:rsidP="00E03598">
      <w:pPr>
        <w:numPr>
          <w:ilvl w:val="0"/>
          <w:numId w:val="7"/>
        </w:numPr>
        <w:rPr>
          <w:rFonts w:cstheme="minorHAnsi"/>
          <w:bCs/>
          <w:lang w:val="en"/>
        </w:rPr>
      </w:pPr>
      <w:r w:rsidRPr="00834A2B">
        <w:rPr>
          <w:rFonts w:cstheme="minorHAnsi"/>
          <w:bCs/>
          <w:lang w:val="en"/>
        </w:rPr>
        <w:t>HESADP - $8,500,260</w:t>
      </w:r>
    </w:p>
    <w:p w:rsidR="00E03598" w:rsidRPr="00834A2B" w:rsidRDefault="00254BB8" w:rsidP="00E03598">
      <w:pPr>
        <w:numPr>
          <w:ilvl w:val="0"/>
          <w:numId w:val="9"/>
        </w:numPr>
        <w:rPr>
          <w:rFonts w:cstheme="minorHAnsi"/>
          <w:b/>
          <w:lang w:val="en"/>
        </w:rPr>
      </w:pPr>
      <w:r w:rsidRPr="00834A2B">
        <w:rPr>
          <w:rFonts w:cstheme="minorHAnsi"/>
          <w:b/>
          <w:lang w:val="en"/>
        </w:rPr>
        <w:t>Climate Smart Farming – 1,700,260</w:t>
      </w:r>
    </w:p>
    <w:p w:rsidR="00E03598" w:rsidRPr="00834A2B" w:rsidRDefault="00254BB8" w:rsidP="00E03598">
      <w:pPr>
        <w:numPr>
          <w:ilvl w:val="0"/>
          <w:numId w:val="9"/>
        </w:numPr>
        <w:rPr>
          <w:rFonts w:cstheme="minorHAnsi"/>
          <w:b/>
          <w:lang w:val="en"/>
        </w:rPr>
      </w:pPr>
      <w:r w:rsidRPr="00834A2B">
        <w:rPr>
          <w:rFonts w:cstheme="minorHAnsi"/>
          <w:b/>
          <w:lang w:val="en"/>
        </w:rPr>
        <w:t>Construction of Guest House – 2,800,000</w:t>
      </w:r>
    </w:p>
    <w:p w:rsidR="00E03598" w:rsidRPr="00834A2B" w:rsidRDefault="00254BB8" w:rsidP="00E03598">
      <w:pPr>
        <w:numPr>
          <w:ilvl w:val="0"/>
          <w:numId w:val="9"/>
        </w:numPr>
        <w:rPr>
          <w:rFonts w:cstheme="minorHAnsi"/>
          <w:b/>
          <w:lang w:val="en"/>
        </w:rPr>
      </w:pPr>
      <w:r w:rsidRPr="00834A2B">
        <w:rPr>
          <w:rFonts w:cstheme="minorHAnsi"/>
          <w:b/>
          <w:lang w:val="en"/>
        </w:rPr>
        <w:t>Road improvement &amp; Community Building Upgrades – 4,000,000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Name of </w:t>
      </w:r>
      <w:proofErr w:type="spellStart"/>
      <w:proofErr w:type="gramStart"/>
      <w:r w:rsidRPr="00834A2B">
        <w:rPr>
          <w:rFonts w:cstheme="minorHAnsi"/>
          <w:b/>
          <w:bCs/>
        </w:rPr>
        <w:t>Village:Tiger</w:t>
      </w:r>
      <w:proofErr w:type="spellEnd"/>
      <w:proofErr w:type="gramEnd"/>
      <w:r w:rsidRPr="00834A2B">
        <w:rPr>
          <w:rFonts w:cstheme="minorHAnsi"/>
          <w:b/>
          <w:bCs/>
        </w:rPr>
        <w:t xml:space="preserve"> Pond - $8,499,998</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$8,499,998</w:t>
      </w:r>
    </w:p>
    <w:p w:rsidR="00E03598" w:rsidRPr="00834A2B" w:rsidRDefault="00254BB8" w:rsidP="00E03598">
      <w:pPr>
        <w:rPr>
          <w:rFonts w:cstheme="minorHAnsi"/>
          <w:b/>
          <w:lang w:val="en"/>
        </w:rPr>
      </w:pPr>
    </w:p>
    <w:p w:rsidR="00E03598" w:rsidRPr="00834A2B" w:rsidRDefault="00254BB8" w:rsidP="00E03598">
      <w:pPr>
        <w:numPr>
          <w:ilvl w:val="0"/>
          <w:numId w:val="12"/>
        </w:numPr>
        <w:rPr>
          <w:rFonts w:cstheme="minorHAnsi"/>
          <w:b/>
          <w:lang w:val="en"/>
        </w:rPr>
      </w:pPr>
      <w:r w:rsidRPr="00834A2B">
        <w:rPr>
          <w:rFonts w:cstheme="minorHAnsi"/>
          <w:b/>
          <w:lang w:val="en"/>
        </w:rPr>
        <w:t xml:space="preserve">Village Office </w:t>
      </w:r>
      <w:r w:rsidRPr="00834A2B">
        <w:rPr>
          <w:rFonts w:cstheme="minorHAnsi"/>
          <w:b/>
          <w:lang w:val="en"/>
        </w:rPr>
        <w:t>Improvement &amp; Road lighting – 3,999,998</w:t>
      </w:r>
    </w:p>
    <w:p w:rsidR="00E03598" w:rsidRPr="00834A2B" w:rsidRDefault="00254BB8" w:rsidP="00E03598">
      <w:pPr>
        <w:numPr>
          <w:ilvl w:val="0"/>
          <w:numId w:val="12"/>
        </w:numPr>
        <w:rPr>
          <w:rFonts w:cstheme="minorHAnsi"/>
          <w:b/>
          <w:lang w:val="en"/>
        </w:rPr>
      </w:pPr>
      <w:r w:rsidRPr="00834A2B">
        <w:rPr>
          <w:rFonts w:cstheme="minorHAnsi"/>
          <w:b/>
          <w:lang w:val="en"/>
        </w:rPr>
        <w:t>Ranch Improvement – 1,800,000</w:t>
      </w:r>
    </w:p>
    <w:p w:rsidR="00E03598" w:rsidRPr="00834A2B" w:rsidRDefault="00254BB8" w:rsidP="00E03598">
      <w:pPr>
        <w:numPr>
          <w:ilvl w:val="0"/>
          <w:numId w:val="12"/>
        </w:numPr>
        <w:rPr>
          <w:rFonts w:cstheme="minorHAnsi"/>
          <w:b/>
          <w:lang w:val="en"/>
        </w:rPr>
      </w:pPr>
      <w:r w:rsidRPr="00834A2B">
        <w:rPr>
          <w:rFonts w:cstheme="minorHAnsi"/>
          <w:b/>
          <w:lang w:val="en"/>
        </w:rPr>
        <w:t>Poultry Production-Black Giants &amp; Meat Birds – 2,700,000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Name of </w:t>
      </w:r>
      <w:proofErr w:type="spellStart"/>
      <w:proofErr w:type="gramStart"/>
      <w:r w:rsidRPr="00834A2B">
        <w:rPr>
          <w:rFonts w:cstheme="minorHAnsi"/>
          <w:b/>
          <w:bCs/>
        </w:rPr>
        <w:t>Village:Pai</w:t>
      </w:r>
      <w:proofErr w:type="spellEnd"/>
      <w:proofErr w:type="gramEnd"/>
      <w:r w:rsidRPr="00834A2B">
        <w:rPr>
          <w:rFonts w:cstheme="minorHAnsi"/>
          <w:b/>
          <w:bCs/>
        </w:rPr>
        <w:t xml:space="preserve"> Pang - $9,070,500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$9,070,500</w:t>
      </w:r>
    </w:p>
    <w:p w:rsidR="00E03598" w:rsidRPr="00834A2B" w:rsidRDefault="00254BB8" w:rsidP="00E03598">
      <w:pPr>
        <w:rPr>
          <w:rFonts w:cstheme="minorHAnsi"/>
          <w:b/>
          <w:lang w:val="en"/>
        </w:rPr>
      </w:pPr>
    </w:p>
    <w:p w:rsidR="00E03598" w:rsidRPr="00834A2B" w:rsidRDefault="00254BB8" w:rsidP="00E03598">
      <w:pPr>
        <w:numPr>
          <w:ilvl w:val="0"/>
          <w:numId w:val="25"/>
        </w:numPr>
        <w:rPr>
          <w:rFonts w:cstheme="minorHAnsi"/>
          <w:b/>
          <w:lang w:val="en"/>
        </w:rPr>
      </w:pPr>
      <w:r w:rsidRPr="00834A2B">
        <w:rPr>
          <w:rFonts w:cstheme="minorHAnsi"/>
          <w:b/>
          <w:lang w:val="en"/>
        </w:rPr>
        <w:t>Extension of Cattle Ranch -1,594,300</w:t>
      </w:r>
    </w:p>
    <w:p w:rsidR="00E03598" w:rsidRPr="00834A2B" w:rsidRDefault="00254BB8" w:rsidP="00E03598">
      <w:pPr>
        <w:numPr>
          <w:ilvl w:val="0"/>
          <w:numId w:val="25"/>
        </w:numPr>
        <w:rPr>
          <w:rFonts w:cstheme="minorHAnsi"/>
          <w:b/>
          <w:lang w:val="en"/>
        </w:rPr>
      </w:pPr>
      <w:r w:rsidRPr="00834A2B">
        <w:rPr>
          <w:rFonts w:cstheme="minorHAnsi"/>
          <w:b/>
          <w:lang w:val="en"/>
        </w:rPr>
        <w:t xml:space="preserve">Poultry </w:t>
      </w:r>
      <w:r w:rsidRPr="00834A2B">
        <w:rPr>
          <w:rFonts w:cstheme="minorHAnsi"/>
          <w:b/>
          <w:lang w:val="en"/>
        </w:rPr>
        <w:t>Production – Black Giants – 3,476,200</w:t>
      </w:r>
    </w:p>
    <w:p w:rsidR="00E03598" w:rsidRPr="00834A2B" w:rsidRDefault="00254BB8" w:rsidP="00E03598">
      <w:pPr>
        <w:numPr>
          <w:ilvl w:val="0"/>
          <w:numId w:val="25"/>
        </w:numPr>
        <w:rPr>
          <w:rFonts w:cstheme="minorHAnsi"/>
          <w:b/>
          <w:lang w:val="en"/>
        </w:rPr>
      </w:pPr>
      <w:r w:rsidRPr="00834A2B">
        <w:rPr>
          <w:rFonts w:cstheme="minorHAnsi"/>
          <w:b/>
          <w:lang w:val="en"/>
        </w:rPr>
        <w:t>Construction of Community Benab, Sanitary Block &amp; Village Office 4,000,000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Name of </w:t>
      </w:r>
      <w:proofErr w:type="spellStart"/>
      <w:proofErr w:type="gramStart"/>
      <w:r w:rsidRPr="00834A2B">
        <w:rPr>
          <w:rFonts w:cstheme="minorHAnsi"/>
          <w:b/>
          <w:bCs/>
        </w:rPr>
        <w:t>Village:Taushida</w:t>
      </w:r>
      <w:proofErr w:type="spellEnd"/>
      <w:proofErr w:type="gramEnd"/>
      <w:r w:rsidRPr="00834A2B">
        <w:rPr>
          <w:rFonts w:cstheme="minorHAnsi"/>
          <w:b/>
          <w:bCs/>
        </w:rPr>
        <w:t xml:space="preserve"> - $12,600,000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$12,600,000</w:t>
      </w:r>
    </w:p>
    <w:p w:rsidR="00E03598" w:rsidRPr="00834A2B" w:rsidRDefault="00254BB8" w:rsidP="00E03598">
      <w:pPr>
        <w:rPr>
          <w:rFonts w:cstheme="minorHAnsi"/>
          <w:b/>
          <w:lang w:val="en"/>
        </w:rPr>
      </w:pPr>
    </w:p>
    <w:p w:rsidR="00E03598" w:rsidRPr="00834A2B" w:rsidRDefault="00254BB8" w:rsidP="00E03598">
      <w:pPr>
        <w:numPr>
          <w:ilvl w:val="0"/>
          <w:numId w:val="26"/>
        </w:numPr>
        <w:rPr>
          <w:rFonts w:cstheme="minorHAnsi"/>
          <w:b/>
          <w:lang w:val="en"/>
        </w:rPr>
      </w:pPr>
      <w:r w:rsidRPr="00834A2B">
        <w:rPr>
          <w:rFonts w:cstheme="minorHAnsi"/>
          <w:b/>
          <w:lang w:val="en"/>
        </w:rPr>
        <w:lastRenderedPageBreak/>
        <w:t>Bat Mountain Road Project – 6,000,000</w:t>
      </w:r>
    </w:p>
    <w:p w:rsidR="00E03598" w:rsidRPr="00834A2B" w:rsidRDefault="00254BB8" w:rsidP="00E03598">
      <w:pPr>
        <w:numPr>
          <w:ilvl w:val="0"/>
          <w:numId w:val="26"/>
        </w:numPr>
        <w:rPr>
          <w:rFonts w:cstheme="minorHAnsi"/>
          <w:b/>
          <w:lang w:val="en"/>
        </w:rPr>
      </w:pPr>
      <w:r w:rsidRPr="00834A2B">
        <w:rPr>
          <w:rFonts w:cstheme="minorHAnsi"/>
          <w:b/>
          <w:lang w:val="en"/>
        </w:rPr>
        <w:t xml:space="preserve">Sewing and Climate Smart </w:t>
      </w:r>
      <w:r w:rsidRPr="00834A2B">
        <w:rPr>
          <w:rFonts w:cstheme="minorHAnsi"/>
          <w:b/>
          <w:lang w:val="en"/>
        </w:rPr>
        <w:t>Agriculture – 2,800,000</w:t>
      </w:r>
    </w:p>
    <w:p w:rsidR="00E03598" w:rsidRPr="00834A2B" w:rsidRDefault="00254BB8" w:rsidP="00E03598">
      <w:pPr>
        <w:numPr>
          <w:ilvl w:val="0"/>
          <w:numId w:val="26"/>
        </w:numPr>
        <w:rPr>
          <w:rFonts w:cstheme="minorHAnsi"/>
          <w:b/>
          <w:lang w:val="en"/>
        </w:rPr>
      </w:pPr>
      <w:r w:rsidRPr="00834A2B">
        <w:rPr>
          <w:rFonts w:cstheme="minorHAnsi"/>
          <w:b/>
          <w:lang w:val="en"/>
        </w:rPr>
        <w:t>Cattle Rearing – 3,800,000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Name of </w:t>
      </w:r>
      <w:proofErr w:type="spellStart"/>
      <w:proofErr w:type="gramStart"/>
      <w:r w:rsidRPr="00834A2B">
        <w:rPr>
          <w:rFonts w:cstheme="minorHAnsi"/>
          <w:b/>
          <w:bCs/>
        </w:rPr>
        <w:t>Village:Tipiru</w:t>
      </w:r>
      <w:proofErr w:type="spellEnd"/>
      <w:proofErr w:type="gramEnd"/>
      <w:r w:rsidRPr="00834A2B">
        <w:rPr>
          <w:rFonts w:cstheme="minorHAnsi"/>
          <w:b/>
          <w:bCs/>
        </w:rPr>
        <w:t xml:space="preserve"> - $8,500,000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$8,500,000</w:t>
      </w:r>
    </w:p>
    <w:p w:rsidR="00E03598" w:rsidRPr="00834A2B" w:rsidRDefault="00254BB8" w:rsidP="00E03598">
      <w:pPr>
        <w:rPr>
          <w:rFonts w:cstheme="minorHAnsi"/>
          <w:b/>
          <w:lang w:val="en"/>
        </w:rPr>
      </w:pPr>
    </w:p>
    <w:p w:rsidR="00E03598" w:rsidRPr="00834A2B" w:rsidRDefault="00254BB8" w:rsidP="00E03598">
      <w:pPr>
        <w:numPr>
          <w:ilvl w:val="0"/>
          <w:numId w:val="27"/>
        </w:numPr>
        <w:rPr>
          <w:rFonts w:cstheme="minorHAnsi"/>
          <w:b/>
          <w:lang w:val="en"/>
        </w:rPr>
      </w:pPr>
      <w:r w:rsidRPr="00834A2B">
        <w:rPr>
          <w:rFonts w:cstheme="minorHAnsi"/>
          <w:b/>
          <w:lang w:val="en"/>
        </w:rPr>
        <w:t>Extension of Cattle Rearing – 1,800,000</w:t>
      </w:r>
    </w:p>
    <w:p w:rsidR="00E03598" w:rsidRPr="00834A2B" w:rsidRDefault="00254BB8" w:rsidP="00E03598">
      <w:pPr>
        <w:numPr>
          <w:ilvl w:val="0"/>
          <w:numId w:val="27"/>
        </w:numPr>
        <w:rPr>
          <w:rFonts w:cstheme="minorHAnsi"/>
          <w:b/>
          <w:lang w:val="en"/>
        </w:rPr>
      </w:pPr>
      <w:r w:rsidRPr="00834A2B">
        <w:rPr>
          <w:rFonts w:cstheme="minorHAnsi"/>
          <w:b/>
          <w:lang w:val="en"/>
        </w:rPr>
        <w:t>Poultry Production – Black Giants – 2,700,000</w:t>
      </w:r>
    </w:p>
    <w:p w:rsidR="00E03598" w:rsidRPr="00834A2B" w:rsidRDefault="00254BB8" w:rsidP="18AD7FA4">
      <w:pPr>
        <w:numPr>
          <w:ilvl w:val="0"/>
          <w:numId w:val="27"/>
        </w:numPr>
        <w:rPr>
          <w:rFonts w:cstheme="minorHAnsi"/>
          <w:b/>
          <w:bCs/>
        </w:rPr>
      </w:pPr>
      <w:r w:rsidRPr="00834A2B">
        <w:rPr>
          <w:rFonts w:cstheme="minorHAnsi"/>
          <w:b/>
          <w:bCs/>
        </w:rPr>
        <w:t>Water distribution and Renovation and furnish</w:t>
      </w:r>
      <w:r w:rsidRPr="00834A2B">
        <w:rPr>
          <w:rFonts w:cstheme="minorHAnsi"/>
          <w:b/>
          <w:bCs/>
        </w:rPr>
        <w:t>ing of community buildings – 4,000,000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Name of Village: </w:t>
      </w:r>
      <w:proofErr w:type="spellStart"/>
      <w:r w:rsidRPr="00834A2B">
        <w:rPr>
          <w:rFonts w:cstheme="minorHAnsi"/>
          <w:b/>
          <w:bCs/>
        </w:rPr>
        <w:t>Rukumuta</w:t>
      </w:r>
      <w:proofErr w:type="spellEnd"/>
      <w:r w:rsidRPr="00834A2B">
        <w:rPr>
          <w:rFonts w:cstheme="minorHAnsi"/>
          <w:b/>
          <w:bCs/>
        </w:rPr>
        <w:t xml:space="preserve"> - $8,500,000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$8,500,000</w:t>
      </w:r>
    </w:p>
    <w:p w:rsidR="00E03598" w:rsidRPr="00834A2B" w:rsidRDefault="00254BB8" w:rsidP="00E03598">
      <w:pPr>
        <w:rPr>
          <w:rFonts w:cstheme="minorHAnsi"/>
          <w:b/>
          <w:lang w:val="en"/>
        </w:rPr>
      </w:pPr>
    </w:p>
    <w:p w:rsidR="00E03598" w:rsidRPr="00834A2B" w:rsidRDefault="00254BB8" w:rsidP="00E03598">
      <w:pPr>
        <w:numPr>
          <w:ilvl w:val="0"/>
          <w:numId w:val="28"/>
        </w:numPr>
        <w:rPr>
          <w:rFonts w:cstheme="minorHAnsi"/>
          <w:b/>
          <w:lang w:val="en"/>
        </w:rPr>
      </w:pPr>
      <w:r w:rsidRPr="00834A2B">
        <w:rPr>
          <w:rFonts w:cstheme="minorHAnsi"/>
          <w:b/>
          <w:lang w:val="en"/>
        </w:rPr>
        <w:t>Construction of Bridge, Market, Sanitary Block and Furnishing of Community Centre – 4,000,000</w:t>
      </w:r>
    </w:p>
    <w:p w:rsidR="00E03598" w:rsidRPr="00834A2B" w:rsidRDefault="00254BB8" w:rsidP="00E03598">
      <w:pPr>
        <w:numPr>
          <w:ilvl w:val="0"/>
          <w:numId w:val="28"/>
        </w:numPr>
        <w:rPr>
          <w:rFonts w:cstheme="minorHAnsi"/>
          <w:b/>
          <w:lang w:val="en"/>
        </w:rPr>
      </w:pPr>
      <w:r w:rsidRPr="00834A2B">
        <w:rPr>
          <w:rFonts w:cstheme="minorHAnsi"/>
          <w:b/>
          <w:lang w:val="en"/>
        </w:rPr>
        <w:t>Extension of Cattle Rearing – 1,800,000</w:t>
      </w:r>
    </w:p>
    <w:p w:rsidR="00E03598" w:rsidRPr="00834A2B" w:rsidRDefault="00254BB8" w:rsidP="00E03598">
      <w:pPr>
        <w:numPr>
          <w:ilvl w:val="0"/>
          <w:numId w:val="28"/>
        </w:numPr>
        <w:rPr>
          <w:rFonts w:cstheme="minorHAnsi"/>
          <w:b/>
          <w:lang w:val="en"/>
        </w:rPr>
      </w:pPr>
      <w:r w:rsidRPr="00834A2B">
        <w:rPr>
          <w:rFonts w:cstheme="minorHAnsi"/>
          <w:b/>
          <w:lang w:val="en"/>
        </w:rPr>
        <w:t xml:space="preserve">Sheep </w:t>
      </w:r>
      <w:r w:rsidRPr="00834A2B">
        <w:rPr>
          <w:rFonts w:cstheme="minorHAnsi"/>
          <w:b/>
          <w:lang w:val="en"/>
        </w:rPr>
        <w:t>Production – 2,700,000</w:t>
      </w: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Name of Village: Yurong Paru - $8,500,000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$8,500,000</w:t>
      </w:r>
    </w:p>
    <w:p w:rsidR="00E03598" w:rsidRPr="00834A2B" w:rsidRDefault="00254BB8" w:rsidP="00E03598">
      <w:pPr>
        <w:rPr>
          <w:rFonts w:cstheme="minorHAnsi"/>
          <w:b/>
          <w:lang w:val="en"/>
        </w:rPr>
      </w:pPr>
    </w:p>
    <w:p w:rsidR="00E03598" w:rsidRPr="00834A2B" w:rsidRDefault="00254BB8" w:rsidP="18AD7FA4">
      <w:pPr>
        <w:numPr>
          <w:ilvl w:val="0"/>
          <w:numId w:val="29"/>
        </w:numPr>
        <w:rPr>
          <w:rFonts w:cstheme="minorHAnsi"/>
          <w:b/>
          <w:bCs/>
        </w:rPr>
      </w:pPr>
      <w:r w:rsidRPr="00834A2B">
        <w:rPr>
          <w:rFonts w:cstheme="minorHAnsi"/>
          <w:b/>
          <w:bCs/>
        </w:rPr>
        <w:t>Renovation &amp; furnishing of Guest house – 2,700,000</w:t>
      </w:r>
    </w:p>
    <w:p w:rsidR="00E03598" w:rsidRPr="00834A2B" w:rsidRDefault="00254BB8" w:rsidP="00E03598">
      <w:pPr>
        <w:numPr>
          <w:ilvl w:val="0"/>
          <w:numId w:val="29"/>
        </w:numPr>
        <w:rPr>
          <w:rFonts w:cstheme="minorHAnsi"/>
          <w:b/>
          <w:lang w:val="en"/>
        </w:rPr>
      </w:pPr>
      <w:r w:rsidRPr="00834A2B">
        <w:rPr>
          <w:rFonts w:cstheme="minorHAnsi"/>
          <w:b/>
          <w:lang w:val="en"/>
        </w:rPr>
        <w:lastRenderedPageBreak/>
        <w:t>Extension of Cattle Rearing – 1,800,000</w:t>
      </w:r>
    </w:p>
    <w:p w:rsidR="00E03598" w:rsidRPr="00834A2B" w:rsidRDefault="00254BB8" w:rsidP="00E03598">
      <w:pPr>
        <w:numPr>
          <w:ilvl w:val="0"/>
          <w:numId w:val="29"/>
        </w:numPr>
        <w:rPr>
          <w:rFonts w:cstheme="minorHAnsi"/>
          <w:b/>
          <w:lang w:val="en"/>
        </w:rPr>
      </w:pPr>
      <w:r w:rsidRPr="00834A2B">
        <w:rPr>
          <w:rFonts w:cstheme="minorHAnsi"/>
          <w:b/>
          <w:lang w:val="en"/>
        </w:rPr>
        <w:t xml:space="preserve">Construction of Two Bridges and Community Centre; Two Boats – </w:t>
      </w:r>
      <w:r w:rsidRPr="00834A2B">
        <w:rPr>
          <w:rFonts w:cstheme="minorHAnsi"/>
          <w:b/>
          <w:lang w:val="en"/>
        </w:rPr>
        <w:t>4,000,000</w:t>
      </w:r>
    </w:p>
    <w:p w:rsidR="00E03598" w:rsidRPr="00834A2B" w:rsidRDefault="00254BB8" w:rsidP="00E03598">
      <w:pPr>
        <w:rPr>
          <w:rFonts w:cstheme="minorHAnsi"/>
          <w:b/>
          <w:lang w:val="en"/>
        </w:rPr>
      </w:pPr>
    </w:p>
    <w:p w:rsidR="00E03598" w:rsidRPr="00834A2B" w:rsidRDefault="00254BB8" w:rsidP="00E03598">
      <w:pPr>
        <w:rPr>
          <w:rFonts w:cstheme="minorHAnsi"/>
          <w:b/>
          <w:u w:val="single"/>
          <w:lang w:val="en"/>
        </w:rPr>
      </w:pPr>
    </w:p>
    <w:p w:rsidR="00E03598" w:rsidRPr="00834A2B" w:rsidRDefault="00254BB8" w:rsidP="00E03598">
      <w:pPr>
        <w:rPr>
          <w:rFonts w:cstheme="minorHAnsi"/>
          <w:b/>
          <w:u w:val="single"/>
          <w:lang w:val="en"/>
        </w:rPr>
      </w:pPr>
    </w:p>
    <w:p w:rsidR="00E03598" w:rsidRPr="00834A2B" w:rsidRDefault="00254BB8" w:rsidP="00E03598">
      <w:pPr>
        <w:rPr>
          <w:rFonts w:cstheme="minorHAnsi"/>
          <w:b/>
          <w:u w:val="single"/>
          <w:lang w:val="en"/>
        </w:rPr>
      </w:pPr>
      <w:r w:rsidRPr="00834A2B">
        <w:rPr>
          <w:rFonts w:cstheme="minorHAnsi"/>
          <w:b/>
          <w:u w:val="single"/>
          <w:lang w:val="en"/>
        </w:rPr>
        <w:t xml:space="preserve">District North </w:t>
      </w:r>
      <w:proofErr w:type="spellStart"/>
      <w:r w:rsidRPr="00834A2B">
        <w:rPr>
          <w:rFonts w:cstheme="minorHAnsi"/>
          <w:b/>
          <w:u w:val="single"/>
          <w:lang w:val="en"/>
        </w:rPr>
        <w:t>Rupununi</w:t>
      </w:r>
      <w:proofErr w:type="spellEnd"/>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Name of Village: Fairview - $10,492,250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$10,492,250</w:t>
      </w:r>
    </w:p>
    <w:p w:rsidR="00E03598" w:rsidRPr="00834A2B" w:rsidRDefault="00254BB8" w:rsidP="00E03598">
      <w:pPr>
        <w:rPr>
          <w:rFonts w:cstheme="minorHAnsi"/>
          <w:b/>
          <w:lang w:val="en"/>
        </w:rPr>
      </w:pPr>
    </w:p>
    <w:p w:rsidR="00E03598" w:rsidRPr="00834A2B" w:rsidRDefault="00254BB8" w:rsidP="00E03598">
      <w:pPr>
        <w:numPr>
          <w:ilvl w:val="0"/>
          <w:numId w:val="19"/>
        </w:numPr>
        <w:rPr>
          <w:rFonts w:cstheme="minorHAnsi"/>
          <w:b/>
          <w:lang w:val="en"/>
        </w:rPr>
      </w:pPr>
      <w:r w:rsidRPr="00834A2B">
        <w:rPr>
          <w:rFonts w:cstheme="minorHAnsi"/>
          <w:b/>
          <w:lang w:val="en"/>
        </w:rPr>
        <w:t>Upgrade Central Well - Solar Pump - 4,999,072</w:t>
      </w:r>
    </w:p>
    <w:p w:rsidR="00E03598" w:rsidRPr="00834A2B" w:rsidRDefault="00254BB8" w:rsidP="00E03598">
      <w:pPr>
        <w:numPr>
          <w:ilvl w:val="0"/>
          <w:numId w:val="19"/>
        </w:numPr>
        <w:rPr>
          <w:rFonts w:cstheme="minorHAnsi"/>
          <w:b/>
          <w:lang w:val="en"/>
        </w:rPr>
      </w:pPr>
      <w:r w:rsidRPr="00834A2B">
        <w:rPr>
          <w:rFonts w:cstheme="minorHAnsi"/>
          <w:b/>
          <w:lang w:val="en"/>
        </w:rPr>
        <w:t>Construction of Sewing Centre and Materials – 1,798,944</w:t>
      </w:r>
    </w:p>
    <w:p w:rsidR="00E03598" w:rsidRPr="00834A2B" w:rsidRDefault="00254BB8" w:rsidP="00E03598">
      <w:pPr>
        <w:numPr>
          <w:ilvl w:val="0"/>
          <w:numId w:val="19"/>
        </w:numPr>
        <w:rPr>
          <w:rFonts w:cstheme="minorHAnsi"/>
          <w:b/>
          <w:lang w:val="en"/>
        </w:rPr>
      </w:pPr>
      <w:r w:rsidRPr="00834A2B">
        <w:rPr>
          <w:rFonts w:cstheme="minorHAnsi"/>
          <w:b/>
          <w:lang w:val="en"/>
        </w:rPr>
        <w:t>Guest House - 3,694,234</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Surama - $9,996,440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$9,996,440</w:t>
      </w:r>
    </w:p>
    <w:p w:rsidR="00E03598" w:rsidRPr="00834A2B" w:rsidRDefault="00254BB8" w:rsidP="00E03598">
      <w:pPr>
        <w:rPr>
          <w:rFonts w:cstheme="minorHAnsi"/>
          <w:b/>
          <w:lang w:val="en"/>
        </w:rPr>
      </w:pPr>
    </w:p>
    <w:p w:rsidR="00E03598" w:rsidRPr="00834A2B" w:rsidRDefault="00254BB8" w:rsidP="18AD7FA4">
      <w:pPr>
        <w:numPr>
          <w:ilvl w:val="0"/>
          <w:numId w:val="20"/>
        </w:numPr>
        <w:rPr>
          <w:rFonts w:cstheme="minorHAnsi"/>
          <w:b/>
          <w:bCs/>
        </w:rPr>
      </w:pPr>
      <w:r w:rsidRPr="00834A2B">
        <w:rPr>
          <w:rFonts w:cstheme="minorHAnsi"/>
          <w:b/>
          <w:bCs/>
        </w:rPr>
        <w:t>Tourism (</w:t>
      </w:r>
      <w:proofErr w:type="spellStart"/>
      <w:r w:rsidRPr="00834A2B">
        <w:rPr>
          <w:rFonts w:cstheme="minorHAnsi"/>
          <w:b/>
          <w:bCs/>
        </w:rPr>
        <w:t>benab</w:t>
      </w:r>
      <w:proofErr w:type="spellEnd"/>
      <w:r w:rsidRPr="00834A2B">
        <w:rPr>
          <w:rFonts w:cstheme="minorHAnsi"/>
          <w:b/>
          <w:bCs/>
        </w:rPr>
        <w:t xml:space="preserve">) </w:t>
      </w:r>
      <w:proofErr w:type="spellStart"/>
      <w:r w:rsidRPr="00834A2B">
        <w:rPr>
          <w:rFonts w:cstheme="minorHAnsi"/>
          <w:b/>
          <w:bCs/>
        </w:rPr>
        <w:t>Rehabiliation</w:t>
      </w:r>
      <w:proofErr w:type="spellEnd"/>
      <w:r w:rsidRPr="00834A2B">
        <w:rPr>
          <w:rFonts w:cstheme="minorHAnsi"/>
          <w:b/>
          <w:bCs/>
        </w:rPr>
        <w:t xml:space="preserve"> – 4,996,440</w:t>
      </w:r>
    </w:p>
    <w:p w:rsidR="00E03598" w:rsidRPr="00834A2B" w:rsidRDefault="00254BB8" w:rsidP="00E03598">
      <w:pPr>
        <w:numPr>
          <w:ilvl w:val="0"/>
          <w:numId w:val="20"/>
        </w:numPr>
        <w:rPr>
          <w:rFonts w:cstheme="minorHAnsi"/>
          <w:b/>
          <w:lang w:val="en"/>
        </w:rPr>
      </w:pPr>
      <w:r w:rsidRPr="00834A2B">
        <w:rPr>
          <w:rFonts w:cstheme="minorHAnsi"/>
          <w:b/>
          <w:lang w:val="en"/>
        </w:rPr>
        <w:t>Construction of 4 Bridges – 5,000,000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Wowetta</w:t>
      </w:r>
      <w:proofErr w:type="spellEnd"/>
      <w:r w:rsidRPr="00834A2B">
        <w:rPr>
          <w:rFonts w:cstheme="minorHAnsi"/>
          <w:b/>
          <w:bCs/>
        </w:rPr>
        <w:t xml:space="preserve"> - $8,419,840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7"/>
        </w:numPr>
        <w:rPr>
          <w:rFonts w:cstheme="minorHAnsi"/>
          <w:bCs/>
          <w:lang w:val="en"/>
        </w:rPr>
      </w:pPr>
      <w:r w:rsidRPr="00834A2B">
        <w:rPr>
          <w:rFonts w:cstheme="minorHAnsi"/>
          <w:bCs/>
          <w:lang w:val="en"/>
        </w:rPr>
        <w:lastRenderedPageBreak/>
        <w:t>HESADP - $8,419,840</w:t>
      </w:r>
    </w:p>
    <w:p w:rsidR="00E03598" w:rsidRPr="00834A2B" w:rsidRDefault="00254BB8" w:rsidP="00E03598">
      <w:pPr>
        <w:numPr>
          <w:ilvl w:val="0"/>
          <w:numId w:val="21"/>
        </w:numPr>
        <w:rPr>
          <w:rFonts w:cstheme="minorHAnsi"/>
          <w:b/>
          <w:lang w:val="en"/>
        </w:rPr>
      </w:pPr>
      <w:r w:rsidRPr="00834A2B">
        <w:rPr>
          <w:rFonts w:cstheme="minorHAnsi"/>
          <w:b/>
          <w:lang w:val="en"/>
        </w:rPr>
        <w:t>Construction of Sanitary</w:t>
      </w:r>
      <w:r w:rsidRPr="00834A2B">
        <w:rPr>
          <w:rFonts w:cstheme="minorHAnsi"/>
          <w:b/>
          <w:lang w:val="en"/>
        </w:rPr>
        <w:t xml:space="preserve"> Facilities – 4,973,760</w:t>
      </w:r>
    </w:p>
    <w:p w:rsidR="00E03598" w:rsidRPr="00834A2B" w:rsidRDefault="00254BB8" w:rsidP="00E03598">
      <w:pPr>
        <w:numPr>
          <w:ilvl w:val="0"/>
          <w:numId w:val="21"/>
        </w:numPr>
        <w:rPr>
          <w:rFonts w:cstheme="minorHAnsi"/>
          <w:b/>
          <w:lang w:val="en"/>
        </w:rPr>
      </w:pPr>
      <w:r w:rsidRPr="00834A2B">
        <w:rPr>
          <w:rFonts w:cstheme="minorHAnsi"/>
          <w:b/>
          <w:lang w:val="en"/>
        </w:rPr>
        <w:t>Poultry Production – 1,466,080</w:t>
      </w:r>
    </w:p>
    <w:p w:rsidR="00E03598" w:rsidRPr="00834A2B" w:rsidRDefault="00254BB8" w:rsidP="00E03598">
      <w:pPr>
        <w:numPr>
          <w:ilvl w:val="0"/>
          <w:numId w:val="21"/>
        </w:numPr>
        <w:rPr>
          <w:rFonts w:cstheme="minorHAnsi"/>
          <w:b/>
          <w:lang w:val="en"/>
        </w:rPr>
      </w:pPr>
      <w:r w:rsidRPr="00834A2B">
        <w:rPr>
          <w:rFonts w:cstheme="minorHAnsi"/>
          <w:b/>
          <w:lang w:val="en"/>
        </w:rPr>
        <w:t>Cassareep Processing Facility – 1,980,000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Kwatamang</w:t>
      </w:r>
      <w:proofErr w:type="spellEnd"/>
      <w:r w:rsidRPr="00834A2B">
        <w:rPr>
          <w:rFonts w:cstheme="minorHAnsi"/>
          <w:b/>
          <w:bCs/>
        </w:rPr>
        <w:t xml:space="preserve"> - $4,378,480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$4,378,480</w:t>
      </w:r>
    </w:p>
    <w:p w:rsidR="00E03598" w:rsidRPr="00834A2B" w:rsidRDefault="00254BB8" w:rsidP="00E03598">
      <w:pPr>
        <w:rPr>
          <w:rFonts w:cstheme="minorHAnsi"/>
          <w:b/>
          <w:lang w:val="en"/>
        </w:rPr>
      </w:pPr>
    </w:p>
    <w:p w:rsidR="00E03598" w:rsidRPr="00834A2B" w:rsidRDefault="00254BB8" w:rsidP="00E03598">
      <w:pPr>
        <w:numPr>
          <w:ilvl w:val="0"/>
          <w:numId w:val="22"/>
        </w:numPr>
        <w:rPr>
          <w:rFonts w:cstheme="minorHAnsi"/>
          <w:b/>
          <w:lang w:val="en"/>
        </w:rPr>
      </w:pPr>
      <w:r w:rsidRPr="00834A2B">
        <w:rPr>
          <w:rFonts w:cstheme="minorHAnsi"/>
          <w:b/>
          <w:lang w:val="en"/>
        </w:rPr>
        <w:t>Cattle Project – 1,678,480</w:t>
      </w:r>
    </w:p>
    <w:p w:rsidR="00E03598" w:rsidRPr="00834A2B" w:rsidRDefault="00254BB8" w:rsidP="00E03598">
      <w:pPr>
        <w:numPr>
          <w:ilvl w:val="0"/>
          <w:numId w:val="22"/>
        </w:numPr>
        <w:rPr>
          <w:rFonts w:cstheme="minorHAnsi"/>
          <w:b/>
          <w:lang w:val="en"/>
        </w:rPr>
      </w:pPr>
      <w:r w:rsidRPr="00834A2B">
        <w:rPr>
          <w:rFonts w:cstheme="minorHAnsi"/>
          <w:b/>
          <w:lang w:val="en"/>
        </w:rPr>
        <w:t>Purple Black Potatoes Production – 2,700,000</w:t>
      </w:r>
    </w:p>
    <w:p w:rsidR="00E03598" w:rsidRPr="00834A2B" w:rsidRDefault="00254BB8" w:rsidP="00E03598">
      <w:pPr>
        <w:numPr>
          <w:ilvl w:val="0"/>
          <w:numId w:val="22"/>
        </w:numPr>
        <w:rPr>
          <w:rFonts w:cstheme="minorHAnsi"/>
          <w:b/>
          <w:lang w:val="en"/>
        </w:rPr>
      </w:pPr>
      <w:r w:rsidRPr="00834A2B">
        <w:rPr>
          <w:rFonts w:cstheme="minorHAnsi"/>
          <w:b/>
          <w:lang w:val="en"/>
        </w:rPr>
        <w:t>Construc</w:t>
      </w:r>
      <w:r w:rsidRPr="00834A2B">
        <w:rPr>
          <w:rFonts w:cstheme="minorHAnsi"/>
          <w:b/>
          <w:lang w:val="en"/>
        </w:rPr>
        <w:t>tion of Village Office</w:t>
      </w: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Annai - $9,394,760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$9,394,760</w:t>
      </w:r>
    </w:p>
    <w:p w:rsidR="00E03598" w:rsidRPr="00834A2B" w:rsidRDefault="00254BB8" w:rsidP="00E03598">
      <w:pPr>
        <w:rPr>
          <w:rFonts w:cstheme="minorHAnsi"/>
          <w:b/>
          <w:lang w:val="en"/>
        </w:rPr>
      </w:pPr>
    </w:p>
    <w:p w:rsidR="00E03598" w:rsidRPr="00834A2B" w:rsidRDefault="00254BB8" w:rsidP="00E03598">
      <w:pPr>
        <w:numPr>
          <w:ilvl w:val="0"/>
          <w:numId w:val="30"/>
        </w:numPr>
        <w:rPr>
          <w:rFonts w:cstheme="minorHAnsi"/>
          <w:b/>
          <w:lang w:val="en"/>
        </w:rPr>
      </w:pPr>
      <w:r w:rsidRPr="00834A2B">
        <w:rPr>
          <w:rFonts w:cstheme="minorHAnsi"/>
          <w:b/>
          <w:lang w:val="en"/>
        </w:rPr>
        <w:t>Construction of Sanitary Blocks- 3,994,760</w:t>
      </w:r>
    </w:p>
    <w:p w:rsidR="00E03598" w:rsidRPr="00834A2B" w:rsidRDefault="00254BB8" w:rsidP="00E03598">
      <w:pPr>
        <w:numPr>
          <w:ilvl w:val="0"/>
          <w:numId w:val="30"/>
        </w:numPr>
        <w:rPr>
          <w:rFonts w:cstheme="minorHAnsi"/>
          <w:b/>
          <w:lang w:val="en"/>
        </w:rPr>
      </w:pPr>
      <w:r w:rsidRPr="00834A2B">
        <w:rPr>
          <w:rFonts w:cstheme="minorHAnsi"/>
          <w:b/>
          <w:lang w:val="en"/>
        </w:rPr>
        <w:t>Establishment of Meat Centre (Butcher Shop) – 2,700,000</w:t>
      </w:r>
    </w:p>
    <w:p w:rsidR="00E03598" w:rsidRPr="00834A2B" w:rsidRDefault="00254BB8" w:rsidP="00E03598">
      <w:pPr>
        <w:numPr>
          <w:ilvl w:val="0"/>
          <w:numId w:val="30"/>
        </w:numPr>
        <w:rPr>
          <w:rFonts w:cstheme="minorHAnsi"/>
          <w:b/>
          <w:lang w:val="en"/>
        </w:rPr>
      </w:pPr>
      <w:r w:rsidRPr="00834A2B">
        <w:rPr>
          <w:rFonts w:cstheme="minorHAnsi"/>
          <w:b/>
          <w:lang w:val="en"/>
        </w:rPr>
        <w:t>Pepper Production and Processing – 2,700,000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Rupertee</w:t>
      </w:r>
      <w:proofErr w:type="spellEnd"/>
      <w:r w:rsidRPr="00834A2B">
        <w:rPr>
          <w:rFonts w:cstheme="minorHAnsi"/>
          <w:b/>
          <w:bCs/>
        </w:rPr>
        <w:t xml:space="preserve"> - $1,565,123</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$1,565,123</w:t>
      </w:r>
    </w:p>
    <w:p w:rsidR="00E03598" w:rsidRPr="00834A2B" w:rsidRDefault="00254BB8" w:rsidP="00E03598">
      <w:pPr>
        <w:rPr>
          <w:rFonts w:cstheme="minorHAnsi"/>
          <w:b/>
          <w:lang w:val="en"/>
        </w:rPr>
      </w:pPr>
    </w:p>
    <w:p w:rsidR="00E03598" w:rsidRPr="00834A2B" w:rsidRDefault="00254BB8" w:rsidP="00E03598">
      <w:pPr>
        <w:numPr>
          <w:ilvl w:val="0"/>
          <w:numId w:val="13"/>
        </w:numPr>
        <w:rPr>
          <w:rFonts w:cstheme="minorHAnsi"/>
          <w:b/>
          <w:lang w:val="en"/>
        </w:rPr>
      </w:pPr>
      <w:r w:rsidRPr="00834A2B">
        <w:rPr>
          <w:rFonts w:cstheme="minorHAnsi"/>
          <w:b/>
          <w:lang w:val="en"/>
        </w:rPr>
        <w:lastRenderedPageBreak/>
        <w:t>Cattle Project – 1,565,123</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Crash Water - $9,978,500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$9,978,500</w:t>
      </w:r>
    </w:p>
    <w:p w:rsidR="00E03598" w:rsidRPr="00834A2B" w:rsidRDefault="00254BB8" w:rsidP="00E03598">
      <w:pPr>
        <w:rPr>
          <w:rFonts w:cstheme="minorHAnsi"/>
          <w:b/>
          <w:lang w:val="en"/>
        </w:rPr>
      </w:pPr>
    </w:p>
    <w:p w:rsidR="00E03598" w:rsidRPr="00834A2B" w:rsidRDefault="00254BB8" w:rsidP="00E03598">
      <w:pPr>
        <w:numPr>
          <w:ilvl w:val="0"/>
          <w:numId w:val="13"/>
        </w:numPr>
        <w:rPr>
          <w:rFonts w:cstheme="minorHAnsi"/>
          <w:b/>
          <w:lang w:val="en"/>
        </w:rPr>
      </w:pPr>
      <w:r w:rsidRPr="00834A2B">
        <w:rPr>
          <w:rFonts w:cstheme="minorHAnsi"/>
          <w:b/>
          <w:lang w:val="en"/>
        </w:rPr>
        <w:t>Corn (Cassava) Cultivation – 3,482,000</w:t>
      </w:r>
    </w:p>
    <w:p w:rsidR="00E03598" w:rsidRPr="00834A2B" w:rsidRDefault="00254BB8" w:rsidP="00E03598">
      <w:pPr>
        <w:numPr>
          <w:ilvl w:val="0"/>
          <w:numId w:val="13"/>
        </w:numPr>
        <w:rPr>
          <w:rFonts w:cstheme="minorHAnsi"/>
          <w:b/>
          <w:lang w:val="en"/>
        </w:rPr>
      </w:pPr>
      <w:r w:rsidRPr="00834A2B">
        <w:rPr>
          <w:rFonts w:cstheme="minorHAnsi"/>
          <w:b/>
          <w:lang w:val="en"/>
        </w:rPr>
        <w:t>Honey Production – 2,700,000</w:t>
      </w:r>
    </w:p>
    <w:p w:rsidR="00E03598" w:rsidRPr="00834A2B" w:rsidRDefault="00254BB8" w:rsidP="00E03598">
      <w:pPr>
        <w:numPr>
          <w:ilvl w:val="0"/>
          <w:numId w:val="13"/>
        </w:numPr>
        <w:rPr>
          <w:rFonts w:cstheme="minorHAnsi"/>
          <w:b/>
          <w:lang w:val="en"/>
        </w:rPr>
      </w:pPr>
      <w:r w:rsidRPr="00834A2B">
        <w:rPr>
          <w:rFonts w:cstheme="minorHAnsi"/>
          <w:b/>
          <w:lang w:val="en"/>
        </w:rPr>
        <w:t>Expansion and upgrade of village benab – 3,796,500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Rewa - $8,300,000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$8,300,000</w:t>
      </w:r>
    </w:p>
    <w:p w:rsidR="00E03598" w:rsidRPr="00834A2B" w:rsidRDefault="00254BB8" w:rsidP="00E03598">
      <w:pPr>
        <w:rPr>
          <w:rFonts w:cstheme="minorHAnsi"/>
          <w:b/>
          <w:lang w:val="en"/>
        </w:rPr>
      </w:pPr>
    </w:p>
    <w:p w:rsidR="00E03598" w:rsidRPr="00834A2B" w:rsidRDefault="00254BB8" w:rsidP="00E03598">
      <w:pPr>
        <w:numPr>
          <w:ilvl w:val="0"/>
          <w:numId w:val="14"/>
        </w:numPr>
        <w:rPr>
          <w:rFonts w:cstheme="minorHAnsi"/>
          <w:b/>
          <w:lang w:val="en"/>
        </w:rPr>
      </w:pPr>
      <w:r w:rsidRPr="00834A2B">
        <w:rPr>
          <w:rFonts w:cstheme="minorHAnsi"/>
          <w:b/>
          <w:lang w:val="en"/>
        </w:rPr>
        <w:t>Construction of walkway bridge – 4,000,000</w:t>
      </w:r>
    </w:p>
    <w:p w:rsidR="00E03598" w:rsidRPr="00834A2B" w:rsidRDefault="00254BB8" w:rsidP="00E03598">
      <w:pPr>
        <w:numPr>
          <w:ilvl w:val="0"/>
          <w:numId w:val="14"/>
        </w:numPr>
        <w:rPr>
          <w:rFonts w:cstheme="minorHAnsi"/>
          <w:b/>
          <w:lang w:val="en"/>
        </w:rPr>
      </w:pPr>
      <w:r w:rsidRPr="00834A2B">
        <w:rPr>
          <w:rFonts w:cstheme="minorHAnsi"/>
          <w:b/>
          <w:lang w:val="en"/>
        </w:rPr>
        <w:t>Corn &amp; Peas Production – 2,700,000</w:t>
      </w:r>
    </w:p>
    <w:p w:rsidR="00E03598" w:rsidRPr="00834A2B" w:rsidRDefault="00254BB8" w:rsidP="00E03598">
      <w:pPr>
        <w:numPr>
          <w:ilvl w:val="0"/>
          <w:numId w:val="14"/>
        </w:numPr>
        <w:rPr>
          <w:rFonts w:cstheme="minorHAnsi"/>
          <w:b/>
          <w:lang w:val="en"/>
        </w:rPr>
      </w:pPr>
      <w:r w:rsidRPr="00834A2B">
        <w:rPr>
          <w:rFonts w:cstheme="minorHAnsi"/>
          <w:b/>
          <w:lang w:val="en"/>
        </w:rPr>
        <w:t>Poultry Production – 1,600,000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Apoteri</w:t>
      </w:r>
      <w:proofErr w:type="spellEnd"/>
      <w:r w:rsidRPr="00834A2B">
        <w:rPr>
          <w:rFonts w:cstheme="minorHAnsi"/>
          <w:b/>
          <w:bCs/>
        </w:rPr>
        <w:t xml:space="preserve"> - $9,398,000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$9,398,000</w:t>
      </w:r>
    </w:p>
    <w:p w:rsidR="00E03598" w:rsidRPr="00834A2B" w:rsidRDefault="00254BB8" w:rsidP="00E03598">
      <w:pPr>
        <w:rPr>
          <w:rFonts w:cstheme="minorHAnsi"/>
          <w:b/>
          <w:lang w:val="en"/>
        </w:rPr>
      </w:pPr>
    </w:p>
    <w:p w:rsidR="00E03598" w:rsidRPr="00834A2B" w:rsidRDefault="00254BB8" w:rsidP="00E03598">
      <w:pPr>
        <w:numPr>
          <w:ilvl w:val="0"/>
          <w:numId w:val="16"/>
        </w:numPr>
        <w:rPr>
          <w:rFonts w:cstheme="minorHAnsi"/>
          <w:b/>
          <w:lang w:val="en"/>
        </w:rPr>
      </w:pPr>
      <w:r w:rsidRPr="00834A2B">
        <w:rPr>
          <w:rFonts w:cstheme="minorHAnsi"/>
          <w:b/>
          <w:lang w:val="en"/>
        </w:rPr>
        <w:t>Corn Production – 2,700,000</w:t>
      </w:r>
    </w:p>
    <w:p w:rsidR="00E03598" w:rsidRPr="00834A2B" w:rsidRDefault="00254BB8" w:rsidP="00E03598">
      <w:pPr>
        <w:numPr>
          <w:ilvl w:val="0"/>
          <w:numId w:val="16"/>
        </w:numPr>
        <w:rPr>
          <w:rFonts w:cstheme="minorHAnsi"/>
          <w:b/>
          <w:lang w:val="en"/>
        </w:rPr>
      </w:pPr>
      <w:r w:rsidRPr="00834A2B">
        <w:rPr>
          <w:rFonts w:cstheme="minorHAnsi"/>
          <w:b/>
          <w:lang w:val="en"/>
        </w:rPr>
        <w:lastRenderedPageBreak/>
        <w:t>Sheep Rearing – 2,700,000</w:t>
      </w:r>
    </w:p>
    <w:p w:rsidR="00E03598" w:rsidRPr="00834A2B" w:rsidRDefault="00254BB8" w:rsidP="00E03598">
      <w:pPr>
        <w:numPr>
          <w:ilvl w:val="0"/>
          <w:numId w:val="16"/>
        </w:numPr>
        <w:rPr>
          <w:rFonts w:cstheme="minorHAnsi"/>
          <w:b/>
          <w:lang w:val="en"/>
        </w:rPr>
      </w:pPr>
      <w:r w:rsidRPr="00834A2B">
        <w:rPr>
          <w:rFonts w:cstheme="minorHAnsi"/>
          <w:b/>
          <w:lang w:val="en"/>
        </w:rPr>
        <w:t>Access Road 35 km – 3,998,000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Aranaputa</w:t>
      </w:r>
      <w:proofErr w:type="spellEnd"/>
      <w:r w:rsidRPr="00834A2B">
        <w:rPr>
          <w:rFonts w:cstheme="minorHAnsi"/>
          <w:b/>
          <w:bCs/>
        </w:rPr>
        <w:t xml:space="preserve"> (NDC) - $8,573,700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$8,573,700</w:t>
      </w:r>
    </w:p>
    <w:p w:rsidR="00E03598" w:rsidRPr="00834A2B" w:rsidRDefault="00254BB8" w:rsidP="00E03598">
      <w:pPr>
        <w:rPr>
          <w:rFonts w:cstheme="minorHAnsi"/>
          <w:b/>
          <w:lang w:val="en"/>
        </w:rPr>
      </w:pPr>
    </w:p>
    <w:p w:rsidR="00E03598" w:rsidRPr="00834A2B" w:rsidRDefault="00254BB8" w:rsidP="00E03598">
      <w:pPr>
        <w:numPr>
          <w:ilvl w:val="0"/>
          <w:numId w:val="11"/>
        </w:numPr>
        <w:rPr>
          <w:rFonts w:cstheme="minorHAnsi"/>
          <w:b/>
          <w:lang w:val="en"/>
        </w:rPr>
      </w:pPr>
      <w:r w:rsidRPr="00834A2B">
        <w:rPr>
          <w:rFonts w:cstheme="minorHAnsi"/>
          <w:b/>
          <w:lang w:val="en"/>
        </w:rPr>
        <w:t>Hot Meal Kitchen – 5,000,000</w:t>
      </w:r>
    </w:p>
    <w:p w:rsidR="00E03598" w:rsidRPr="00834A2B" w:rsidRDefault="00254BB8" w:rsidP="00E03598">
      <w:pPr>
        <w:numPr>
          <w:ilvl w:val="0"/>
          <w:numId w:val="11"/>
        </w:numPr>
        <w:rPr>
          <w:rFonts w:cstheme="minorHAnsi"/>
          <w:b/>
          <w:lang w:val="en"/>
        </w:rPr>
      </w:pPr>
      <w:r w:rsidRPr="00834A2B">
        <w:rPr>
          <w:rFonts w:cstheme="minorHAnsi"/>
          <w:b/>
          <w:lang w:val="en"/>
        </w:rPr>
        <w:t>Cattle - Fencing Paddock – 1,797,000</w:t>
      </w:r>
    </w:p>
    <w:p w:rsidR="00E03598" w:rsidRPr="00834A2B" w:rsidRDefault="00254BB8" w:rsidP="00E03598">
      <w:pPr>
        <w:numPr>
          <w:ilvl w:val="0"/>
          <w:numId w:val="11"/>
        </w:numPr>
        <w:rPr>
          <w:rFonts w:cstheme="minorHAnsi"/>
          <w:b/>
          <w:lang w:val="en"/>
        </w:rPr>
      </w:pPr>
      <w:r w:rsidRPr="00834A2B">
        <w:rPr>
          <w:rFonts w:cstheme="minorHAnsi"/>
          <w:b/>
          <w:lang w:val="en"/>
        </w:rPr>
        <w:t>Peanut butter Packaging and Storage – 1,776,700</w:t>
      </w: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Toka - $8,526,346</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$8,526,346</w:t>
      </w:r>
    </w:p>
    <w:p w:rsidR="00E03598" w:rsidRPr="00834A2B" w:rsidRDefault="00254BB8" w:rsidP="00E03598">
      <w:pPr>
        <w:rPr>
          <w:rFonts w:cstheme="minorHAnsi"/>
          <w:b/>
          <w:lang w:val="en"/>
        </w:rPr>
      </w:pPr>
    </w:p>
    <w:p w:rsidR="00E03598" w:rsidRPr="00834A2B" w:rsidRDefault="00254BB8" w:rsidP="00E03598">
      <w:pPr>
        <w:numPr>
          <w:ilvl w:val="0"/>
          <w:numId w:val="18"/>
        </w:numPr>
        <w:rPr>
          <w:rFonts w:cstheme="minorHAnsi"/>
          <w:b/>
          <w:lang w:val="en"/>
        </w:rPr>
      </w:pPr>
      <w:r w:rsidRPr="00834A2B">
        <w:rPr>
          <w:rFonts w:cstheme="minorHAnsi"/>
          <w:b/>
          <w:lang w:val="en"/>
        </w:rPr>
        <w:t>Bakery – 1,549,000</w:t>
      </w:r>
    </w:p>
    <w:p w:rsidR="00E03598" w:rsidRPr="00834A2B" w:rsidRDefault="00254BB8" w:rsidP="00E03598">
      <w:pPr>
        <w:numPr>
          <w:ilvl w:val="0"/>
          <w:numId w:val="18"/>
        </w:numPr>
        <w:rPr>
          <w:rFonts w:cstheme="minorHAnsi"/>
          <w:b/>
          <w:lang w:val="en"/>
        </w:rPr>
      </w:pPr>
      <w:r w:rsidRPr="00834A2B">
        <w:rPr>
          <w:rFonts w:cstheme="minorHAnsi"/>
          <w:b/>
          <w:lang w:val="en"/>
        </w:rPr>
        <w:t>Cattle Project – 3,529,946</w:t>
      </w:r>
    </w:p>
    <w:p w:rsidR="00E03598" w:rsidRPr="00834A2B" w:rsidRDefault="00254BB8" w:rsidP="00E03598">
      <w:pPr>
        <w:numPr>
          <w:ilvl w:val="0"/>
          <w:numId w:val="18"/>
        </w:numPr>
        <w:rPr>
          <w:rFonts w:cstheme="minorHAnsi"/>
          <w:b/>
          <w:lang w:val="en"/>
        </w:rPr>
      </w:pPr>
      <w:r w:rsidRPr="00834A2B">
        <w:rPr>
          <w:rFonts w:cstheme="minorHAnsi"/>
          <w:b/>
          <w:lang w:val="en"/>
        </w:rPr>
        <w:t>Construction of Multipurpose Building – 4,996,400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Yakarinta</w:t>
      </w:r>
      <w:proofErr w:type="spellEnd"/>
      <w:r w:rsidRPr="00834A2B">
        <w:rPr>
          <w:rFonts w:cstheme="minorHAnsi"/>
          <w:b/>
          <w:bCs/>
        </w:rPr>
        <w:t xml:space="preserve"> - $9,346,723</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$9,346,723</w:t>
      </w:r>
    </w:p>
    <w:p w:rsidR="00E03598" w:rsidRPr="00834A2B" w:rsidRDefault="00254BB8" w:rsidP="00E03598">
      <w:pPr>
        <w:rPr>
          <w:rFonts w:cstheme="minorHAnsi"/>
          <w:b/>
          <w:lang w:val="en"/>
        </w:rPr>
      </w:pPr>
    </w:p>
    <w:p w:rsidR="00E03598" w:rsidRPr="00834A2B" w:rsidRDefault="00254BB8" w:rsidP="00E03598">
      <w:pPr>
        <w:numPr>
          <w:ilvl w:val="0"/>
          <w:numId w:val="10"/>
        </w:numPr>
        <w:rPr>
          <w:rFonts w:cstheme="minorHAnsi"/>
          <w:b/>
          <w:lang w:val="en"/>
        </w:rPr>
      </w:pPr>
      <w:r w:rsidRPr="00834A2B">
        <w:rPr>
          <w:rFonts w:cstheme="minorHAnsi"/>
          <w:b/>
          <w:lang w:val="en"/>
        </w:rPr>
        <w:t>Construction of Bridges &amp; Upgrading of Access Road – 5,000,000</w:t>
      </w:r>
    </w:p>
    <w:p w:rsidR="00E03598" w:rsidRPr="00834A2B" w:rsidRDefault="00254BB8" w:rsidP="00E03598">
      <w:pPr>
        <w:numPr>
          <w:ilvl w:val="0"/>
          <w:numId w:val="10"/>
        </w:numPr>
        <w:rPr>
          <w:rFonts w:cstheme="minorHAnsi"/>
          <w:b/>
          <w:lang w:val="en"/>
        </w:rPr>
      </w:pPr>
      <w:r w:rsidRPr="00834A2B">
        <w:rPr>
          <w:rFonts w:cstheme="minorHAnsi"/>
          <w:b/>
          <w:lang w:val="en"/>
        </w:rPr>
        <w:t>Poultry Production – 1,646,723</w:t>
      </w:r>
    </w:p>
    <w:p w:rsidR="00E03598" w:rsidRPr="00834A2B" w:rsidRDefault="00254BB8" w:rsidP="00E03598">
      <w:pPr>
        <w:numPr>
          <w:ilvl w:val="0"/>
          <w:numId w:val="10"/>
        </w:numPr>
        <w:rPr>
          <w:rFonts w:cstheme="minorHAnsi"/>
          <w:b/>
          <w:lang w:val="en"/>
        </w:rPr>
      </w:pPr>
      <w:r w:rsidRPr="00834A2B">
        <w:rPr>
          <w:rFonts w:cstheme="minorHAnsi"/>
          <w:b/>
          <w:lang w:val="en"/>
        </w:rPr>
        <w:lastRenderedPageBreak/>
        <w:t>Mixed Farming - Sheep Rearing and Peas Production – 2,700,000</w:t>
      </w: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Massara - $14,657,210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HESADP - $7,470,760</w:t>
      </w:r>
    </w:p>
    <w:p w:rsidR="00E03598" w:rsidRPr="00834A2B" w:rsidRDefault="00254BB8" w:rsidP="00E03598">
      <w:pPr>
        <w:numPr>
          <w:ilvl w:val="0"/>
          <w:numId w:val="15"/>
        </w:numPr>
        <w:rPr>
          <w:rFonts w:cstheme="minorHAnsi"/>
          <w:b/>
          <w:lang w:val="en"/>
        </w:rPr>
      </w:pPr>
      <w:r w:rsidRPr="00834A2B">
        <w:rPr>
          <w:rFonts w:cstheme="minorHAnsi"/>
          <w:b/>
          <w:lang w:val="en"/>
        </w:rPr>
        <w:t>Expansion &amp; Upgrade of Village Livestock – 1,799,500</w:t>
      </w:r>
    </w:p>
    <w:p w:rsidR="00E03598" w:rsidRPr="00834A2B" w:rsidRDefault="00254BB8" w:rsidP="00E03598">
      <w:pPr>
        <w:numPr>
          <w:ilvl w:val="0"/>
          <w:numId w:val="15"/>
        </w:numPr>
        <w:rPr>
          <w:rFonts w:cstheme="minorHAnsi"/>
          <w:b/>
          <w:lang w:val="en"/>
        </w:rPr>
      </w:pPr>
      <w:r w:rsidRPr="00834A2B">
        <w:rPr>
          <w:rFonts w:cstheme="minorHAnsi"/>
          <w:b/>
          <w:lang w:val="en"/>
        </w:rPr>
        <w:t>Poultry Production – 1,799,840</w:t>
      </w:r>
    </w:p>
    <w:p w:rsidR="00E03598" w:rsidRPr="00834A2B" w:rsidRDefault="00254BB8" w:rsidP="00E03598">
      <w:pPr>
        <w:numPr>
          <w:ilvl w:val="0"/>
          <w:numId w:val="15"/>
        </w:numPr>
        <w:rPr>
          <w:rFonts w:cstheme="minorHAnsi"/>
          <w:b/>
          <w:lang w:val="en"/>
        </w:rPr>
      </w:pPr>
      <w:r w:rsidRPr="00834A2B">
        <w:rPr>
          <w:rFonts w:cstheme="minorHAnsi"/>
          <w:b/>
          <w:lang w:val="en"/>
        </w:rPr>
        <w:t>Access Bridge &amp; Farm Road – 3,871,420</w:t>
      </w:r>
    </w:p>
    <w:p w:rsidR="00E03598" w:rsidRPr="00834A2B" w:rsidRDefault="00254BB8" w:rsidP="00E03598">
      <w:pPr>
        <w:rPr>
          <w:rFonts w:cstheme="minorHAnsi"/>
          <w:b/>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GMC - $7,186,450</w:t>
      </w:r>
    </w:p>
    <w:p w:rsidR="00E03598" w:rsidRPr="00834A2B" w:rsidRDefault="00254BB8" w:rsidP="00E03598">
      <w:pPr>
        <w:numPr>
          <w:ilvl w:val="0"/>
          <w:numId w:val="17"/>
        </w:numPr>
        <w:rPr>
          <w:rFonts w:cstheme="minorHAnsi"/>
          <w:b/>
          <w:bCs/>
        </w:rPr>
      </w:pPr>
      <w:r w:rsidRPr="00834A2B">
        <w:rPr>
          <w:rFonts w:cstheme="minorHAnsi"/>
          <w:b/>
          <w:bCs/>
        </w:rPr>
        <w:t xml:space="preserve">Construction of solar dryer and </w:t>
      </w:r>
      <w:r w:rsidRPr="00834A2B">
        <w:rPr>
          <w:rFonts w:cstheme="minorHAnsi"/>
          <w:b/>
          <w:bCs/>
        </w:rPr>
        <w:t>processing area - $5,719,450</w:t>
      </w:r>
    </w:p>
    <w:p w:rsidR="00E03598" w:rsidRPr="00834A2B" w:rsidRDefault="00254BB8" w:rsidP="00E03598">
      <w:pPr>
        <w:numPr>
          <w:ilvl w:val="0"/>
          <w:numId w:val="17"/>
        </w:numPr>
        <w:rPr>
          <w:rFonts w:cstheme="minorHAnsi"/>
          <w:b/>
          <w:bCs/>
        </w:rPr>
      </w:pPr>
      <w:r w:rsidRPr="00834A2B">
        <w:rPr>
          <w:rFonts w:cstheme="minorHAnsi"/>
          <w:b/>
          <w:bCs/>
        </w:rPr>
        <w:t>Equipping solar dryer at Massara - $1,467,000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Kwaimatta</w:t>
      </w:r>
      <w:proofErr w:type="spellEnd"/>
      <w:r w:rsidRPr="00834A2B">
        <w:rPr>
          <w:rFonts w:cstheme="minorHAnsi"/>
          <w:b/>
          <w:bCs/>
        </w:rPr>
        <w:t xml:space="preserve"> - $10,400,000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$10,400,000</w:t>
      </w:r>
    </w:p>
    <w:p w:rsidR="00E03598" w:rsidRPr="00834A2B" w:rsidRDefault="00254BB8" w:rsidP="00E03598">
      <w:pPr>
        <w:rPr>
          <w:rFonts w:cstheme="minorHAnsi"/>
          <w:b/>
          <w:lang w:val="en"/>
        </w:rPr>
      </w:pPr>
    </w:p>
    <w:p w:rsidR="00E03598" w:rsidRPr="00834A2B" w:rsidRDefault="00254BB8" w:rsidP="00E03598">
      <w:pPr>
        <w:numPr>
          <w:ilvl w:val="0"/>
          <w:numId w:val="31"/>
        </w:numPr>
        <w:rPr>
          <w:rFonts w:cstheme="minorHAnsi"/>
          <w:b/>
          <w:lang w:val="en"/>
        </w:rPr>
      </w:pPr>
      <w:r w:rsidRPr="00834A2B">
        <w:rPr>
          <w:rFonts w:cstheme="minorHAnsi"/>
          <w:b/>
          <w:lang w:val="en"/>
        </w:rPr>
        <w:t>Construction of Multipurpose Building – 5,000,000</w:t>
      </w:r>
    </w:p>
    <w:p w:rsidR="00E03598" w:rsidRPr="00834A2B" w:rsidRDefault="00254BB8" w:rsidP="00E03598">
      <w:pPr>
        <w:numPr>
          <w:ilvl w:val="0"/>
          <w:numId w:val="31"/>
        </w:numPr>
        <w:rPr>
          <w:rFonts w:cstheme="minorHAnsi"/>
          <w:b/>
          <w:lang w:val="en"/>
        </w:rPr>
      </w:pPr>
      <w:r w:rsidRPr="00834A2B">
        <w:rPr>
          <w:rFonts w:cstheme="minorHAnsi"/>
          <w:b/>
          <w:lang w:val="en"/>
        </w:rPr>
        <w:t>Swine Production – 2,700,000</w:t>
      </w:r>
    </w:p>
    <w:p w:rsidR="00E03598" w:rsidRPr="00834A2B" w:rsidRDefault="00254BB8" w:rsidP="00E03598">
      <w:pPr>
        <w:numPr>
          <w:ilvl w:val="0"/>
          <w:numId w:val="31"/>
        </w:numPr>
        <w:rPr>
          <w:rFonts w:cstheme="minorHAnsi"/>
          <w:b/>
          <w:lang w:val="en"/>
        </w:rPr>
      </w:pPr>
      <w:r w:rsidRPr="00834A2B">
        <w:rPr>
          <w:rFonts w:cstheme="minorHAnsi"/>
          <w:b/>
          <w:lang w:val="en"/>
        </w:rPr>
        <w:t>Sheep Rearing – 2,70</w:t>
      </w:r>
      <w:r w:rsidRPr="00834A2B">
        <w:rPr>
          <w:rFonts w:cstheme="minorHAnsi"/>
          <w:b/>
          <w:lang w:val="en"/>
        </w:rPr>
        <w:t>0,000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rPr>
          <w:rFonts w:cstheme="minorHAnsi"/>
          <w:b/>
          <w:u w:val="single"/>
          <w:lang w:val="en"/>
        </w:rPr>
      </w:pPr>
      <w:r w:rsidRPr="00834A2B">
        <w:rPr>
          <w:rFonts w:cstheme="minorHAnsi"/>
          <w:b/>
          <w:u w:val="single"/>
          <w:lang w:val="en"/>
        </w:rPr>
        <w:t xml:space="preserve">District - Central </w:t>
      </w:r>
      <w:proofErr w:type="spellStart"/>
      <w:r w:rsidRPr="00834A2B">
        <w:rPr>
          <w:rFonts w:cstheme="minorHAnsi"/>
          <w:b/>
          <w:u w:val="single"/>
          <w:lang w:val="en"/>
        </w:rPr>
        <w:t>Rupununi</w:t>
      </w:r>
      <w:proofErr w:type="spellEnd"/>
      <w:r w:rsidRPr="00834A2B">
        <w:rPr>
          <w:rFonts w:cstheme="minorHAnsi"/>
          <w:b/>
          <w:u w:val="single"/>
          <w:lang w:val="en"/>
        </w:rPr>
        <w:t xml:space="preserve"> </w:t>
      </w: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lastRenderedPageBreak/>
        <w:t xml:space="preserve">  Name of Village: Quarrie - $8,910,000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$8,910,000</w:t>
      </w:r>
    </w:p>
    <w:p w:rsidR="00E03598" w:rsidRPr="00834A2B" w:rsidRDefault="00254BB8" w:rsidP="00E03598">
      <w:pPr>
        <w:rPr>
          <w:rFonts w:cstheme="minorHAnsi"/>
          <w:b/>
          <w:lang w:val="en"/>
        </w:rPr>
      </w:pPr>
    </w:p>
    <w:p w:rsidR="00E03598" w:rsidRPr="00834A2B" w:rsidRDefault="00254BB8" w:rsidP="00E03598">
      <w:pPr>
        <w:numPr>
          <w:ilvl w:val="0"/>
          <w:numId w:val="32"/>
        </w:numPr>
        <w:rPr>
          <w:rFonts w:cstheme="minorHAnsi"/>
          <w:b/>
          <w:lang w:val="en"/>
        </w:rPr>
      </w:pPr>
      <w:r w:rsidRPr="00834A2B">
        <w:rPr>
          <w:rFonts w:cstheme="minorHAnsi"/>
          <w:b/>
          <w:lang w:val="en"/>
        </w:rPr>
        <w:t>Shade House – 2,700,000</w:t>
      </w:r>
    </w:p>
    <w:p w:rsidR="00E03598" w:rsidRPr="00834A2B" w:rsidRDefault="00254BB8" w:rsidP="00E03598">
      <w:pPr>
        <w:numPr>
          <w:ilvl w:val="0"/>
          <w:numId w:val="32"/>
        </w:numPr>
        <w:rPr>
          <w:rFonts w:cstheme="minorHAnsi"/>
          <w:b/>
          <w:lang w:val="en"/>
        </w:rPr>
      </w:pPr>
      <w:r w:rsidRPr="00834A2B">
        <w:rPr>
          <w:rFonts w:cstheme="minorHAnsi"/>
          <w:b/>
          <w:lang w:val="en"/>
        </w:rPr>
        <w:t>Sheep Rearing - 2,700,000</w:t>
      </w:r>
    </w:p>
    <w:p w:rsidR="00E03598" w:rsidRPr="00834A2B" w:rsidRDefault="00254BB8" w:rsidP="00E03598">
      <w:pPr>
        <w:numPr>
          <w:ilvl w:val="0"/>
          <w:numId w:val="32"/>
        </w:numPr>
        <w:rPr>
          <w:rFonts w:cstheme="minorHAnsi"/>
          <w:b/>
          <w:lang w:val="en"/>
        </w:rPr>
      </w:pPr>
      <w:r w:rsidRPr="00834A2B">
        <w:rPr>
          <w:rFonts w:cstheme="minorHAnsi"/>
          <w:b/>
          <w:lang w:val="en"/>
        </w:rPr>
        <w:t>Solar Power for Guest House – 3,510,000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Saint Ignatius - $21,767,639</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HESADP - $7,736,980</w:t>
      </w:r>
    </w:p>
    <w:p w:rsidR="00E03598" w:rsidRPr="00834A2B" w:rsidRDefault="00254BB8" w:rsidP="00E03598">
      <w:pPr>
        <w:numPr>
          <w:ilvl w:val="0"/>
          <w:numId w:val="33"/>
        </w:numPr>
        <w:rPr>
          <w:rFonts w:cstheme="minorHAnsi"/>
          <w:b/>
          <w:lang w:val="en"/>
        </w:rPr>
      </w:pPr>
      <w:r w:rsidRPr="00834A2B">
        <w:rPr>
          <w:rFonts w:cstheme="minorHAnsi"/>
          <w:b/>
          <w:lang w:val="en"/>
        </w:rPr>
        <w:t>Solar Pumping System - Well #2 – 3,238,780</w:t>
      </w:r>
    </w:p>
    <w:p w:rsidR="00E03598" w:rsidRPr="00834A2B" w:rsidRDefault="00254BB8" w:rsidP="00E03598">
      <w:pPr>
        <w:numPr>
          <w:ilvl w:val="0"/>
          <w:numId w:val="33"/>
        </w:numPr>
        <w:rPr>
          <w:rFonts w:cstheme="minorHAnsi"/>
          <w:b/>
          <w:lang w:val="en"/>
        </w:rPr>
      </w:pPr>
      <w:r w:rsidRPr="00834A2B">
        <w:rPr>
          <w:rFonts w:cstheme="minorHAnsi"/>
          <w:b/>
          <w:lang w:val="en"/>
        </w:rPr>
        <w:t>Cattle Rearing – 1,798,200</w:t>
      </w:r>
    </w:p>
    <w:p w:rsidR="00E03598" w:rsidRPr="00834A2B" w:rsidRDefault="00254BB8" w:rsidP="00E03598">
      <w:pPr>
        <w:numPr>
          <w:ilvl w:val="0"/>
          <w:numId w:val="33"/>
        </w:numPr>
        <w:rPr>
          <w:rFonts w:cstheme="minorHAnsi"/>
          <w:b/>
          <w:lang w:val="en"/>
        </w:rPr>
      </w:pPr>
      <w:r w:rsidRPr="00834A2B">
        <w:rPr>
          <w:rFonts w:cstheme="minorHAnsi"/>
          <w:b/>
          <w:lang w:val="en"/>
        </w:rPr>
        <w:t>Poultry Rearing – 2,700,000</w:t>
      </w:r>
    </w:p>
    <w:p w:rsidR="00E03598" w:rsidRPr="00834A2B" w:rsidRDefault="00254BB8" w:rsidP="00E03598">
      <w:pPr>
        <w:rPr>
          <w:rFonts w:cstheme="minorHAnsi"/>
          <w:b/>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GMC - $14,030,659</w:t>
      </w:r>
    </w:p>
    <w:p w:rsidR="00E03598" w:rsidRPr="00834A2B" w:rsidRDefault="00254BB8" w:rsidP="00E03598">
      <w:pPr>
        <w:numPr>
          <w:ilvl w:val="0"/>
          <w:numId w:val="34"/>
        </w:numPr>
        <w:rPr>
          <w:rFonts w:cstheme="minorHAnsi"/>
          <w:b/>
          <w:bCs/>
        </w:rPr>
      </w:pPr>
      <w:r w:rsidRPr="00834A2B">
        <w:rPr>
          <w:rFonts w:cstheme="minorHAnsi"/>
          <w:b/>
          <w:bCs/>
        </w:rPr>
        <w:t>Retrofitting and equipping Agro-processing facility - $11,152,367 M</w:t>
      </w:r>
    </w:p>
    <w:p w:rsidR="00E03598" w:rsidRPr="00834A2B" w:rsidRDefault="00254BB8" w:rsidP="00E03598">
      <w:pPr>
        <w:numPr>
          <w:ilvl w:val="0"/>
          <w:numId w:val="34"/>
        </w:numPr>
        <w:rPr>
          <w:rFonts w:cstheme="minorHAnsi"/>
          <w:b/>
          <w:bCs/>
        </w:rPr>
      </w:pPr>
      <w:r w:rsidRPr="00834A2B">
        <w:rPr>
          <w:rFonts w:cstheme="minorHAnsi"/>
          <w:b/>
          <w:bCs/>
        </w:rPr>
        <w:t>Construction of a solar dryer - $2</w:t>
      </w:r>
      <w:r w:rsidRPr="00834A2B">
        <w:rPr>
          <w:rFonts w:cstheme="minorHAnsi"/>
          <w:b/>
          <w:bCs/>
        </w:rPr>
        <w:t>,563,292</w:t>
      </w:r>
    </w:p>
    <w:p w:rsidR="00E03598" w:rsidRPr="00834A2B" w:rsidRDefault="00254BB8" w:rsidP="00E03598">
      <w:pPr>
        <w:numPr>
          <w:ilvl w:val="0"/>
          <w:numId w:val="34"/>
        </w:numPr>
        <w:rPr>
          <w:rFonts w:cstheme="minorHAnsi"/>
          <w:b/>
          <w:bCs/>
        </w:rPr>
      </w:pPr>
      <w:r w:rsidRPr="00834A2B">
        <w:rPr>
          <w:rFonts w:cstheme="minorHAnsi"/>
          <w:b/>
          <w:bCs/>
        </w:rPr>
        <w:t>Purchasing of additional equipment (roaster) – $315,000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Kumu - $5,799,140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 xml:space="preserve">HESADP - </w:t>
      </w:r>
      <w:bookmarkStart w:id="9" w:name="_Hlk180065410"/>
      <w:r w:rsidRPr="00834A2B">
        <w:rPr>
          <w:rFonts w:cstheme="minorHAnsi"/>
          <w:bCs/>
          <w:lang w:val="en"/>
        </w:rPr>
        <w:t>$5,799,140</w:t>
      </w:r>
    </w:p>
    <w:bookmarkEnd w:id="9"/>
    <w:p w:rsidR="00E03598" w:rsidRPr="00834A2B" w:rsidRDefault="00254BB8" w:rsidP="00E03598">
      <w:pPr>
        <w:rPr>
          <w:rFonts w:cstheme="minorHAnsi"/>
          <w:b/>
          <w:lang w:val="en"/>
        </w:rPr>
      </w:pPr>
    </w:p>
    <w:p w:rsidR="00E03598" w:rsidRPr="00834A2B" w:rsidRDefault="00254BB8" w:rsidP="00E03598">
      <w:pPr>
        <w:numPr>
          <w:ilvl w:val="0"/>
          <w:numId w:val="35"/>
        </w:numPr>
        <w:rPr>
          <w:rFonts w:cstheme="minorHAnsi"/>
          <w:b/>
          <w:lang w:val="en"/>
        </w:rPr>
      </w:pPr>
      <w:r w:rsidRPr="00834A2B">
        <w:rPr>
          <w:rFonts w:cstheme="minorHAnsi"/>
          <w:b/>
          <w:lang w:val="en"/>
        </w:rPr>
        <w:t>Black Giants – 1,799,560</w:t>
      </w:r>
    </w:p>
    <w:p w:rsidR="00E03598" w:rsidRPr="00834A2B" w:rsidRDefault="00254BB8" w:rsidP="18AD7FA4">
      <w:pPr>
        <w:numPr>
          <w:ilvl w:val="0"/>
          <w:numId w:val="35"/>
        </w:numPr>
        <w:rPr>
          <w:rFonts w:cstheme="minorHAnsi"/>
          <w:b/>
          <w:bCs/>
        </w:rPr>
      </w:pPr>
      <w:r w:rsidRPr="00834A2B">
        <w:rPr>
          <w:rFonts w:cstheme="minorHAnsi"/>
          <w:b/>
          <w:bCs/>
        </w:rPr>
        <w:t>Extension, renovation and furnishing of Village Office &amp; improvement of Benab. – 3,999,580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Moco</w:t>
      </w:r>
      <w:proofErr w:type="spellEnd"/>
      <w:r w:rsidRPr="00834A2B">
        <w:rPr>
          <w:rFonts w:cstheme="minorHAnsi"/>
          <w:b/>
          <w:bCs/>
        </w:rPr>
        <w:t xml:space="preserve"> </w:t>
      </w:r>
      <w:proofErr w:type="spellStart"/>
      <w:r w:rsidRPr="00834A2B">
        <w:rPr>
          <w:rFonts w:cstheme="minorHAnsi"/>
          <w:b/>
          <w:bCs/>
        </w:rPr>
        <w:t>Moco</w:t>
      </w:r>
      <w:proofErr w:type="spellEnd"/>
      <w:r w:rsidRPr="00834A2B">
        <w:rPr>
          <w:rFonts w:cstheme="minorHAnsi"/>
          <w:b/>
          <w:bCs/>
        </w:rPr>
        <w:t xml:space="preserve"> - $5,861,790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HESADP - $5,798,990</w:t>
      </w:r>
    </w:p>
    <w:p w:rsidR="00E03598" w:rsidRPr="00834A2B" w:rsidRDefault="00254BB8" w:rsidP="00E03598">
      <w:pPr>
        <w:numPr>
          <w:ilvl w:val="0"/>
          <w:numId w:val="36"/>
        </w:numPr>
        <w:rPr>
          <w:rFonts w:cstheme="minorHAnsi"/>
          <w:b/>
          <w:lang w:val="en"/>
        </w:rPr>
      </w:pPr>
      <w:r w:rsidRPr="00834A2B">
        <w:rPr>
          <w:rFonts w:cstheme="minorHAnsi"/>
          <w:b/>
          <w:lang w:val="en"/>
        </w:rPr>
        <w:t>Village Office and Hot Meal Kitchen – 4,000,000</w:t>
      </w:r>
    </w:p>
    <w:p w:rsidR="00E03598" w:rsidRPr="00834A2B" w:rsidRDefault="00254BB8" w:rsidP="00E03598">
      <w:pPr>
        <w:numPr>
          <w:ilvl w:val="0"/>
          <w:numId w:val="36"/>
        </w:numPr>
        <w:rPr>
          <w:rFonts w:cstheme="minorHAnsi"/>
          <w:b/>
          <w:lang w:val="en"/>
        </w:rPr>
      </w:pPr>
      <w:r w:rsidRPr="00834A2B">
        <w:rPr>
          <w:rFonts w:cstheme="minorHAnsi"/>
          <w:b/>
          <w:lang w:val="en"/>
        </w:rPr>
        <w:t>Cassareep Production Facility – 1,798,990</w:t>
      </w:r>
    </w:p>
    <w:p w:rsidR="00E03598" w:rsidRPr="00834A2B" w:rsidRDefault="00254BB8" w:rsidP="00E03598">
      <w:pPr>
        <w:rPr>
          <w:rFonts w:cstheme="minorHAnsi"/>
          <w:b/>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GMC - $62,800</w:t>
      </w:r>
    </w:p>
    <w:p w:rsidR="00E03598" w:rsidRPr="00834A2B" w:rsidRDefault="00254BB8" w:rsidP="00E03598">
      <w:pPr>
        <w:numPr>
          <w:ilvl w:val="0"/>
          <w:numId w:val="17"/>
        </w:numPr>
        <w:rPr>
          <w:rFonts w:cstheme="minorHAnsi"/>
          <w:b/>
          <w:bCs/>
        </w:rPr>
      </w:pPr>
      <w:r w:rsidRPr="00834A2B">
        <w:rPr>
          <w:rFonts w:cstheme="minorHAnsi"/>
          <w:b/>
          <w:bCs/>
        </w:rPr>
        <w:t>Purchasing of a gasoline cassava grater – 62,800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r w:rsidRPr="00834A2B">
        <w:rPr>
          <w:rFonts w:cstheme="minorHAnsi"/>
          <w:b/>
          <w:bCs/>
        </w:rPr>
        <w:t xml:space="preserve">Village Name: </w:t>
      </w:r>
      <w:proofErr w:type="spellStart"/>
      <w:r w:rsidRPr="00834A2B">
        <w:rPr>
          <w:rFonts w:cstheme="minorHAnsi"/>
          <w:b/>
          <w:bCs/>
        </w:rPr>
        <w:t>Hiawa</w:t>
      </w:r>
      <w:proofErr w:type="spellEnd"/>
      <w:r w:rsidRPr="00834A2B">
        <w:rPr>
          <w:rFonts w:cstheme="minorHAnsi"/>
          <w:b/>
          <w:bCs/>
        </w:rPr>
        <w:t xml:space="preserve"> - </w:t>
      </w:r>
      <w:r w:rsidRPr="00834A2B">
        <w:rPr>
          <w:rFonts w:cstheme="minorHAnsi"/>
        </w:rPr>
        <w:t>$6,776,990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HESADP - $6,776,990</w:t>
      </w:r>
    </w:p>
    <w:p w:rsidR="00E03598" w:rsidRPr="00834A2B" w:rsidRDefault="00254BB8" w:rsidP="00E03598">
      <w:pPr>
        <w:numPr>
          <w:ilvl w:val="0"/>
          <w:numId w:val="37"/>
        </w:numPr>
        <w:rPr>
          <w:rFonts w:cstheme="minorHAnsi"/>
          <w:b/>
          <w:lang w:val="en"/>
        </w:rPr>
      </w:pPr>
      <w:r w:rsidRPr="00834A2B">
        <w:rPr>
          <w:rFonts w:cstheme="minorHAnsi"/>
          <w:b/>
          <w:lang w:val="en"/>
        </w:rPr>
        <w:t>Shop and Catering – 1,776,990</w:t>
      </w:r>
    </w:p>
    <w:p w:rsidR="00E03598" w:rsidRPr="00834A2B" w:rsidRDefault="00254BB8" w:rsidP="00E03598">
      <w:pPr>
        <w:numPr>
          <w:ilvl w:val="0"/>
          <w:numId w:val="37"/>
        </w:numPr>
        <w:rPr>
          <w:rFonts w:cstheme="minorHAnsi"/>
          <w:b/>
          <w:lang w:val="en"/>
        </w:rPr>
      </w:pPr>
      <w:r w:rsidRPr="00834A2B">
        <w:rPr>
          <w:rFonts w:cstheme="minorHAnsi"/>
          <w:b/>
          <w:lang w:val="en"/>
        </w:rPr>
        <w:t>Back-Filling culvert and Upgrading Sports Facility – 5,000,000</w:t>
      </w:r>
    </w:p>
    <w:p w:rsidR="00E03598" w:rsidRPr="00834A2B" w:rsidRDefault="00254BB8" w:rsidP="00E03598">
      <w:pPr>
        <w:rPr>
          <w:rFonts w:cstheme="minorHAnsi"/>
          <w:b/>
          <w:lang w:val="en"/>
        </w:rPr>
      </w:pPr>
    </w:p>
    <w:p w:rsidR="00E03598" w:rsidRPr="00834A2B" w:rsidRDefault="00254BB8" w:rsidP="00E03598">
      <w:pPr>
        <w:numPr>
          <w:ilvl w:val="0"/>
          <w:numId w:val="7"/>
        </w:numPr>
        <w:rPr>
          <w:rFonts w:cstheme="minorHAnsi"/>
          <w:bCs/>
          <w:lang w:val="en"/>
        </w:rPr>
      </w:pPr>
      <w:bookmarkStart w:id="10" w:name="_Hlk180084712"/>
      <w:r w:rsidRPr="00834A2B">
        <w:rPr>
          <w:rFonts w:cstheme="minorHAnsi"/>
          <w:bCs/>
          <w:lang w:val="en"/>
        </w:rPr>
        <w:t>GLDA</w:t>
      </w:r>
    </w:p>
    <w:p w:rsidR="00E03598" w:rsidRPr="00834A2B" w:rsidRDefault="00254BB8" w:rsidP="00E03598">
      <w:pPr>
        <w:numPr>
          <w:ilvl w:val="0"/>
          <w:numId w:val="38"/>
        </w:numPr>
        <w:rPr>
          <w:rFonts w:cstheme="minorHAnsi"/>
          <w:b/>
          <w:lang w:val="en"/>
        </w:rPr>
      </w:pPr>
      <w:r w:rsidRPr="00834A2B">
        <w:rPr>
          <w:rFonts w:cstheme="minorHAnsi"/>
          <w:b/>
          <w:lang w:val="en"/>
        </w:rPr>
        <w:t xml:space="preserve">Supplied 600 Black Giants </w:t>
      </w:r>
    </w:p>
    <w:p w:rsidR="00E03598" w:rsidRPr="00834A2B" w:rsidRDefault="00254BB8" w:rsidP="18AD7FA4">
      <w:pPr>
        <w:numPr>
          <w:ilvl w:val="0"/>
          <w:numId w:val="38"/>
        </w:numPr>
        <w:rPr>
          <w:rFonts w:cstheme="minorHAnsi"/>
          <w:b/>
          <w:bCs/>
        </w:rPr>
      </w:pPr>
      <w:r w:rsidRPr="00834A2B">
        <w:rPr>
          <w:rFonts w:cstheme="minorHAnsi"/>
          <w:b/>
          <w:bCs/>
        </w:rPr>
        <w:lastRenderedPageBreak/>
        <w:t xml:space="preserve">Bee Hives </w:t>
      </w:r>
      <w:proofErr w:type="gramStart"/>
      <w:r w:rsidRPr="00834A2B">
        <w:rPr>
          <w:rFonts w:cstheme="minorHAnsi"/>
          <w:b/>
          <w:bCs/>
        </w:rPr>
        <w:t>And</w:t>
      </w:r>
      <w:proofErr w:type="gramEnd"/>
      <w:r w:rsidRPr="00834A2B">
        <w:rPr>
          <w:rFonts w:cstheme="minorHAnsi"/>
          <w:b/>
          <w:bCs/>
        </w:rPr>
        <w:t xml:space="preserve"> Tools</w:t>
      </w:r>
    </w:p>
    <w:p w:rsidR="00E03598" w:rsidRPr="00834A2B" w:rsidRDefault="00254BB8" w:rsidP="00E03598">
      <w:pPr>
        <w:numPr>
          <w:ilvl w:val="0"/>
          <w:numId w:val="38"/>
        </w:numPr>
        <w:rPr>
          <w:rFonts w:cstheme="minorHAnsi"/>
          <w:b/>
          <w:lang w:val="en"/>
        </w:rPr>
      </w:pPr>
      <w:r w:rsidRPr="00834A2B">
        <w:rPr>
          <w:rFonts w:cstheme="minorHAnsi"/>
          <w:b/>
          <w:lang w:val="en"/>
        </w:rPr>
        <w:t xml:space="preserve">Training On Apiculture </w:t>
      </w:r>
    </w:p>
    <w:p w:rsidR="00E03598" w:rsidRPr="00834A2B" w:rsidRDefault="00254BB8" w:rsidP="00E03598">
      <w:pPr>
        <w:numPr>
          <w:ilvl w:val="0"/>
          <w:numId w:val="38"/>
        </w:numPr>
        <w:rPr>
          <w:rFonts w:cstheme="minorHAnsi"/>
          <w:b/>
          <w:lang w:val="en"/>
        </w:rPr>
      </w:pPr>
      <w:r w:rsidRPr="00834A2B">
        <w:rPr>
          <w:rFonts w:cstheme="minorHAnsi"/>
          <w:b/>
          <w:lang w:val="en"/>
        </w:rPr>
        <w:t xml:space="preserve">Training On </w:t>
      </w:r>
      <w:r w:rsidRPr="00834A2B">
        <w:rPr>
          <w:rFonts w:cstheme="minorHAnsi"/>
          <w:b/>
          <w:lang w:val="en"/>
        </w:rPr>
        <w:t>Livestock Management</w:t>
      </w:r>
    </w:p>
    <w:bookmarkEnd w:id="10"/>
    <w:p w:rsidR="00E03598" w:rsidRPr="00834A2B" w:rsidRDefault="00254BB8" w:rsidP="00E03598">
      <w:pPr>
        <w:rPr>
          <w:rFonts w:cstheme="minorHAnsi"/>
          <w:b/>
          <w:lang w:val="en"/>
        </w:rPr>
      </w:pPr>
    </w:p>
    <w:p w:rsidR="00E03598" w:rsidRPr="00834A2B" w:rsidRDefault="00254BB8" w:rsidP="00E03598">
      <w:pPr>
        <w:numPr>
          <w:ilvl w:val="0"/>
          <w:numId w:val="39"/>
        </w:numPr>
        <w:rPr>
          <w:rFonts w:cstheme="minorHAnsi"/>
          <w:bCs/>
          <w:lang w:val="en"/>
        </w:rPr>
      </w:pPr>
      <w:r w:rsidRPr="00834A2B">
        <w:rPr>
          <w:rFonts w:cstheme="minorHAnsi"/>
          <w:bCs/>
          <w:lang w:val="en"/>
        </w:rPr>
        <w:t>NAREI</w:t>
      </w:r>
    </w:p>
    <w:p w:rsidR="00E03598" w:rsidRPr="00834A2B" w:rsidRDefault="00254BB8" w:rsidP="00E03598">
      <w:pPr>
        <w:numPr>
          <w:ilvl w:val="0"/>
          <w:numId w:val="40"/>
        </w:numPr>
        <w:rPr>
          <w:rFonts w:cstheme="minorHAnsi"/>
          <w:b/>
          <w:lang w:val="en"/>
        </w:rPr>
      </w:pPr>
      <w:r w:rsidRPr="00834A2B">
        <w:rPr>
          <w:rFonts w:cstheme="minorHAnsi"/>
          <w:b/>
          <w:lang w:val="en"/>
        </w:rPr>
        <w:t xml:space="preserve">Provided 3 bags of fertilizer and wheelbarrow </w:t>
      </w:r>
    </w:p>
    <w:p w:rsidR="00E03598" w:rsidRPr="00834A2B" w:rsidRDefault="00254BB8" w:rsidP="00E03598">
      <w:pPr>
        <w:numPr>
          <w:ilvl w:val="0"/>
          <w:numId w:val="40"/>
        </w:numPr>
        <w:rPr>
          <w:rFonts w:cstheme="minorHAnsi"/>
          <w:b/>
          <w:lang w:val="en"/>
        </w:rPr>
      </w:pPr>
      <w:r w:rsidRPr="00834A2B">
        <w:rPr>
          <w:rFonts w:cstheme="minorHAnsi"/>
          <w:b/>
          <w:lang w:val="en"/>
        </w:rPr>
        <w:t>Provided vegetable seeds.</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Nappi - $9,928,810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HESADP - $5,799,580</w:t>
      </w:r>
    </w:p>
    <w:p w:rsidR="00E03598" w:rsidRPr="00834A2B" w:rsidRDefault="00254BB8" w:rsidP="00E03598">
      <w:pPr>
        <w:numPr>
          <w:ilvl w:val="0"/>
          <w:numId w:val="41"/>
        </w:numPr>
        <w:rPr>
          <w:rFonts w:cstheme="minorHAnsi"/>
          <w:b/>
          <w:lang w:val="en"/>
        </w:rPr>
      </w:pPr>
      <w:r w:rsidRPr="00834A2B">
        <w:rPr>
          <w:rFonts w:cstheme="minorHAnsi"/>
          <w:b/>
          <w:lang w:val="en"/>
        </w:rPr>
        <w:t>Benab and Sanitary Block – 3,999,580</w:t>
      </w:r>
    </w:p>
    <w:p w:rsidR="00E03598" w:rsidRPr="00834A2B" w:rsidRDefault="00254BB8" w:rsidP="00E03598">
      <w:pPr>
        <w:numPr>
          <w:ilvl w:val="0"/>
          <w:numId w:val="41"/>
        </w:numPr>
        <w:rPr>
          <w:rFonts w:cstheme="minorHAnsi"/>
          <w:b/>
          <w:lang w:val="en"/>
        </w:rPr>
      </w:pPr>
      <w:r w:rsidRPr="00834A2B">
        <w:rPr>
          <w:rFonts w:cstheme="minorHAnsi"/>
          <w:b/>
          <w:lang w:val="en"/>
        </w:rPr>
        <w:t>Honey Production – 1,800,000</w:t>
      </w:r>
    </w:p>
    <w:p w:rsidR="00E03598" w:rsidRPr="00834A2B" w:rsidRDefault="00254BB8" w:rsidP="00E03598">
      <w:pPr>
        <w:rPr>
          <w:rFonts w:cstheme="minorHAnsi"/>
          <w:b/>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GMC - $4,129</w:t>
      </w:r>
      <w:r w:rsidRPr="00834A2B">
        <w:rPr>
          <w:rFonts w:cstheme="minorHAnsi"/>
          <w:bCs/>
          <w:lang w:val="en"/>
        </w:rPr>
        <w:t>,230</w:t>
      </w:r>
    </w:p>
    <w:p w:rsidR="00E03598" w:rsidRPr="00834A2B" w:rsidRDefault="00254BB8" w:rsidP="00E03598">
      <w:pPr>
        <w:numPr>
          <w:ilvl w:val="0"/>
          <w:numId w:val="17"/>
        </w:numPr>
        <w:rPr>
          <w:rFonts w:cstheme="minorHAnsi"/>
          <w:b/>
          <w:bCs/>
        </w:rPr>
      </w:pPr>
      <w:r w:rsidRPr="00834A2B">
        <w:rPr>
          <w:rFonts w:cstheme="minorHAnsi"/>
          <w:b/>
          <w:bCs/>
        </w:rPr>
        <w:t>Construction of solar dryer - $4,129,230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Parishara</w:t>
      </w:r>
      <w:proofErr w:type="spellEnd"/>
      <w:r w:rsidRPr="00834A2B">
        <w:rPr>
          <w:rFonts w:cstheme="minorHAnsi"/>
          <w:b/>
          <w:bCs/>
        </w:rPr>
        <w:t xml:space="preserve"> - </w:t>
      </w:r>
      <w:r w:rsidRPr="00834A2B">
        <w:rPr>
          <w:rFonts w:cstheme="minorHAnsi"/>
        </w:rPr>
        <w:t>$7,600,000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42"/>
        </w:numPr>
        <w:rPr>
          <w:rFonts w:cstheme="minorHAnsi"/>
          <w:bCs/>
          <w:lang w:val="en"/>
        </w:rPr>
      </w:pPr>
      <w:r w:rsidRPr="00834A2B">
        <w:rPr>
          <w:rFonts w:cstheme="minorHAnsi"/>
          <w:bCs/>
          <w:lang w:val="en"/>
        </w:rPr>
        <w:t>HESADP - $7,600,000</w:t>
      </w:r>
    </w:p>
    <w:p w:rsidR="00E03598" w:rsidRPr="00834A2B" w:rsidRDefault="00254BB8" w:rsidP="00E03598">
      <w:pPr>
        <w:numPr>
          <w:ilvl w:val="0"/>
          <w:numId w:val="43"/>
        </w:numPr>
        <w:rPr>
          <w:rFonts w:cstheme="minorHAnsi"/>
          <w:b/>
          <w:lang w:val="en"/>
        </w:rPr>
      </w:pPr>
      <w:r w:rsidRPr="00834A2B">
        <w:rPr>
          <w:rFonts w:cstheme="minorHAnsi"/>
          <w:b/>
          <w:lang w:val="en"/>
        </w:rPr>
        <w:t xml:space="preserve">Bridge and Farmland access - $4,000,000 </w:t>
      </w:r>
    </w:p>
    <w:p w:rsidR="00E03598" w:rsidRPr="00834A2B" w:rsidRDefault="00254BB8" w:rsidP="00E03598">
      <w:pPr>
        <w:numPr>
          <w:ilvl w:val="0"/>
          <w:numId w:val="43"/>
        </w:numPr>
        <w:rPr>
          <w:rFonts w:cstheme="minorHAnsi"/>
          <w:b/>
          <w:lang w:val="en"/>
        </w:rPr>
      </w:pPr>
      <w:r w:rsidRPr="00834A2B">
        <w:rPr>
          <w:rFonts w:cstheme="minorHAnsi"/>
          <w:b/>
          <w:lang w:val="en"/>
        </w:rPr>
        <w:t xml:space="preserve">Cattle - $1,800,000 </w:t>
      </w:r>
    </w:p>
    <w:p w:rsidR="00E03598" w:rsidRPr="00834A2B" w:rsidRDefault="00254BB8" w:rsidP="18AD7FA4">
      <w:pPr>
        <w:numPr>
          <w:ilvl w:val="0"/>
          <w:numId w:val="43"/>
        </w:numPr>
        <w:rPr>
          <w:rFonts w:cstheme="minorHAnsi"/>
          <w:b/>
          <w:bCs/>
        </w:rPr>
      </w:pPr>
      <w:r w:rsidRPr="00834A2B">
        <w:rPr>
          <w:rFonts w:cstheme="minorHAnsi"/>
          <w:b/>
          <w:bCs/>
        </w:rPr>
        <w:lastRenderedPageBreak/>
        <w:t>Agro Processing – Flour - $1,800,000</w:t>
      </w:r>
    </w:p>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bCs/>
          <w:lang w:val="en"/>
        </w:rPr>
      </w:pPr>
      <w:bookmarkStart w:id="11" w:name="_Hlk180084724"/>
      <w:r w:rsidRPr="00834A2B">
        <w:rPr>
          <w:rFonts w:cstheme="minorHAnsi"/>
          <w:bCs/>
          <w:lang w:val="en"/>
        </w:rPr>
        <w:t>GLDA</w:t>
      </w:r>
    </w:p>
    <w:p w:rsidR="00E03598" w:rsidRPr="00834A2B" w:rsidRDefault="00254BB8" w:rsidP="00E03598">
      <w:pPr>
        <w:numPr>
          <w:ilvl w:val="0"/>
          <w:numId w:val="44"/>
        </w:numPr>
        <w:rPr>
          <w:rFonts w:cstheme="minorHAnsi"/>
          <w:b/>
          <w:lang w:val="en"/>
        </w:rPr>
      </w:pPr>
      <w:r w:rsidRPr="00834A2B">
        <w:rPr>
          <w:rFonts w:cstheme="minorHAnsi"/>
          <w:b/>
          <w:lang w:val="en"/>
        </w:rPr>
        <w:t xml:space="preserve">Supplied 400 Black Giants </w:t>
      </w:r>
    </w:p>
    <w:p w:rsidR="00E03598" w:rsidRPr="00834A2B" w:rsidRDefault="00254BB8" w:rsidP="00E03598">
      <w:pPr>
        <w:numPr>
          <w:ilvl w:val="0"/>
          <w:numId w:val="44"/>
        </w:numPr>
        <w:rPr>
          <w:rFonts w:cstheme="minorHAnsi"/>
          <w:b/>
          <w:lang w:val="en"/>
        </w:rPr>
      </w:pPr>
      <w:r w:rsidRPr="00834A2B">
        <w:rPr>
          <w:rFonts w:cstheme="minorHAnsi"/>
          <w:b/>
          <w:lang w:val="en"/>
        </w:rPr>
        <w:t>Training On Cattle Management</w:t>
      </w:r>
    </w:p>
    <w:p w:rsidR="00E03598" w:rsidRPr="00834A2B" w:rsidRDefault="00254BB8" w:rsidP="00E03598">
      <w:pPr>
        <w:numPr>
          <w:ilvl w:val="0"/>
          <w:numId w:val="44"/>
        </w:numPr>
        <w:rPr>
          <w:rFonts w:cstheme="minorHAnsi"/>
          <w:b/>
          <w:lang w:val="en"/>
        </w:rPr>
      </w:pPr>
      <w:r w:rsidRPr="00834A2B">
        <w:rPr>
          <w:rFonts w:cstheme="minorHAnsi"/>
          <w:b/>
          <w:lang w:val="en"/>
        </w:rPr>
        <w:t>Vaccination Of Cattle</w:t>
      </w:r>
    </w:p>
    <w:bookmarkEnd w:id="11"/>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bCs/>
          <w:lang w:val="en"/>
        </w:rPr>
      </w:pPr>
      <w:r w:rsidRPr="00834A2B">
        <w:rPr>
          <w:rFonts w:cstheme="minorHAnsi"/>
          <w:bCs/>
          <w:lang w:val="en"/>
        </w:rPr>
        <w:t>NAREI</w:t>
      </w:r>
    </w:p>
    <w:p w:rsidR="00E03598" w:rsidRPr="00834A2B" w:rsidRDefault="00254BB8" w:rsidP="18AD7FA4">
      <w:pPr>
        <w:numPr>
          <w:ilvl w:val="0"/>
          <w:numId w:val="44"/>
        </w:numPr>
        <w:rPr>
          <w:rFonts w:cstheme="minorHAnsi"/>
          <w:b/>
          <w:bCs/>
        </w:rPr>
      </w:pPr>
      <w:r w:rsidRPr="00834A2B">
        <w:rPr>
          <w:rFonts w:cstheme="minorHAnsi"/>
          <w:b/>
          <w:bCs/>
        </w:rPr>
        <w:t xml:space="preserve">Provided Vegetable Seeds </w:t>
      </w:r>
      <w:proofErr w:type="gramStart"/>
      <w:r w:rsidRPr="00834A2B">
        <w:rPr>
          <w:rFonts w:cstheme="minorHAnsi"/>
          <w:b/>
          <w:bCs/>
        </w:rPr>
        <w:t>And</w:t>
      </w:r>
      <w:proofErr w:type="gramEnd"/>
      <w:r w:rsidRPr="00834A2B">
        <w:rPr>
          <w:rFonts w:cstheme="minorHAnsi"/>
          <w:b/>
          <w:bCs/>
        </w:rPr>
        <w:t xml:space="preserve"> Seedlings</w:t>
      </w:r>
    </w:p>
    <w:p w:rsidR="00E03598" w:rsidRPr="00834A2B" w:rsidRDefault="00254BB8" w:rsidP="00E03598">
      <w:pPr>
        <w:numPr>
          <w:ilvl w:val="0"/>
          <w:numId w:val="44"/>
        </w:numPr>
        <w:rPr>
          <w:rFonts w:cstheme="minorHAnsi"/>
          <w:b/>
          <w:lang w:val="en"/>
        </w:rPr>
      </w:pPr>
      <w:r w:rsidRPr="00834A2B">
        <w:rPr>
          <w:rFonts w:cstheme="minorHAnsi"/>
          <w:b/>
          <w:lang w:val="en"/>
        </w:rPr>
        <w:t>Provided Coconut Seedlings (50)</w:t>
      </w:r>
    </w:p>
    <w:p w:rsidR="00E03598" w:rsidRPr="00834A2B" w:rsidRDefault="00254BB8" w:rsidP="18AD7FA4">
      <w:pPr>
        <w:numPr>
          <w:ilvl w:val="0"/>
          <w:numId w:val="44"/>
        </w:numPr>
        <w:rPr>
          <w:rFonts w:cstheme="minorHAnsi"/>
          <w:b/>
          <w:bCs/>
        </w:rPr>
      </w:pPr>
      <w:r w:rsidRPr="00834A2B">
        <w:rPr>
          <w:rFonts w:cstheme="minorHAnsi"/>
          <w:b/>
          <w:bCs/>
        </w:rPr>
        <w:t xml:space="preserve">Provided Cassava Sticks </w:t>
      </w:r>
      <w:proofErr w:type="gramStart"/>
      <w:r w:rsidRPr="00834A2B">
        <w:rPr>
          <w:rFonts w:cstheme="minorHAnsi"/>
          <w:b/>
          <w:bCs/>
        </w:rPr>
        <w:t>To</w:t>
      </w:r>
      <w:proofErr w:type="gramEnd"/>
      <w:r w:rsidRPr="00834A2B">
        <w:rPr>
          <w:rFonts w:cstheme="minorHAnsi"/>
          <w:b/>
          <w:bCs/>
        </w:rPr>
        <w:t xml:space="preserve"> Some Farmers</w:t>
      </w:r>
    </w:p>
    <w:p w:rsidR="00E03598" w:rsidRPr="00834A2B" w:rsidRDefault="00254BB8" w:rsidP="00E03598">
      <w:pPr>
        <w:rPr>
          <w:rFonts w:cstheme="minorHAnsi"/>
          <w:bCs/>
          <w:lang w:val="en"/>
        </w:rPr>
      </w:pPr>
    </w:p>
    <w:p w:rsidR="00E03598" w:rsidRPr="00834A2B" w:rsidRDefault="00254BB8" w:rsidP="00E03598">
      <w:pPr>
        <w:numPr>
          <w:ilvl w:val="0"/>
          <w:numId w:val="42"/>
        </w:numPr>
        <w:rPr>
          <w:rFonts w:cstheme="minorHAnsi"/>
          <w:bCs/>
          <w:lang w:val="en"/>
        </w:rPr>
      </w:pPr>
      <w:r w:rsidRPr="00834A2B">
        <w:rPr>
          <w:rFonts w:cstheme="minorHAnsi"/>
          <w:bCs/>
          <w:lang w:val="en"/>
        </w:rPr>
        <w:t>NDIA</w:t>
      </w:r>
    </w:p>
    <w:p w:rsidR="00E03598" w:rsidRPr="00834A2B" w:rsidRDefault="00254BB8" w:rsidP="00E03598">
      <w:pPr>
        <w:numPr>
          <w:ilvl w:val="0"/>
          <w:numId w:val="44"/>
        </w:numPr>
        <w:rPr>
          <w:rFonts w:cstheme="minorHAnsi"/>
          <w:b/>
          <w:lang w:val="en"/>
        </w:rPr>
      </w:pPr>
      <w:r w:rsidRPr="00834A2B">
        <w:rPr>
          <w:rFonts w:cstheme="minorHAnsi"/>
          <w:b/>
          <w:lang w:val="en"/>
        </w:rPr>
        <w:t>Land Preparation 59 Acres</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Kaicumb</w:t>
      </w:r>
      <w:r w:rsidRPr="00834A2B">
        <w:rPr>
          <w:rFonts w:cstheme="minorHAnsi"/>
          <w:b/>
          <w:bCs/>
        </w:rPr>
        <w:t>ay</w:t>
      </w:r>
      <w:proofErr w:type="spellEnd"/>
      <w:r w:rsidRPr="00834A2B">
        <w:rPr>
          <w:rFonts w:cstheme="minorHAnsi"/>
          <w:b/>
          <w:bCs/>
        </w:rPr>
        <w:t xml:space="preserve"> - </w:t>
      </w:r>
      <w:r w:rsidRPr="00834A2B">
        <w:rPr>
          <w:rFonts w:cstheme="minorHAnsi"/>
        </w:rPr>
        <w:t>$6,480,000</w:t>
      </w:r>
    </w:p>
    <w:p w:rsidR="00E03598" w:rsidRPr="00834A2B" w:rsidRDefault="00254BB8" w:rsidP="00E03598">
      <w:pPr>
        <w:rPr>
          <w:rFonts w:cstheme="minorHAnsi"/>
          <w:b/>
          <w:lang w:val="en"/>
        </w:rPr>
      </w:pP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bCs/>
          <w:lang w:val="en"/>
        </w:rPr>
      </w:pPr>
      <w:r w:rsidRPr="00834A2B">
        <w:rPr>
          <w:rFonts w:cstheme="minorHAnsi"/>
          <w:bCs/>
          <w:lang w:val="en"/>
        </w:rPr>
        <w:t>HESADP - $6,480,000</w:t>
      </w:r>
    </w:p>
    <w:p w:rsidR="00E03598" w:rsidRPr="00834A2B" w:rsidRDefault="00254BB8" w:rsidP="00E03598">
      <w:pPr>
        <w:numPr>
          <w:ilvl w:val="0"/>
          <w:numId w:val="45"/>
        </w:numPr>
        <w:rPr>
          <w:rFonts w:cstheme="minorHAnsi"/>
          <w:b/>
          <w:lang w:val="en"/>
        </w:rPr>
      </w:pPr>
      <w:r w:rsidRPr="00834A2B">
        <w:rPr>
          <w:rFonts w:cstheme="minorHAnsi"/>
          <w:b/>
          <w:lang w:val="en"/>
        </w:rPr>
        <w:t xml:space="preserve">Construction and Fencing of Village Office - $5,000,000 </w:t>
      </w:r>
    </w:p>
    <w:p w:rsidR="00E03598" w:rsidRPr="00834A2B" w:rsidRDefault="00254BB8" w:rsidP="00E03598">
      <w:pPr>
        <w:numPr>
          <w:ilvl w:val="0"/>
          <w:numId w:val="45"/>
        </w:numPr>
        <w:rPr>
          <w:rFonts w:cstheme="minorHAnsi"/>
          <w:b/>
          <w:lang w:val="en"/>
        </w:rPr>
      </w:pPr>
      <w:r w:rsidRPr="00834A2B">
        <w:rPr>
          <w:rFonts w:cstheme="minorHAnsi"/>
          <w:b/>
          <w:lang w:val="en"/>
        </w:rPr>
        <w:t>Cattle Rearing - $1,480,000</w:t>
      </w:r>
    </w:p>
    <w:p w:rsidR="00E03598" w:rsidRPr="00834A2B" w:rsidRDefault="00254BB8" w:rsidP="00E03598">
      <w:pPr>
        <w:rPr>
          <w:rFonts w:cstheme="minorHAnsi"/>
          <w:bCs/>
          <w:lang w:val="en"/>
        </w:rPr>
      </w:pPr>
    </w:p>
    <w:p w:rsidR="00E03598" w:rsidRPr="00834A2B" w:rsidRDefault="00254BB8" w:rsidP="00E03598">
      <w:pPr>
        <w:numPr>
          <w:ilvl w:val="0"/>
          <w:numId w:val="42"/>
        </w:numPr>
        <w:rPr>
          <w:rFonts w:cstheme="minorHAnsi"/>
          <w:bCs/>
          <w:lang w:val="en"/>
        </w:rPr>
      </w:pPr>
      <w:bookmarkStart w:id="12" w:name="_Hlk180084734"/>
      <w:r w:rsidRPr="00834A2B">
        <w:rPr>
          <w:rFonts w:cstheme="minorHAnsi"/>
          <w:bCs/>
          <w:lang w:val="en"/>
        </w:rPr>
        <w:t>GLDA</w:t>
      </w:r>
    </w:p>
    <w:p w:rsidR="00E03598" w:rsidRPr="00834A2B" w:rsidRDefault="00254BB8" w:rsidP="18AD7FA4">
      <w:pPr>
        <w:numPr>
          <w:ilvl w:val="0"/>
          <w:numId w:val="46"/>
        </w:numPr>
        <w:rPr>
          <w:rFonts w:cstheme="minorHAnsi"/>
          <w:b/>
          <w:bCs/>
        </w:rPr>
      </w:pPr>
      <w:r w:rsidRPr="00834A2B">
        <w:rPr>
          <w:rFonts w:cstheme="minorHAnsi"/>
          <w:b/>
          <w:bCs/>
        </w:rPr>
        <w:t xml:space="preserve">Supplied 365 Black Giants </w:t>
      </w:r>
      <w:proofErr w:type="gramStart"/>
      <w:r w:rsidRPr="00834A2B">
        <w:rPr>
          <w:rFonts w:cstheme="minorHAnsi"/>
          <w:b/>
          <w:bCs/>
        </w:rPr>
        <w:t>And</w:t>
      </w:r>
      <w:proofErr w:type="gramEnd"/>
      <w:r w:rsidRPr="00834A2B">
        <w:rPr>
          <w:rFonts w:cstheme="minorHAnsi"/>
          <w:b/>
          <w:bCs/>
        </w:rPr>
        <w:t xml:space="preserve"> Breeding Bull</w:t>
      </w:r>
    </w:p>
    <w:p w:rsidR="00E03598" w:rsidRPr="00834A2B" w:rsidRDefault="00254BB8" w:rsidP="00E03598">
      <w:pPr>
        <w:numPr>
          <w:ilvl w:val="0"/>
          <w:numId w:val="46"/>
        </w:numPr>
        <w:rPr>
          <w:rFonts w:cstheme="minorHAnsi"/>
          <w:b/>
          <w:lang w:val="en"/>
        </w:rPr>
      </w:pPr>
      <w:r w:rsidRPr="00834A2B">
        <w:rPr>
          <w:rFonts w:cstheme="minorHAnsi"/>
          <w:b/>
          <w:lang w:val="en"/>
        </w:rPr>
        <w:lastRenderedPageBreak/>
        <w:t>Training On Livestock Management</w:t>
      </w:r>
    </w:p>
    <w:bookmarkEnd w:id="12"/>
    <w:p w:rsidR="00E03598" w:rsidRPr="00834A2B" w:rsidRDefault="00254BB8" w:rsidP="00E03598">
      <w:pPr>
        <w:rPr>
          <w:rFonts w:cstheme="minorHAnsi"/>
          <w:bCs/>
          <w:lang w:val="en"/>
        </w:rPr>
      </w:pPr>
    </w:p>
    <w:p w:rsidR="00E03598" w:rsidRPr="00834A2B" w:rsidRDefault="00254BB8" w:rsidP="00E03598">
      <w:pPr>
        <w:numPr>
          <w:ilvl w:val="0"/>
          <w:numId w:val="42"/>
        </w:numPr>
        <w:rPr>
          <w:rFonts w:cstheme="minorHAnsi"/>
          <w:bCs/>
          <w:lang w:val="en"/>
        </w:rPr>
      </w:pPr>
      <w:r w:rsidRPr="00834A2B">
        <w:rPr>
          <w:rFonts w:cstheme="minorHAnsi"/>
          <w:bCs/>
          <w:lang w:val="en"/>
        </w:rPr>
        <w:t>NAREI</w:t>
      </w:r>
    </w:p>
    <w:p w:rsidR="00E03598" w:rsidRPr="00834A2B" w:rsidRDefault="00254BB8" w:rsidP="00E03598">
      <w:pPr>
        <w:numPr>
          <w:ilvl w:val="0"/>
          <w:numId w:val="47"/>
        </w:numPr>
        <w:rPr>
          <w:rFonts w:cstheme="minorHAnsi"/>
          <w:b/>
          <w:lang w:val="en"/>
        </w:rPr>
      </w:pPr>
      <w:r w:rsidRPr="00834A2B">
        <w:rPr>
          <w:rFonts w:cstheme="minorHAnsi"/>
          <w:b/>
          <w:lang w:val="en"/>
        </w:rPr>
        <w:t>Conducted farmers training</w:t>
      </w:r>
    </w:p>
    <w:p w:rsidR="00E03598" w:rsidRPr="00834A2B" w:rsidRDefault="00254BB8" w:rsidP="00E03598">
      <w:pPr>
        <w:numPr>
          <w:ilvl w:val="0"/>
          <w:numId w:val="47"/>
        </w:numPr>
        <w:rPr>
          <w:rFonts w:cstheme="minorHAnsi"/>
          <w:bCs/>
          <w:lang w:val="en"/>
        </w:rPr>
      </w:pPr>
      <w:r w:rsidRPr="00834A2B">
        <w:rPr>
          <w:rFonts w:cstheme="minorHAnsi"/>
          <w:b/>
          <w:lang w:val="en"/>
        </w:rPr>
        <w:t>Provided vegetable seeds and seedlings</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rPr>
        <w:t>Yupukari</w:t>
      </w:r>
      <w:proofErr w:type="spellEnd"/>
      <w:r w:rsidRPr="00834A2B">
        <w:rPr>
          <w:rFonts w:cstheme="minorHAnsi"/>
        </w:rPr>
        <w:t xml:space="preserve"> Village - $8,479,300</w:t>
      </w:r>
    </w:p>
    <w:p w:rsidR="00E03598" w:rsidRPr="00834A2B" w:rsidRDefault="00254BB8" w:rsidP="00E03598">
      <w:pPr>
        <w:rPr>
          <w:rFonts w:cstheme="minorHAnsi"/>
          <w:bCs/>
          <w:lang w:val="en"/>
        </w:rPr>
      </w:pPr>
    </w:p>
    <w:p w:rsidR="00E03598" w:rsidRPr="00834A2B" w:rsidRDefault="00254BB8" w:rsidP="00E03598">
      <w:pPr>
        <w:rPr>
          <w:rFonts w:cstheme="minorHAnsi"/>
          <w:b/>
          <w:lang w:val="en"/>
        </w:rPr>
      </w:pPr>
      <w:r w:rsidRPr="00834A2B">
        <w:rPr>
          <w:rFonts w:cstheme="minorHAnsi"/>
          <w:bCs/>
          <w:lang w:val="en"/>
        </w:rPr>
        <w:t>Agency/Project</w:t>
      </w:r>
      <w:r w:rsidRPr="00834A2B">
        <w:rPr>
          <w:rFonts w:cstheme="minorHAnsi"/>
          <w:b/>
          <w:lang w:val="en"/>
        </w:rPr>
        <w:t>:</w:t>
      </w:r>
    </w:p>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b/>
          <w:lang w:val="en"/>
        </w:rPr>
      </w:pPr>
      <w:r w:rsidRPr="00834A2B">
        <w:rPr>
          <w:rFonts w:cstheme="minorHAnsi"/>
          <w:lang w:val="en"/>
        </w:rPr>
        <w:t>HESADP - $8,479,300</w:t>
      </w:r>
    </w:p>
    <w:p w:rsidR="00E03598" w:rsidRPr="00834A2B" w:rsidRDefault="00254BB8" w:rsidP="18AD7FA4">
      <w:pPr>
        <w:numPr>
          <w:ilvl w:val="0"/>
          <w:numId w:val="48"/>
        </w:numPr>
        <w:rPr>
          <w:rFonts w:cstheme="minorHAnsi"/>
          <w:b/>
          <w:bCs/>
        </w:rPr>
      </w:pPr>
      <w:r w:rsidRPr="00834A2B">
        <w:rPr>
          <w:rFonts w:cstheme="minorHAnsi"/>
          <w:b/>
          <w:bCs/>
        </w:rPr>
        <w:t xml:space="preserve">Construct Village Ranch House </w:t>
      </w:r>
      <w:proofErr w:type="gramStart"/>
      <w:r w:rsidRPr="00834A2B">
        <w:rPr>
          <w:rFonts w:cstheme="minorHAnsi"/>
          <w:b/>
          <w:bCs/>
        </w:rPr>
        <w:t>And</w:t>
      </w:r>
      <w:proofErr w:type="gramEnd"/>
      <w:r w:rsidRPr="00834A2B">
        <w:rPr>
          <w:rFonts w:cstheme="minorHAnsi"/>
          <w:b/>
          <w:bCs/>
        </w:rPr>
        <w:t xml:space="preserve"> Corral - $1,379,600 </w:t>
      </w:r>
    </w:p>
    <w:p w:rsidR="00E03598" w:rsidRPr="00834A2B" w:rsidRDefault="00254BB8" w:rsidP="18AD7FA4">
      <w:pPr>
        <w:numPr>
          <w:ilvl w:val="0"/>
          <w:numId w:val="48"/>
        </w:numPr>
        <w:rPr>
          <w:rFonts w:cstheme="minorHAnsi"/>
          <w:b/>
          <w:bCs/>
        </w:rPr>
      </w:pPr>
      <w:r w:rsidRPr="00834A2B">
        <w:rPr>
          <w:rFonts w:cstheme="minorHAnsi"/>
          <w:b/>
          <w:bCs/>
        </w:rPr>
        <w:t xml:space="preserve">Extension </w:t>
      </w:r>
      <w:proofErr w:type="gramStart"/>
      <w:r w:rsidRPr="00834A2B">
        <w:rPr>
          <w:rFonts w:cstheme="minorHAnsi"/>
          <w:b/>
          <w:bCs/>
        </w:rPr>
        <w:t>And</w:t>
      </w:r>
      <w:proofErr w:type="gramEnd"/>
      <w:r w:rsidRPr="00834A2B">
        <w:rPr>
          <w:rFonts w:cstheme="minorHAnsi"/>
          <w:b/>
          <w:bCs/>
        </w:rPr>
        <w:t xml:space="preserve"> Upgrade Of Processing Facility - $2,700,000</w:t>
      </w:r>
    </w:p>
    <w:p w:rsidR="00E03598" w:rsidRPr="00834A2B" w:rsidRDefault="00254BB8" w:rsidP="18AD7FA4">
      <w:pPr>
        <w:numPr>
          <w:ilvl w:val="0"/>
          <w:numId w:val="48"/>
        </w:numPr>
        <w:rPr>
          <w:rFonts w:cstheme="minorHAnsi"/>
          <w:b/>
          <w:bCs/>
        </w:rPr>
      </w:pPr>
      <w:r w:rsidRPr="00834A2B">
        <w:rPr>
          <w:rFonts w:cstheme="minorHAnsi"/>
          <w:b/>
          <w:bCs/>
        </w:rPr>
        <w:t>Complete Multipurpose Building, Add A Sanitary Block &amp; Complete The School’s Hot Meal Kitchen – 4,399,700</w:t>
      </w:r>
    </w:p>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lang w:val="en"/>
        </w:rPr>
      </w:pPr>
      <w:bookmarkStart w:id="13" w:name="_Hlk180084744"/>
      <w:r w:rsidRPr="00834A2B">
        <w:rPr>
          <w:rFonts w:cstheme="minorHAnsi"/>
          <w:lang w:val="en"/>
        </w:rPr>
        <w:t>GLDA</w:t>
      </w:r>
    </w:p>
    <w:p w:rsidR="00E03598" w:rsidRPr="00834A2B" w:rsidRDefault="00254BB8" w:rsidP="00E03598">
      <w:pPr>
        <w:numPr>
          <w:ilvl w:val="0"/>
          <w:numId w:val="48"/>
        </w:numPr>
        <w:rPr>
          <w:rFonts w:cstheme="minorHAnsi"/>
          <w:b/>
          <w:lang w:val="en"/>
        </w:rPr>
      </w:pPr>
      <w:r w:rsidRPr="00834A2B">
        <w:rPr>
          <w:rFonts w:cstheme="minorHAnsi"/>
          <w:b/>
          <w:lang w:val="en"/>
        </w:rPr>
        <w:t>Supplied 300 Black Giants</w:t>
      </w:r>
    </w:p>
    <w:p w:rsidR="00E03598" w:rsidRPr="00834A2B" w:rsidRDefault="00254BB8" w:rsidP="00E03598">
      <w:pPr>
        <w:numPr>
          <w:ilvl w:val="0"/>
          <w:numId w:val="48"/>
        </w:numPr>
        <w:rPr>
          <w:rFonts w:cstheme="minorHAnsi"/>
          <w:b/>
          <w:lang w:val="en"/>
        </w:rPr>
      </w:pPr>
      <w:r w:rsidRPr="00834A2B">
        <w:rPr>
          <w:rFonts w:cstheme="minorHAnsi"/>
          <w:b/>
          <w:lang w:val="en"/>
        </w:rPr>
        <w:t>Breeding Bull</w:t>
      </w:r>
    </w:p>
    <w:p w:rsidR="00E03598" w:rsidRPr="00834A2B" w:rsidRDefault="00254BB8" w:rsidP="18AD7FA4">
      <w:pPr>
        <w:numPr>
          <w:ilvl w:val="0"/>
          <w:numId w:val="48"/>
        </w:numPr>
        <w:rPr>
          <w:rFonts w:cstheme="minorHAnsi"/>
          <w:b/>
          <w:bCs/>
        </w:rPr>
      </w:pPr>
      <w:r w:rsidRPr="00834A2B">
        <w:rPr>
          <w:rFonts w:cstheme="minorHAnsi"/>
          <w:b/>
          <w:bCs/>
        </w:rPr>
        <w:t xml:space="preserve">Conducted </w:t>
      </w:r>
      <w:proofErr w:type="spellStart"/>
      <w:r w:rsidRPr="00834A2B">
        <w:rPr>
          <w:rFonts w:cstheme="minorHAnsi"/>
          <w:b/>
          <w:bCs/>
        </w:rPr>
        <w:t>Traning</w:t>
      </w:r>
      <w:proofErr w:type="spellEnd"/>
      <w:r w:rsidRPr="00834A2B">
        <w:rPr>
          <w:rFonts w:cstheme="minorHAnsi"/>
          <w:b/>
          <w:bCs/>
        </w:rPr>
        <w:t xml:space="preserve"> On Livestock Management</w:t>
      </w:r>
    </w:p>
    <w:bookmarkEnd w:id="13"/>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lang w:val="en"/>
        </w:rPr>
      </w:pPr>
      <w:r w:rsidRPr="00834A2B">
        <w:rPr>
          <w:rFonts w:cstheme="minorHAnsi"/>
          <w:lang w:val="en"/>
        </w:rPr>
        <w:t>NAREI</w:t>
      </w:r>
    </w:p>
    <w:p w:rsidR="00E03598" w:rsidRPr="00834A2B" w:rsidRDefault="00254BB8" w:rsidP="18AD7FA4">
      <w:pPr>
        <w:numPr>
          <w:ilvl w:val="0"/>
          <w:numId w:val="48"/>
        </w:numPr>
        <w:rPr>
          <w:rFonts w:cstheme="minorHAnsi"/>
          <w:b/>
          <w:bCs/>
        </w:rPr>
      </w:pPr>
      <w:r w:rsidRPr="00834A2B">
        <w:rPr>
          <w:rFonts w:cstheme="minorHAnsi"/>
          <w:b/>
          <w:bCs/>
        </w:rPr>
        <w:t>Conducted Training On Shade House.</w:t>
      </w:r>
    </w:p>
    <w:p w:rsidR="00E03598" w:rsidRPr="00834A2B" w:rsidRDefault="00254BB8" w:rsidP="00E03598">
      <w:pPr>
        <w:numPr>
          <w:ilvl w:val="0"/>
          <w:numId w:val="48"/>
        </w:numPr>
        <w:rPr>
          <w:rFonts w:cstheme="minorHAnsi"/>
          <w:b/>
          <w:lang w:val="en"/>
        </w:rPr>
      </w:pPr>
      <w:r w:rsidRPr="00834A2B">
        <w:rPr>
          <w:rFonts w:cstheme="minorHAnsi"/>
          <w:b/>
          <w:lang w:val="en"/>
        </w:rPr>
        <w:t>Provided Vegetable S</w:t>
      </w:r>
      <w:r w:rsidRPr="00834A2B">
        <w:rPr>
          <w:rFonts w:cstheme="minorHAnsi"/>
          <w:b/>
          <w:lang w:val="en"/>
        </w:rPr>
        <w:t>eeds</w:t>
      </w:r>
    </w:p>
    <w:p w:rsidR="00E03598" w:rsidRPr="00834A2B" w:rsidRDefault="00254BB8" w:rsidP="00E03598">
      <w:pPr>
        <w:numPr>
          <w:ilvl w:val="0"/>
          <w:numId w:val="48"/>
        </w:numPr>
        <w:rPr>
          <w:rFonts w:cstheme="minorHAnsi"/>
          <w:b/>
        </w:rPr>
      </w:pPr>
      <w:proofErr w:type="spellStart"/>
      <w:r w:rsidRPr="00834A2B">
        <w:rPr>
          <w:rFonts w:cstheme="minorHAnsi"/>
          <w:b/>
          <w:lang w:val="en"/>
        </w:rPr>
        <w:t>Acoushi</w:t>
      </w:r>
      <w:proofErr w:type="spellEnd"/>
      <w:r w:rsidRPr="00834A2B">
        <w:rPr>
          <w:rFonts w:cstheme="minorHAnsi"/>
          <w:b/>
          <w:lang w:val="en"/>
        </w:rPr>
        <w:t xml:space="preserve"> Ant Bait (6 Packs) And </w:t>
      </w:r>
      <w:proofErr w:type="spellStart"/>
      <w:r w:rsidRPr="00834A2B">
        <w:rPr>
          <w:rFonts w:cstheme="minorHAnsi"/>
          <w:b/>
          <w:lang w:val="en"/>
        </w:rPr>
        <w:t>Fastak</w:t>
      </w:r>
      <w:proofErr w:type="spellEnd"/>
      <w:r w:rsidRPr="00834A2B">
        <w:rPr>
          <w:rFonts w:cstheme="minorHAnsi"/>
          <w:b/>
          <w:lang w:val="en"/>
        </w:rPr>
        <w:t xml:space="preserve"> (3 Liters)</w:t>
      </w:r>
    </w:p>
    <w:p w:rsidR="00E03598" w:rsidRPr="00834A2B" w:rsidRDefault="00254BB8" w:rsidP="00E03598">
      <w:pPr>
        <w:rPr>
          <w:rFonts w:cstheme="minorHAnsi"/>
          <w:lang w:val="en"/>
        </w:rPr>
      </w:pPr>
    </w:p>
    <w:p w:rsidR="00E03598" w:rsidRPr="00834A2B" w:rsidRDefault="00254BB8" w:rsidP="00E03598">
      <w:pPr>
        <w:numPr>
          <w:ilvl w:val="0"/>
          <w:numId w:val="42"/>
        </w:numPr>
        <w:rPr>
          <w:rFonts w:cstheme="minorHAnsi"/>
          <w:lang w:val="en"/>
        </w:rPr>
      </w:pPr>
      <w:r w:rsidRPr="00834A2B">
        <w:rPr>
          <w:rFonts w:cstheme="minorHAnsi"/>
          <w:lang w:val="en"/>
        </w:rPr>
        <w:t>NDIA</w:t>
      </w:r>
    </w:p>
    <w:p w:rsidR="00E03598" w:rsidRPr="00834A2B" w:rsidRDefault="00254BB8" w:rsidP="18AD7FA4">
      <w:pPr>
        <w:numPr>
          <w:ilvl w:val="0"/>
          <w:numId w:val="49"/>
        </w:numPr>
        <w:rPr>
          <w:rFonts w:cstheme="minorHAnsi"/>
          <w:b/>
          <w:bCs/>
        </w:rPr>
      </w:pPr>
      <w:r w:rsidRPr="00834A2B">
        <w:rPr>
          <w:rFonts w:cstheme="minorHAnsi"/>
          <w:b/>
          <w:bCs/>
        </w:rPr>
        <w:t xml:space="preserve">Land </w:t>
      </w:r>
      <w:proofErr w:type="spellStart"/>
      <w:r w:rsidRPr="00834A2B">
        <w:rPr>
          <w:rFonts w:cstheme="minorHAnsi"/>
          <w:b/>
          <w:bCs/>
        </w:rPr>
        <w:t>Preperation</w:t>
      </w:r>
      <w:proofErr w:type="spellEnd"/>
      <w:r w:rsidRPr="00834A2B">
        <w:rPr>
          <w:rFonts w:cstheme="minorHAnsi"/>
          <w:b/>
          <w:bCs/>
        </w:rPr>
        <w:t xml:space="preserve"> 50 Acres</w:t>
      </w:r>
    </w:p>
    <w:p w:rsidR="00E03598" w:rsidRPr="00834A2B" w:rsidRDefault="00254BB8" w:rsidP="00E03598">
      <w:pPr>
        <w:rPr>
          <w:rFonts w:cstheme="minorHAnsi"/>
          <w:b/>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Quatata</w:t>
      </w:r>
      <w:proofErr w:type="spellEnd"/>
      <w:r w:rsidRPr="00834A2B">
        <w:rPr>
          <w:rFonts w:cstheme="minorHAnsi"/>
          <w:b/>
          <w:bCs/>
        </w:rPr>
        <w:t xml:space="preserve"> - $10,400,000</w:t>
      </w:r>
    </w:p>
    <w:p w:rsidR="00E03598" w:rsidRPr="00834A2B" w:rsidRDefault="00254BB8" w:rsidP="00E03598">
      <w:pPr>
        <w:rPr>
          <w:rFonts w:cstheme="minorHAnsi"/>
          <w:bCs/>
          <w:lang w:val="en"/>
        </w:rPr>
      </w:pPr>
      <w:r w:rsidRPr="00834A2B">
        <w:rPr>
          <w:rFonts w:cstheme="minorHAnsi"/>
          <w:b/>
          <w:lang w:val="en"/>
        </w:rPr>
        <w:t xml:space="preserve"> </w:t>
      </w: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7"/>
        </w:numPr>
        <w:rPr>
          <w:rFonts w:cstheme="minorHAnsi"/>
          <w:bCs/>
          <w:lang w:val="en"/>
        </w:rPr>
      </w:pPr>
      <w:r w:rsidRPr="00834A2B">
        <w:rPr>
          <w:rFonts w:cstheme="minorHAnsi"/>
          <w:bCs/>
          <w:lang w:val="en"/>
        </w:rPr>
        <w:t>HESADP - $10,400,000</w:t>
      </w:r>
    </w:p>
    <w:p w:rsidR="00E03598" w:rsidRPr="00834A2B" w:rsidRDefault="00254BB8" w:rsidP="00E03598">
      <w:pPr>
        <w:numPr>
          <w:ilvl w:val="0"/>
          <w:numId w:val="50"/>
        </w:numPr>
        <w:rPr>
          <w:rFonts w:cstheme="minorHAnsi"/>
          <w:b/>
          <w:lang w:val="en"/>
        </w:rPr>
      </w:pPr>
      <w:r w:rsidRPr="00834A2B">
        <w:rPr>
          <w:rFonts w:cstheme="minorHAnsi"/>
          <w:b/>
          <w:lang w:val="en"/>
        </w:rPr>
        <w:t>Construction Of Multipurpose Benab – 5,000,000</w:t>
      </w:r>
    </w:p>
    <w:p w:rsidR="00E03598" w:rsidRPr="00834A2B" w:rsidRDefault="00254BB8" w:rsidP="00E03598">
      <w:pPr>
        <w:numPr>
          <w:ilvl w:val="0"/>
          <w:numId w:val="50"/>
        </w:numPr>
        <w:rPr>
          <w:rFonts w:cstheme="minorHAnsi"/>
          <w:b/>
          <w:lang w:val="en"/>
        </w:rPr>
      </w:pPr>
      <w:r w:rsidRPr="00834A2B">
        <w:rPr>
          <w:rFonts w:cstheme="minorHAnsi"/>
          <w:b/>
          <w:lang w:val="en"/>
        </w:rPr>
        <w:t>Burnt Brick Project – 2,700,000</w:t>
      </w:r>
    </w:p>
    <w:p w:rsidR="00E03598" w:rsidRPr="00834A2B" w:rsidRDefault="00254BB8" w:rsidP="00E03598">
      <w:pPr>
        <w:numPr>
          <w:ilvl w:val="0"/>
          <w:numId w:val="50"/>
        </w:numPr>
        <w:rPr>
          <w:rFonts w:cstheme="minorHAnsi"/>
          <w:b/>
          <w:lang w:val="en"/>
        </w:rPr>
      </w:pPr>
      <w:r w:rsidRPr="00834A2B">
        <w:rPr>
          <w:rFonts w:cstheme="minorHAnsi"/>
          <w:b/>
          <w:lang w:val="en"/>
        </w:rPr>
        <w:t xml:space="preserve">Cattle </w:t>
      </w:r>
      <w:r w:rsidRPr="00834A2B">
        <w:rPr>
          <w:rFonts w:cstheme="minorHAnsi"/>
          <w:b/>
          <w:lang w:val="en"/>
        </w:rPr>
        <w:t>Rearing &amp; Potato Production – 2,700,000</w:t>
      </w:r>
    </w:p>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lang w:val="en"/>
        </w:rPr>
      </w:pPr>
      <w:bookmarkStart w:id="14" w:name="_Hlk180084761"/>
      <w:r w:rsidRPr="00834A2B">
        <w:rPr>
          <w:rFonts w:cstheme="minorHAnsi"/>
          <w:lang w:val="en"/>
        </w:rPr>
        <w:t>GLDA</w:t>
      </w:r>
    </w:p>
    <w:p w:rsidR="00E03598" w:rsidRPr="00834A2B" w:rsidRDefault="00254BB8" w:rsidP="18AD7FA4">
      <w:pPr>
        <w:numPr>
          <w:ilvl w:val="0"/>
          <w:numId w:val="50"/>
        </w:numPr>
        <w:rPr>
          <w:rFonts w:cstheme="minorHAnsi"/>
          <w:b/>
          <w:bCs/>
        </w:rPr>
      </w:pPr>
      <w:r w:rsidRPr="00834A2B">
        <w:rPr>
          <w:rFonts w:cstheme="minorHAnsi"/>
          <w:b/>
          <w:bCs/>
        </w:rPr>
        <w:t xml:space="preserve">Supplied 300 Black Giants </w:t>
      </w:r>
      <w:proofErr w:type="gramStart"/>
      <w:r w:rsidRPr="00834A2B">
        <w:rPr>
          <w:rFonts w:cstheme="minorHAnsi"/>
          <w:b/>
          <w:bCs/>
        </w:rPr>
        <w:t>And</w:t>
      </w:r>
      <w:proofErr w:type="gramEnd"/>
      <w:r w:rsidRPr="00834A2B">
        <w:rPr>
          <w:rFonts w:cstheme="minorHAnsi"/>
          <w:b/>
          <w:bCs/>
        </w:rPr>
        <w:t xml:space="preserve"> Breeding Bull</w:t>
      </w:r>
    </w:p>
    <w:p w:rsidR="00E03598" w:rsidRPr="00834A2B" w:rsidRDefault="00254BB8" w:rsidP="00E03598">
      <w:pPr>
        <w:numPr>
          <w:ilvl w:val="0"/>
          <w:numId w:val="50"/>
        </w:numPr>
        <w:rPr>
          <w:rFonts w:cstheme="minorHAnsi"/>
          <w:bCs/>
          <w:lang w:val="en"/>
        </w:rPr>
      </w:pPr>
      <w:r w:rsidRPr="00834A2B">
        <w:rPr>
          <w:rFonts w:cstheme="minorHAnsi"/>
          <w:b/>
          <w:lang w:val="en"/>
        </w:rPr>
        <w:t>Training On Livestock Management</w:t>
      </w:r>
      <w:r w:rsidRPr="00834A2B">
        <w:rPr>
          <w:rFonts w:cstheme="minorHAnsi"/>
          <w:bCs/>
          <w:lang w:val="en"/>
        </w:rPr>
        <w:t xml:space="preserve"> </w:t>
      </w:r>
    </w:p>
    <w:bookmarkEnd w:id="14"/>
    <w:p w:rsidR="00E03598" w:rsidRPr="00834A2B" w:rsidRDefault="00254BB8" w:rsidP="00E03598">
      <w:pPr>
        <w:rPr>
          <w:rFonts w:cstheme="minorHAnsi"/>
          <w:bCs/>
          <w:lang w:val="en"/>
        </w:rPr>
      </w:pPr>
    </w:p>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lang w:val="en"/>
        </w:rPr>
      </w:pPr>
      <w:r w:rsidRPr="00834A2B">
        <w:rPr>
          <w:rFonts w:cstheme="minorHAnsi"/>
          <w:lang w:val="en"/>
        </w:rPr>
        <w:t>NAREI</w:t>
      </w:r>
    </w:p>
    <w:p w:rsidR="00E03598" w:rsidRPr="00834A2B" w:rsidRDefault="00254BB8" w:rsidP="18AD7FA4">
      <w:pPr>
        <w:numPr>
          <w:ilvl w:val="0"/>
          <w:numId w:val="50"/>
        </w:numPr>
        <w:rPr>
          <w:rFonts w:cstheme="minorHAnsi"/>
          <w:b/>
          <w:bCs/>
        </w:rPr>
      </w:pPr>
      <w:r w:rsidRPr="00834A2B">
        <w:rPr>
          <w:rFonts w:cstheme="minorHAnsi"/>
          <w:b/>
          <w:bCs/>
        </w:rPr>
        <w:t xml:space="preserve">Supplied 3 Bags Fertilizer </w:t>
      </w:r>
      <w:proofErr w:type="gramStart"/>
      <w:r w:rsidRPr="00834A2B">
        <w:rPr>
          <w:rFonts w:cstheme="minorHAnsi"/>
          <w:b/>
          <w:bCs/>
        </w:rPr>
        <w:t>To</w:t>
      </w:r>
      <w:proofErr w:type="gramEnd"/>
      <w:r w:rsidRPr="00834A2B">
        <w:rPr>
          <w:rFonts w:cstheme="minorHAnsi"/>
          <w:b/>
          <w:bCs/>
        </w:rPr>
        <w:t xml:space="preserve"> Watermelon Farm</w:t>
      </w:r>
    </w:p>
    <w:p w:rsidR="00E03598" w:rsidRPr="00834A2B" w:rsidRDefault="00254BB8" w:rsidP="00E03598">
      <w:pPr>
        <w:numPr>
          <w:ilvl w:val="0"/>
          <w:numId w:val="50"/>
        </w:numPr>
        <w:rPr>
          <w:rFonts w:cstheme="minorHAnsi"/>
          <w:b/>
          <w:lang w:val="en"/>
        </w:rPr>
      </w:pPr>
      <w:r w:rsidRPr="00834A2B">
        <w:rPr>
          <w:rFonts w:cstheme="minorHAnsi"/>
          <w:b/>
          <w:lang w:val="en"/>
        </w:rPr>
        <w:t>Provided Vegetable Seeds</w:t>
      </w:r>
    </w:p>
    <w:p w:rsidR="00E03598" w:rsidRPr="00834A2B" w:rsidRDefault="00254BB8" w:rsidP="00E03598">
      <w:pPr>
        <w:rPr>
          <w:rFonts w:cstheme="minorHAnsi"/>
          <w:b/>
          <w:bCs/>
          <w:lang w:val="en"/>
        </w:rPr>
      </w:pPr>
    </w:p>
    <w:p w:rsidR="00E03598" w:rsidRPr="00834A2B" w:rsidRDefault="00254BB8" w:rsidP="00E03598">
      <w:pPr>
        <w:numPr>
          <w:ilvl w:val="0"/>
          <w:numId w:val="42"/>
        </w:numPr>
        <w:rPr>
          <w:rFonts w:cstheme="minorHAnsi"/>
          <w:lang w:val="en"/>
        </w:rPr>
      </w:pPr>
      <w:r w:rsidRPr="00834A2B">
        <w:rPr>
          <w:rFonts w:cstheme="minorHAnsi"/>
          <w:lang w:val="en"/>
        </w:rPr>
        <w:t>NDIA</w:t>
      </w:r>
    </w:p>
    <w:p w:rsidR="00E03598" w:rsidRPr="00834A2B" w:rsidRDefault="00254BB8" w:rsidP="00E03598">
      <w:pPr>
        <w:numPr>
          <w:ilvl w:val="0"/>
          <w:numId w:val="50"/>
        </w:numPr>
        <w:rPr>
          <w:rFonts w:cstheme="minorHAnsi"/>
          <w:b/>
          <w:lang w:val="en"/>
        </w:rPr>
      </w:pPr>
      <w:r w:rsidRPr="00834A2B">
        <w:rPr>
          <w:rFonts w:cstheme="minorHAnsi"/>
          <w:b/>
          <w:lang w:val="en"/>
        </w:rPr>
        <w:t>Land Preparation 15 Acres</w:t>
      </w:r>
    </w:p>
    <w:p w:rsidR="00E03598" w:rsidRPr="00834A2B" w:rsidRDefault="00254BB8" w:rsidP="00E03598">
      <w:pPr>
        <w:rPr>
          <w:rFonts w:cstheme="minorHAnsi"/>
          <w:bCs/>
          <w:lang w:val="en"/>
        </w:rPr>
      </w:pP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lastRenderedPageBreak/>
        <w:t xml:space="preserve">  Name of Village:</w:t>
      </w:r>
      <w:r w:rsidRPr="00834A2B">
        <w:rPr>
          <w:rFonts w:cstheme="minorHAnsi"/>
          <w:b/>
          <w:lang w:val="en"/>
        </w:rPr>
        <w:t xml:space="preserve"> Katoka - </w:t>
      </w:r>
      <w:r w:rsidRPr="00834A2B">
        <w:rPr>
          <w:rFonts w:cstheme="minorHAnsi"/>
          <w:bCs/>
          <w:lang w:val="en"/>
        </w:rPr>
        <w:t>$10,400,000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$10,400,000</w:t>
      </w:r>
    </w:p>
    <w:p w:rsidR="00E03598" w:rsidRPr="00834A2B" w:rsidRDefault="00254BB8" w:rsidP="00E03598">
      <w:pPr>
        <w:rPr>
          <w:rFonts w:cstheme="minorHAnsi"/>
          <w:b/>
          <w:lang w:val="en"/>
        </w:rPr>
      </w:pPr>
    </w:p>
    <w:p w:rsidR="00E03598" w:rsidRPr="00834A2B" w:rsidRDefault="00254BB8" w:rsidP="00E03598">
      <w:pPr>
        <w:numPr>
          <w:ilvl w:val="0"/>
          <w:numId w:val="51"/>
        </w:numPr>
        <w:rPr>
          <w:rFonts w:cstheme="minorHAnsi"/>
          <w:b/>
          <w:lang w:val="en"/>
        </w:rPr>
      </w:pPr>
      <w:r w:rsidRPr="00834A2B">
        <w:rPr>
          <w:rFonts w:cstheme="minorHAnsi"/>
          <w:b/>
          <w:lang w:val="en"/>
        </w:rPr>
        <w:t>Cattle rearing – 2,700,000</w:t>
      </w:r>
    </w:p>
    <w:p w:rsidR="00E03598" w:rsidRPr="00834A2B" w:rsidRDefault="00254BB8" w:rsidP="18AD7FA4">
      <w:pPr>
        <w:numPr>
          <w:ilvl w:val="0"/>
          <w:numId w:val="51"/>
        </w:numPr>
        <w:rPr>
          <w:rFonts w:cstheme="minorHAnsi"/>
          <w:b/>
          <w:bCs/>
        </w:rPr>
      </w:pPr>
      <w:r w:rsidRPr="00834A2B">
        <w:rPr>
          <w:rFonts w:cstheme="minorHAnsi"/>
          <w:b/>
          <w:bCs/>
        </w:rPr>
        <w:t>Mini Agro-processing and catering Facility – 2,700,000</w:t>
      </w:r>
    </w:p>
    <w:p w:rsidR="00E03598" w:rsidRPr="00834A2B" w:rsidRDefault="00254BB8" w:rsidP="00E03598">
      <w:pPr>
        <w:numPr>
          <w:ilvl w:val="0"/>
          <w:numId w:val="51"/>
        </w:numPr>
        <w:rPr>
          <w:rFonts w:cstheme="minorHAnsi"/>
          <w:b/>
          <w:lang w:val="en"/>
        </w:rPr>
      </w:pPr>
      <w:r w:rsidRPr="00834A2B">
        <w:rPr>
          <w:rFonts w:cstheme="minorHAnsi"/>
          <w:b/>
          <w:lang w:val="en"/>
        </w:rPr>
        <w:t>Upgrading and Furnishing of Multipurpose Building – 5,000,000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Name of Village: </w:t>
      </w:r>
      <w:proofErr w:type="spellStart"/>
      <w:r w:rsidRPr="00834A2B">
        <w:rPr>
          <w:rFonts w:cstheme="minorHAnsi"/>
          <w:b/>
          <w:bCs/>
        </w:rPr>
        <w:t>Semoni</w:t>
      </w:r>
      <w:proofErr w:type="spellEnd"/>
      <w:r w:rsidRPr="00834A2B">
        <w:rPr>
          <w:rFonts w:cstheme="minorHAnsi"/>
          <w:b/>
          <w:bCs/>
        </w:rPr>
        <w:t xml:space="preserve"> - </w:t>
      </w:r>
      <w:r w:rsidRPr="00834A2B">
        <w:rPr>
          <w:rFonts w:cstheme="minorHAnsi"/>
        </w:rPr>
        <w:t>$7,700,000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$7,700,000</w:t>
      </w:r>
    </w:p>
    <w:p w:rsidR="00E03598" w:rsidRPr="00834A2B" w:rsidRDefault="00254BB8" w:rsidP="00E03598">
      <w:pPr>
        <w:rPr>
          <w:rFonts w:cstheme="minorHAnsi"/>
          <w:b/>
          <w:lang w:val="en"/>
        </w:rPr>
      </w:pPr>
    </w:p>
    <w:p w:rsidR="00E03598" w:rsidRPr="00834A2B" w:rsidRDefault="00254BB8" w:rsidP="00E03598">
      <w:pPr>
        <w:numPr>
          <w:ilvl w:val="0"/>
          <w:numId w:val="52"/>
        </w:numPr>
        <w:rPr>
          <w:rFonts w:cstheme="minorHAnsi"/>
          <w:b/>
          <w:lang w:val="en"/>
        </w:rPr>
      </w:pPr>
      <w:r w:rsidRPr="00834A2B">
        <w:rPr>
          <w:rFonts w:cstheme="minorHAnsi"/>
          <w:b/>
          <w:lang w:val="en"/>
        </w:rPr>
        <w:t>Construction of Walkway – 5,000,000</w:t>
      </w:r>
    </w:p>
    <w:p w:rsidR="00E03598" w:rsidRPr="00834A2B" w:rsidRDefault="00254BB8" w:rsidP="00E03598">
      <w:pPr>
        <w:numPr>
          <w:ilvl w:val="0"/>
          <w:numId w:val="52"/>
        </w:numPr>
        <w:rPr>
          <w:rFonts w:cstheme="minorHAnsi"/>
          <w:b/>
          <w:lang w:val="en"/>
        </w:rPr>
      </w:pPr>
      <w:r w:rsidRPr="00834A2B">
        <w:rPr>
          <w:rFonts w:cstheme="minorHAnsi"/>
          <w:b/>
          <w:lang w:val="en"/>
        </w:rPr>
        <w:t>Construction of Rest House -2,700,000</w:t>
      </w:r>
    </w:p>
    <w:p w:rsidR="00E03598" w:rsidRPr="00834A2B" w:rsidRDefault="00254BB8" w:rsidP="00E03598">
      <w:pPr>
        <w:rPr>
          <w:rFonts w:cstheme="minorHAnsi"/>
          <w:b/>
          <w:lang w:val="en"/>
        </w:rPr>
      </w:pPr>
    </w:p>
    <w:p w:rsidR="00E03598" w:rsidRPr="00834A2B" w:rsidRDefault="00254BB8" w:rsidP="00E03598">
      <w:pPr>
        <w:numPr>
          <w:ilvl w:val="0"/>
          <w:numId w:val="6"/>
        </w:numPr>
        <w:rPr>
          <w:rFonts w:cstheme="minorHAnsi"/>
          <w:b/>
          <w:lang w:val="en"/>
        </w:rPr>
      </w:pPr>
      <w:r w:rsidRPr="00834A2B">
        <w:rPr>
          <w:rFonts w:cstheme="minorHAnsi"/>
          <w:b/>
          <w:lang w:val="en"/>
        </w:rPr>
        <w:t xml:space="preserve">  Name of Village: Fly Hill - </w:t>
      </w:r>
      <w:r w:rsidRPr="00834A2B">
        <w:rPr>
          <w:rFonts w:cstheme="minorHAnsi"/>
          <w:bCs/>
          <w:lang w:val="en"/>
        </w:rPr>
        <w:t>$7,700,000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42"/>
        </w:numPr>
        <w:rPr>
          <w:rFonts w:cstheme="minorHAnsi"/>
          <w:bCs/>
          <w:lang w:val="en"/>
        </w:rPr>
      </w:pPr>
      <w:r w:rsidRPr="00834A2B">
        <w:rPr>
          <w:rFonts w:cstheme="minorHAnsi"/>
          <w:bCs/>
          <w:lang w:val="en"/>
        </w:rPr>
        <w:t>HESADP - $7,700,000</w:t>
      </w:r>
    </w:p>
    <w:p w:rsidR="00E03598" w:rsidRPr="00834A2B" w:rsidRDefault="00254BB8" w:rsidP="00E03598">
      <w:pPr>
        <w:rPr>
          <w:rFonts w:cstheme="minorHAnsi"/>
          <w:b/>
          <w:lang w:val="en"/>
        </w:rPr>
      </w:pPr>
    </w:p>
    <w:p w:rsidR="00E03598" w:rsidRPr="00834A2B" w:rsidRDefault="00254BB8" w:rsidP="00E03598">
      <w:pPr>
        <w:numPr>
          <w:ilvl w:val="0"/>
          <w:numId w:val="53"/>
        </w:numPr>
        <w:rPr>
          <w:rFonts w:cstheme="minorHAnsi"/>
          <w:b/>
          <w:lang w:val="en"/>
        </w:rPr>
      </w:pPr>
      <w:r w:rsidRPr="00834A2B">
        <w:rPr>
          <w:rFonts w:cstheme="minorHAnsi"/>
          <w:b/>
          <w:lang w:val="en"/>
        </w:rPr>
        <w:t>Establishment of Ceramic Centre – 2,700,000</w:t>
      </w:r>
    </w:p>
    <w:p w:rsidR="00E03598" w:rsidRPr="00834A2B" w:rsidRDefault="00254BB8" w:rsidP="18AD7FA4">
      <w:pPr>
        <w:numPr>
          <w:ilvl w:val="0"/>
          <w:numId w:val="53"/>
        </w:numPr>
        <w:rPr>
          <w:rFonts w:cstheme="minorHAnsi"/>
          <w:b/>
          <w:bCs/>
        </w:rPr>
      </w:pPr>
      <w:r w:rsidRPr="00834A2B">
        <w:rPr>
          <w:rFonts w:cstheme="minorHAnsi"/>
          <w:b/>
          <w:bCs/>
        </w:rPr>
        <w:t>Construction &amp; Equippi</w:t>
      </w:r>
      <w:r w:rsidRPr="00834A2B">
        <w:rPr>
          <w:rFonts w:cstheme="minorHAnsi"/>
          <w:b/>
          <w:bCs/>
        </w:rPr>
        <w:t xml:space="preserve">ng </w:t>
      </w:r>
      <w:proofErr w:type="spellStart"/>
      <w:r w:rsidRPr="00834A2B">
        <w:rPr>
          <w:rFonts w:cstheme="minorHAnsi"/>
          <w:b/>
          <w:bCs/>
        </w:rPr>
        <w:t>Hotmeal</w:t>
      </w:r>
      <w:proofErr w:type="spellEnd"/>
      <w:r w:rsidRPr="00834A2B">
        <w:rPr>
          <w:rFonts w:cstheme="minorHAnsi"/>
          <w:b/>
          <w:bCs/>
        </w:rPr>
        <w:t xml:space="preserve"> Kitchen – 5,000,000</w:t>
      </w:r>
    </w:p>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bCs/>
          <w:lang w:val="en"/>
        </w:rPr>
      </w:pPr>
      <w:bookmarkStart w:id="15" w:name="_Hlk180084775"/>
      <w:r w:rsidRPr="00834A2B">
        <w:rPr>
          <w:rFonts w:cstheme="minorHAnsi"/>
          <w:bCs/>
          <w:lang w:val="en"/>
        </w:rPr>
        <w:t>GLDA</w:t>
      </w:r>
    </w:p>
    <w:p w:rsidR="00E03598" w:rsidRPr="00834A2B" w:rsidRDefault="00254BB8" w:rsidP="00E03598">
      <w:pPr>
        <w:numPr>
          <w:ilvl w:val="0"/>
          <w:numId w:val="54"/>
        </w:numPr>
        <w:rPr>
          <w:rFonts w:cstheme="minorHAnsi"/>
          <w:b/>
          <w:lang w:val="en"/>
        </w:rPr>
      </w:pPr>
      <w:r w:rsidRPr="00834A2B">
        <w:rPr>
          <w:rFonts w:cstheme="minorHAnsi"/>
          <w:b/>
          <w:lang w:val="en"/>
        </w:rPr>
        <w:t xml:space="preserve">Supplied 300 Black Giants </w:t>
      </w:r>
    </w:p>
    <w:p w:rsidR="00E03598" w:rsidRPr="00834A2B" w:rsidRDefault="00254BB8" w:rsidP="00E03598">
      <w:pPr>
        <w:numPr>
          <w:ilvl w:val="0"/>
          <w:numId w:val="54"/>
        </w:numPr>
        <w:rPr>
          <w:rFonts w:cstheme="minorHAnsi"/>
          <w:b/>
          <w:lang w:val="en"/>
        </w:rPr>
      </w:pPr>
      <w:r w:rsidRPr="00834A2B">
        <w:rPr>
          <w:rFonts w:cstheme="minorHAnsi"/>
          <w:b/>
          <w:lang w:val="en"/>
        </w:rPr>
        <w:t>Training On Livestock Management</w:t>
      </w:r>
    </w:p>
    <w:bookmarkEnd w:id="15"/>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bCs/>
          <w:lang w:val="en"/>
        </w:rPr>
      </w:pPr>
      <w:r w:rsidRPr="00834A2B">
        <w:rPr>
          <w:rFonts w:cstheme="minorHAnsi"/>
          <w:bCs/>
          <w:lang w:val="en"/>
        </w:rPr>
        <w:lastRenderedPageBreak/>
        <w:t>NAREI</w:t>
      </w:r>
    </w:p>
    <w:p w:rsidR="00E03598" w:rsidRPr="00834A2B" w:rsidRDefault="00254BB8" w:rsidP="18AD7FA4">
      <w:pPr>
        <w:numPr>
          <w:ilvl w:val="0"/>
          <w:numId w:val="54"/>
        </w:numPr>
        <w:rPr>
          <w:rFonts w:cstheme="minorHAnsi"/>
          <w:b/>
          <w:bCs/>
        </w:rPr>
      </w:pPr>
      <w:r w:rsidRPr="00834A2B">
        <w:rPr>
          <w:rFonts w:cstheme="minorHAnsi"/>
          <w:b/>
          <w:bCs/>
        </w:rPr>
        <w:t xml:space="preserve">Provided </w:t>
      </w:r>
      <w:proofErr w:type="spellStart"/>
      <w:r w:rsidRPr="00834A2B">
        <w:rPr>
          <w:rFonts w:cstheme="minorHAnsi"/>
          <w:b/>
          <w:bCs/>
        </w:rPr>
        <w:t>Acoushi</w:t>
      </w:r>
      <w:proofErr w:type="spellEnd"/>
      <w:r w:rsidRPr="00834A2B">
        <w:rPr>
          <w:rFonts w:cstheme="minorHAnsi"/>
          <w:b/>
          <w:bCs/>
        </w:rPr>
        <w:t xml:space="preserve"> Ant Bait (5 Packs) And </w:t>
      </w:r>
      <w:proofErr w:type="spellStart"/>
      <w:r w:rsidRPr="00834A2B">
        <w:rPr>
          <w:rFonts w:cstheme="minorHAnsi"/>
          <w:b/>
          <w:bCs/>
        </w:rPr>
        <w:t>Fastak</w:t>
      </w:r>
      <w:proofErr w:type="spellEnd"/>
      <w:r w:rsidRPr="00834A2B">
        <w:rPr>
          <w:rFonts w:cstheme="minorHAnsi"/>
          <w:b/>
          <w:bCs/>
        </w:rPr>
        <w:t xml:space="preserve"> (2 Liters)</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rPr>
          <w:rFonts w:cstheme="minorHAnsi"/>
          <w:b/>
          <w:lang w:val="en"/>
        </w:rPr>
      </w:pPr>
      <w:r w:rsidRPr="00834A2B">
        <w:rPr>
          <w:rFonts w:cstheme="minorHAnsi"/>
          <w:b/>
          <w:u w:val="single"/>
          <w:lang w:val="en"/>
        </w:rPr>
        <w:t xml:space="preserve">District South Central </w:t>
      </w:r>
      <w:proofErr w:type="spellStart"/>
      <w:r w:rsidRPr="00834A2B">
        <w:rPr>
          <w:rFonts w:cstheme="minorHAnsi"/>
          <w:b/>
          <w:u w:val="single"/>
          <w:lang w:val="en"/>
        </w:rPr>
        <w:t>Rupununi</w:t>
      </w:r>
      <w:proofErr w:type="spellEnd"/>
      <w:r w:rsidRPr="00834A2B">
        <w:rPr>
          <w:rFonts w:cstheme="minorHAnsi"/>
          <w:b/>
          <w:u w:val="single"/>
          <w:lang w:val="en"/>
        </w:rPr>
        <w:t xml:space="preserve">  </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b/>
          <w:bCs/>
        </w:rPr>
        <w:t>Parikwarinawa</w:t>
      </w:r>
      <w:proofErr w:type="spellEnd"/>
      <w:r w:rsidRPr="00834A2B">
        <w:rPr>
          <w:rFonts w:cstheme="minorHAnsi"/>
          <w:b/>
          <w:bCs/>
        </w:rPr>
        <w:t xml:space="preserve"> - $6,190,000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$6,190,000</w:t>
      </w:r>
    </w:p>
    <w:p w:rsidR="00E03598" w:rsidRPr="00834A2B" w:rsidRDefault="00254BB8" w:rsidP="00E03598">
      <w:pPr>
        <w:rPr>
          <w:rFonts w:cstheme="minorHAnsi"/>
          <w:b/>
          <w:lang w:val="en"/>
        </w:rPr>
      </w:pPr>
    </w:p>
    <w:p w:rsidR="00E03598" w:rsidRPr="00834A2B" w:rsidRDefault="00254BB8" w:rsidP="00E03598">
      <w:pPr>
        <w:numPr>
          <w:ilvl w:val="0"/>
          <w:numId w:val="55"/>
        </w:numPr>
        <w:rPr>
          <w:rFonts w:cstheme="minorHAnsi"/>
          <w:b/>
          <w:lang w:val="en"/>
        </w:rPr>
      </w:pPr>
      <w:r w:rsidRPr="00834A2B">
        <w:rPr>
          <w:rFonts w:cstheme="minorHAnsi"/>
          <w:b/>
          <w:lang w:val="en"/>
        </w:rPr>
        <w:t>Benab Renovation and Extension – 4,400,000</w:t>
      </w:r>
    </w:p>
    <w:p w:rsidR="00E03598" w:rsidRPr="00834A2B" w:rsidRDefault="00254BB8" w:rsidP="18AD7FA4">
      <w:pPr>
        <w:numPr>
          <w:ilvl w:val="0"/>
          <w:numId w:val="55"/>
        </w:numPr>
        <w:rPr>
          <w:rFonts w:cstheme="minorHAnsi"/>
          <w:b/>
          <w:bCs/>
        </w:rPr>
      </w:pPr>
      <w:r w:rsidRPr="00834A2B">
        <w:rPr>
          <w:rFonts w:cstheme="minorHAnsi"/>
          <w:b/>
          <w:bCs/>
        </w:rPr>
        <w:t xml:space="preserve">Butchery (Sale of Meat and other </w:t>
      </w:r>
      <w:proofErr w:type="gramStart"/>
      <w:r w:rsidRPr="00834A2B">
        <w:rPr>
          <w:rFonts w:cstheme="minorHAnsi"/>
          <w:b/>
          <w:bCs/>
        </w:rPr>
        <w:t>Products)  -</w:t>
      </w:r>
      <w:proofErr w:type="gramEnd"/>
      <w:r w:rsidRPr="00834A2B">
        <w:rPr>
          <w:rFonts w:cstheme="minorHAnsi"/>
          <w:b/>
          <w:bCs/>
        </w:rPr>
        <w:t xml:space="preserve"> 1,790,000</w:t>
      </w:r>
    </w:p>
    <w:p w:rsidR="00E03598" w:rsidRPr="00834A2B" w:rsidRDefault="00254BB8" w:rsidP="00E03598">
      <w:pPr>
        <w:rPr>
          <w:rFonts w:cstheme="minorHAnsi"/>
          <w:bCs/>
          <w:lang w:val="en"/>
        </w:rPr>
      </w:pPr>
    </w:p>
    <w:p w:rsidR="00E03598" w:rsidRPr="00834A2B" w:rsidRDefault="00254BB8" w:rsidP="00E03598">
      <w:pPr>
        <w:numPr>
          <w:ilvl w:val="0"/>
          <w:numId w:val="6"/>
        </w:numPr>
        <w:rPr>
          <w:rFonts w:cstheme="minorHAnsi"/>
          <w:bCs/>
          <w:lang w:val="en"/>
        </w:rPr>
      </w:pPr>
      <w:r w:rsidRPr="00834A2B">
        <w:rPr>
          <w:rFonts w:cstheme="minorHAnsi"/>
          <w:b/>
          <w:lang w:val="en"/>
        </w:rPr>
        <w:t xml:space="preserve">Name of Village: </w:t>
      </w:r>
      <w:r w:rsidRPr="00834A2B">
        <w:rPr>
          <w:rFonts w:cstheme="minorHAnsi"/>
          <w:bCs/>
          <w:lang w:val="en"/>
        </w:rPr>
        <w:t>Sand Creek - $6,700,000</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r w:rsidRPr="00834A2B">
        <w:rPr>
          <w:rFonts w:cstheme="minorHAnsi"/>
          <w:bCs/>
          <w:lang w:val="en"/>
        </w:rPr>
        <w:t xml:space="preserve">   Agency/Project:</w:t>
      </w:r>
    </w:p>
    <w:p w:rsidR="00E03598" w:rsidRPr="00834A2B" w:rsidRDefault="00254BB8" w:rsidP="00E03598">
      <w:pPr>
        <w:rPr>
          <w:rFonts w:cstheme="minorHAnsi"/>
          <w:bCs/>
          <w:lang w:val="en"/>
        </w:rPr>
      </w:pPr>
    </w:p>
    <w:p w:rsidR="00E03598" w:rsidRPr="00834A2B" w:rsidRDefault="00254BB8" w:rsidP="00E03598">
      <w:pPr>
        <w:numPr>
          <w:ilvl w:val="0"/>
          <w:numId w:val="42"/>
        </w:numPr>
        <w:rPr>
          <w:rFonts w:cstheme="minorHAnsi"/>
          <w:bCs/>
          <w:lang w:val="en"/>
        </w:rPr>
      </w:pPr>
      <w:r w:rsidRPr="00834A2B">
        <w:rPr>
          <w:rFonts w:cstheme="minorHAnsi"/>
          <w:bCs/>
          <w:lang w:val="en"/>
        </w:rPr>
        <w:t xml:space="preserve">HESADP - </w:t>
      </w:r>
      <w:bookmarkStart w:id="16" w:name="_Hlk180064890"/>
      <w:r w:rsidRPr="00834A2B">
        <w:rPr>
          <w:rFonts w:cstheme="minorHAnsi"/>
          <w:bCs/>
          <w:lang w:val="en"/>
        </w:rPr>
        <w:t>$6,700,000</w:t>
      </w:r>
      <w:bookmarkEnd w:id="16"/>
    </w:p>
    <w:p w:rsidR="00E03598" w:rsidRPr="00834A2B" w:rsidRDefault="00254BB8" w:rsidP="00E03598">
      <w:pPr>
        <w:numPr>
          <w:ilvl w:val="0"/>
          <w:numId w:val="56"/>
        </w:numPr>
        <w:rPr>
          <w:rFonts w:cstheme="minorHAnsi"/>
          <w:b/>
          <w:lang w:val="en"/>
        </w:rPr>
      </w:pPr>
      <w:r w:rsidRPr="00834A2B">
        <w:rPr>
          <w:rFonts w:cstheme="minorHAnsi"/>
          <w:b/>
          <w:lang w:val="en"/>
        </w:rPr>
        <w:t>Establishment of Cassava Bank and Far</w:t>
      </w:r>
      <w:r w:rsidRPr="00834A2B">
        <w:rPr>
          <w:rFonts w:cstheme="minorHAnsi"/>
          <w:b/>
          <w:lang w:val="en"/>
        </w:rPr>
        <w:t xml:space="preserve">m Tools - $4,000,000 </w:t>
      </w:r>
    </w:p>
    <w:p w:rsidR="00E03598" w:rsidRPr="00834A2B" w:rsidRDefault="00254BB8" w:rsidP="00E03598">
      <w:pPr>
        <w:numPr>
          <w:ilvl w:val="0"/>
          <w:numId w:val="56"/>
        </w:numPr>
        <w:rPr>
          <w:rFonts w:cstheme="minorHAnsi"/>
          <w:b/>
          <w:lang w:val="en"/>
        </w:rPr>
      </w:pPr>
      <w:r w:rsidRPr="00834A2B">
        <w:rPr>
          <w:rFonts w:cstheme="minorHAnsi"/>
          <w:b/>
          <w:lang w:val="en"/>
        </w:rPr>
        <w:t>Poultry Production - $2,700,000</w:t>
      </w:r>
    </w:p>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bCs/>
          <w:lang w:val="en"/>
        </w:rPr>
      </w:pPr>
      <w:bookmarkStart w:id="17" w:name="_Hlk180084785"/>
      <w:r w:rsidRPr="00834A2B">
        <w:rPr>
          <w:rFonts w:cstheme="minorHAnsi"/>
          <w:bCs/>
          <w:lang w:val="en"/>
        </w:rPr>
        <w:t>GLDA</w:t>
      </w:r>
    </w:p>
    <w:p w:rsidR="00E03598" w:rsidRPr="00834A2B" w:rsidRDefault="00254BB8" w:rsidP="00E03598">
      <w:pPr>
        <w:numPr>
          <w:ilvl w:val="0"/>
          <w:numId w:val="57"/>
        </w:numPr>
        <w:rPr>
          <w:rFonts w:cstheme="minorHAnsi"/>
          <w:b/>
          <w:lang w:val="en"/>
        </w:rPr>
      </w:pPr>
      <w:r w:rsidRPr="00834A2B">
        <w:rPr>
          <w:rFonts w:cstheme="minorHAnsi"/>
          <w:b/>
          <w:lang w:val="en"/>
        </w:rPr>
        <w:t>Supplied 1 Breeding Bull</w:t>
      </w:r>
    </w:p>
    <w:p w:rsidR="00E03598" w:rsidRPr="00834A2B" w:rsidRDefault="00254BB8" w:rsidP="18AD7FA4">
      <w:pPr>
        <w:numPr>
          <w:ilvl w:val="0"/>
          <w:numId w:val="57"/>
        </w:numPr>
        <w:rPr>
          <w:rFonts w:cstheme="minorHAnsi"/>
          <w:b/>
          <w:bCs/>
        </w:rPr>
      </w:pPr>
      <w:r w:rsidRPr="00834A2B">
        <w:rPr>
          <w:rFonts w:cstheme="minorHAnsi"/>
          <w:b/>
          <w:bCs/>
        </w:rPr>
        <w:t>Conducted Training On Livestock Management</w:t>
      </w:r>
    </w:p>
    <w:bookmarkEnd w:id="17"/>
    <w:p w:rsidR="00E03598" w:rsidRPr="00834A2B" w:rsidRDefault="00254BB8" w:rsidP="00E03598">
      <w:pPr>
        <w:rPr>
          <w:rFonts w:cstheme="minorHAnsi"/>
          <w:b/>
          <w:lang w:val="en"/>
        </w:rPr>
      </w:pPr>
    </w:p>
    <w:p w:rsidR="00E03598" w:rsidRPr="00834A2B" w:rsidRDefault="00254BB8" w:rsidP="00E03598">
      <w:pPr>
        <w:numPr>
          <w:ilvl w:val="0"/>
          <w:numId w:val="42"/>
        </w:numPr>
        <w:rPr>
          <w:rFonts w:cstheme="minorHAnsi"/>
          <w:bCs/>
          <w:lang w:val="en"/>
        </w:rPr>
      </w:pPr>
      <w:r w:rsidRPr="00834A2B">
        <w:rPr>
          <w:rFonts w:cstheme="minorHAnsi"/>
          <w:bCs/>
          <w:lang w:val="en"/>
        </w:rPr>
        <w:lastRenderedPageBreak/>
        <w:t>NAREI</w:t>
      </w:r>
    </w:p>
    <w:p w:rsidR="00E03598" w:rsidRPr="00834A2B" w:rsidRDefault="00254BB8" w:rsidP="00E03598">
      <w:pPr>
        <w:numPr>
          <w:ilvl w:val="0"/>
          <w:numId w:val="57"/>
        </w:numPr>
        <w:rPr>
          <w:rFonts w:cstheme="minorHAnsi"/>
          <w:b/>
          <w:lang w:val="en"/>
        </w:rPr>
      </w:pPr>
      <w:r w:rsidRPr="00834A2B">
        <w:rPr>
          <w:rFonts w:cstheme="minorHAnsi"/>
          <w:b/>
          <w:lang w:val="en"/>
        </w:rPr>
        <w:t>Provided Coconuts (50) And Vegetable Seeds.</w:t>
      </w:r>
    </w:p>
    <w:p w:rsidR="00E03598" w:rsidRPr="00834A2B" w:rsidRDefault="00254BB8" w:rsidP="00E03598">
      <w:pPr>
        <w:numPr>
          <w:ilvl w:val="0"/>
          <w:numId w:val="57"/>
        </w:numPr>
        <w:rPr>
          <w:rFonts w:cstheme="minorHAnsi"/>
          <w:b/>
          <w:lang w:val="en"/>
        </w:rPr>
      </w:pPr>
      <w:r w:rsidRPr="00834A2B">
        <w:rPr>
          <w:rFonts w:cstheme="minorHAnsi"/>
          <w:b/>
          <w:lang w:val="en"/>
        </w:rPr>
        <w:t>Provided Cassava Sticks</w:t>
      </w:r>
    </w:p>
    <w:p w:rsidR="00E03598" w:rsidRPr="00834A2B" w:rsidRDefault="00254BB8" w:rsidP="18AD7FA4">
      <w:pPr>
        <w:numPr>
          <w:ilvl w:val="0"/>
          <w:numId w:val="57"/>
        </w:numPr>
        <w:rPr>
          <w:rFonts w:cstheme="minorHAnsi"/>
          <w:b/>
          <w:bCs/>
        </w:rPr>
      </w:pPr>
      <w:r w:rsidRPr="00834A2B">
        <w:rPr>
          <w:rFonts w:cstheme="minorHAnsi"/>
          <w:b/>
          <w:bCs/>
        </w:rPr>
        <w:t xml:space="preserve">Provided </w:t>
      </w:r>
      <w:proofErr w:type="spellStart"/>
      <w:r w:rsidRPr="00834A2B">
        <w:rPr>
          <w:rFonts w:cstheme="minorHAnsi"/>
          <w:b/>
          <w:bCs/>
        </w:rPr>
        <w:t>Acoushi</w:t>
      </w:r>
      <w:proofErr w:type="spellEnd"/>
      <w:r w:rsidRPr="00834A2B">
        <w:rPr>
          <w:rFonts w:cstheme="minorHAnsi"/>
          <w:b/>
          <w:bCs/>
        </w:rPr>
        <w:t xml:space="preserve"> Ant Bait </w:t>
      </w:r>
      <w:proofErr w:type="gramStart"/>
      <w:r w:rsidRPr="00834A2B">
        <w:rPr>
          <w:rFonts w:cstheme="minorHAnsi"/>
          <w:b/>
          <w:bCs/>
        </w:rPr>
        <w:t>And</w:t>
      </w:r>
      <w:proofErr w:type="gramEnd"/>
      <w:r w:rsidRPr="00834A2B">
        <w:rPr>
          <w:rFonts w:cstheme="minorHAnsi"/>
          <w:b/>
          <w:bCs/>
        </w:rPr>
        <w:t xml:space="preserve"> </w:t>
      </w:r>
      <w:proofErr w:type="spellStart"/>
      <w:r w:rsidRPr="00834A2B">
        <w:rPr>
          <w:rFonts w:cstheme="minorHAnsi"/>
          <w:b/>
          <w:bCs/>
        </w:rPr>
        <w:t>Fastak</w:t>
      </w:r>
      <w:proofErr w:type="spellEnd"/>
    </w:p>
    <w:p w:rsidR="00E03598" w:rsidRPr="00834A2B" w:rsidRDefault="00254BB8" w:rsidP="00E03598">
      <w:pPr>
        <w:rPr>
          <w:rFonts w:cstheme="minorHAnsi"/>
          <w:bCs/>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b/>
          <w:bCs/>
        </w:rPr>
      </w:pPr>
      <w:r w:rsidRPr="00834A2B">
        <w:rPr>
          <w:rFonts w:cstheme="minorHAnsi"/>
          <w:b/>
          <w:bCs/>
        </w:rPr>
        <w:t xml:space="preserve"> Name of Village: </w:t>
      </w:r>
      <w:proofErr w:type="spellStart"/>
      <w:r w:rsidRPr="00834A2B">
        <w:rPr>
          <w:rFonts w:cstheme="minorHAnsi"/>
        </w:rPr>
        <w:t>Rupunau</w:t>
      </w:r>
      <w:proofErr w:type="spellEnd"/>
      <w:r w:rsidRPr="00834A2B">
        <w:rPr>
          <w:rFonts w:cstheme="minorHAnsi"/>
        </w:rPr>
        <w:t xml:space="preserve"> -</w:t>
      </w:r>
      <w:r w:rsidRPr="00834A2B">
        <w:rPr>
          <w:rFonts w:cstheme="minorHAnsi"/>
          <w:b/>
          <w:bCs/>
        </w:rPr>
        <w:t xml:space="preserve"> </w:t>
      </w:r>
      <w:r w:rsidRPr="00834A2B">
        <w:rPr>
          <w:rFonts w:cstheme="minorHAnsi"/>
        </w:rPr>
        <w:t>$8,499,860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$8,499,860</w:t>
      </w:r>
    </w:p>
    <w:p w:rsidR="00E03598" w:rsidRPr="00834A2B" w:rsidRDefault="00254BB8" w:rsidP="00E03598">
      <w:pPr>
        <w:rPr>
          <w:rFonts w:cstheme="minorHAnsi"/>
          <w:b/>
          <w:lang w:val="en"/>
        </w:rPr>
      </w:pPr>
    </w:p>
    <w:p w:rsidR="00E03598" w:rsidRPr="00834A2B" w:rsidRDefault="00254BB8" w:rsidP="18AD7FA4">
      <w:pPr>
        <w:numPr>
          <w:ilvl w:val="0"/>
          <w:numId w:val="58"/>
        </w:numPr>
        <w:rPr>
          <w:rFonts w:cstheme="minorHAnsi"/>
          <w:b/>
          <w:bCs/>
        </w:rPr>
      </w:pPr>
      <w:r w:rsidRPr="00834A2B">
        <w:rPr>
          <w:rFonts w:cstheme="minorHAnsi"/>
          <w:b/>
          <w:bCs/>
        </w:rPr>
        <w:t>Extension and furnishing of village shop-butchery – 1,800,000</w:t>
      </w:r>
    </w:p>
    <w:p w:rsidR="00E03598" w:rsidRPr="00834A2B" w:rsidRDefault="00254BB8" w:rsidP="00E03598">
      <w:pPr>
        <w:numPr>
          <w:ilvl w:val="0"/>
          <w:numId w:val="58"/>
        </w:numPr>
        <w:rPr>
          <w:rFonts w:cstheme="minorHAnsi"/>
          <w:b/>
          <w:lang w:val="en"/>
        </w:rPr>
      </w:pPr>
      <w:r w:rsidRPr="00834A2B">
        <w:rPr>
          <w:rFonts w:cstheme="minorHAnsi"/>
          <w:b/>
          <w:lang w:val="en"/>
        </w:rPr>
        <w:t>Sheep Farming – 2,700,000</w:t>
      </w:r>
    </w:p>
    <w:p w:rsidR="00E03598" w:rsidRPr="00834A2B" w:rsidRDefault="00254BB8" w:rsidP="00E03598">
      <w:pPr>
        <w:numPr>
          <w:ilvl w:val="0"/>
          <w:numId w:val="58"/>
        </w:numPr>
        <w:rPr>
          <w:rFonts w:cstheme="minorHAnsi"/>
          <w:b/>
          <w:lang w:val="en"/>
        </w:rPr>
      </w:pPr>
      <w:r w:rsidRPr="00834A2B">
        <w:rPr>
          <w:rFonts w:cstheme="minorHAnsi"/>
          <w:b/>
          <w:lang w:val="en"/>
        </w:rPr>
        <w:t>Construction of Bridge and improvement of Village Office – 3,999,860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rPr>
      </w:pPr>
      <w:r w:rsidRPr="00834A2B">
        <w:rPr>
          <w:rFonts w:cstheme="minorHAnsi"/>
        </w:rPr>
        <w:t xml:space="preserve"> </w:t>
      </w:r>
      <w:r w:rsidRPr="00834A2B">
        <w:rPr>
          <w:rFonts w:cstheme="minorHAnsi"/>
          <w:b/>
          <w:bCs/>
        </w:rPr>
        <w:t xml:space="preserve">Name of Village: </w:t>
      </w:r>
      <w:proofErr w:type="spellStart"/>
      <w:r w:rsidRPr="00834A2B">
        <w:rPr>
          <w:rFonts w:cstheme="minorHAnsi"/>
        </w:rPr>
        <w:t>Shul</w:t>
      </w:r>
      <w:r w:rsidRPr="00834A2B">
        <w:rPr>
          <w:rFonts w:cstheme="minorHAnsi"/>
        </w:rPr>
        <w:t>inab</w:t>
      </w:r>
      <w:proofErr w:type="spellEnd"/>
      <w:r w:rsidRPr="00834A2B">
        <w:rPr>
          <w:rFonts w:cstheme="minorHAnsi"/>
        </w:rPr>
        <w:t xml:space="preserve"> - $6,610,000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$6,610,000</w:t>
      </w:r>
    </w:p>
    <w:p w:rsidR="00E03598" w:rsidRPr="00834A2B" w:rsidRDefault="00254BB8" w:rsidP="00E03598">
      <w:pPr>
        <w:rPr>
          <w:rFonts w:cstheme="minorHAnsi"/>
          <w:bCs/>
          <w:lang w:val="en"/>
        </w:rPr>
      </w:pPr>
    </w:p>
    <w:p w:rsidR="00E03598" w:rsidRPr="00834A2B" w:rsidRDefault="00254BB8" w:rsidP="00E03598">
      <w:pPr>
        <w:numPr>
          <w:ilvl w:val="0"/>
          <w:numId w:val="59"/>
        </w:numPr>
        <w:rPr>
          <w:rFonts w:cstheme="minorHAnsi"/>
          <w:b/>
          <w:lang w:val="en"/>
        </w:rPr>
      </w:pPr>
      <w:r w:rsidRPr="00834A2B">
        <w:rPr>
          <w:rFonts w:cstheme="minorHAnsi"/>
          <w:b/>
          <w:lang w:val="en"/>
        </w:rPr>
        <w:t>Farmland Fence – 4,000,000</w:t>
      </w:r>
    </w:p>
    <w:p w:rsidR="00E03598" w:rsidRPr="00834A2B" w:rsidRDefault="00254BB8" w:rsidP="00E03598">
      <w:pPr>
        <w:numPr>
          <w:ilvl w:val="0"/>
          <w:numId w:val="59"/>
        </w:numPr>
        <w:rPr>
          <w:rFonts w:cstheme="minorHAnsi"/>
          <w:b/>
          <w:lang w:val="en"/>
        </w:rPr>
      </w:pPr>
      <w:r w:rsidRPr="00834A2B">
        <w:rPr>
          <w:rFonts w:cstheme="minorHAnsi"/>
          <w:b/>
          <w:lang w:val="en"/>
        </w:rPr>
        <w:t>Poultry Production - Black Giant Chicken – 2,610,000</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p>
    <w:p w:rsidR="00E03598" w:rsidRPr="00834A2B" w:rsidRDefault="00254BB8" w:rsidP="18AD7FA4">
      <w:pPr>
        <w:numPr>
          <w:ilvl w:val="0"/>
          <w:numId w:val="6"/>
        </w:numPr>
        <w:rPr>
          <w:rFonts w:cstheme="minorHAnsi"/>
        </w:rPr>
      </w:pPr>
      <w:r w:rsidRPr="00834A2B">
        <w:rPr>
          <w:rFonts w:cstheme="minorHAnsi"/>
          <w:b/>
          <w:bCs/>
        </w:rPr>
        <w:t xml:space="preserve">  Name of Village: </w:t>
      </w:r>
      <w:proofErr w:type="spellStart"/>
      <w:r w:rsidRPr="00834A2B">
        <w:rPr>
          <w:rFonts w:cstheme="minorHAnsi"/>
        </w:rPr>
        <w:t>Meriwau</w:t>
      </w:r>
      <w:proofErr w:type="spellEnd"/>
      <w:r w:rsidRPr="00834A2B">
        <w:rPr>
          <w:rFonts w:cstheme="minorHAnsi"/>
        </w:rPr>
        <w:t xml:space="preserve"> -</w:t>
      </w:r>
      <w:r w:rsidRPr="00834A2B">
        <w:rPr>
          <w:rFonts w:cstheme="minorHAnsi"/>
          <w:b/>
          <w:bCs/>
        </w:rPr>
        <w:t xml:space="preserve"> </w:t>
      </w:r>
      <w:r w:rsidRPr="00834A2B">
        <w:rPr>
          <w:rFonts w:cstheme="minorHAnsi"/>
        </w:rPr>
        <w:t>$5,177,640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$5,177,640</w:t>
      </w:r>
    </w:p>
    <w:p w:rsidR="00E03598" w:rsidRPr="00834A2B" w:rsidRDefault="00254BB8" w:rsidP="00E03598">
      <w:pPr>
        <w:rPr>
          <w:rFonts w:cstheme="minorHAnsi"/>
          <w:b/>
          <w:lang w:val="en"/>
        </w:rPr>
      </w:pPr>
    </w:p>
    <w:p w:rsidR="00E03598" w:rsidRPr="00834A2B" w:rsidRDefault="00254BB8" w:rsidP="18AD7FA4">
      <w:pPr>
        <w:numPr>
          <w:ilvl w:val="0"/>
          <w:numId w:val="60"/>
        </w:numPr>
        <w:rPr>
          <w:rFonts w:cstheme="minorHAnsi"/>
          <w:b/>
          <w:bCs/>
        </w:rPr>
      </w:pPr>
      <w:r w:rsidRPr="00834A2B">
        <w:rPr>
          <w:rFonts w:cstheme="minorHAnsi"/>
          <w:b/>
          <w:bCs/>
        </w:rPr>
        <w:lastRenderedPageBreak/>
        <w:t>Renovation &amp; Furnishing of Women's Group –</w:t>
      </w:r>
      <w:r w:rsidRPr="00834A2B">
        <w:rPr>
          <w:rFonts w:cstheme="minorHAnsi"/>
          <w:b/>
          <w:bCs/>
        </w:rPr>
        <w:t xml:space="preserve"> 2,477,640</w:t>
      </w:r>
    </w:p>
    <w:p w:rsidR="00E03598" w:rsidRPr="00834A2B" w:rsidRDefault="00254BB8" w:rsidP="00E03598">
      <w:pPr>
        <w:numPr>
          <w:ilvl w:val="0"/>
          <w:numId w:val="60"/>
        </w:numPr>
        <w:rPr>
          <w:rFonts w:cstheme="minorHAnsi"/>
          <w:b/>
          <w:lang w:val="en"/>
        </w:rPr>
      </w:pPr>
      <w:r w:rsidRPr="00834A2B">
        <w:rPr>
          <w:rFonts w:cstheme="minorHAnsi"/>
          <w:b/>
          <w:lang w:val="en"/>
        </w:rPr>
        <w:t>Mixed Farming – 2,700,000</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p>
    <w:p w:rsidR="00E03598" w:rsidRPr="00834A2B" w:rsidRDefault="00254BB8" w:rsidP="18AD7FA4">
      <w:pPr>
        <w:numPr>
          <w:ilvl w:val="0"/>
          <w:numId w:val="6"/>
        </w:numPr>
        <w:rPr>
          <w:rFonts w:cstheme="minorHAnsi"/>
        </w:rPr>
      </w:pPr>
      <w:r w:rsidRPr="00834A2B">
        <w:rPr>
          <w:rFonts w:cstheme="minorHAnsi"/>
          <w:b/>
          <w:bCs/>
        </w:rPr>
        <w:t xml:space="preserve">Name of Village: </w:t>
      </w:r>
      <w:proofErr w:type="spellStart"/>
      <w:r w:rsidRPr="00834A2B">
        <w:rPr>
          <w:rFonts w:cstheme="minorHAnsi"/>
        </w:rPr>
        <w:t>Quiko</w:t>
      </w:r>
      <w:proofErr w:type="spellEnd"/>
      <w:r w:rsidRPr="00834A2B">
        <w:rPr>
          <w:rFonts w:cstheme="minorHAnsi"/>
        </w:rPr>
        <w:t xml:space="preserve"> - $19,665,700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61"/>
        </w:numPr>
        <w:rPr>
          <w:rFonts w:cstheme="minorHAnsi"/>
          <w:bCs/>
          <w:lang w:val="en"/>
        </w:rPr>
      </w:pPr>
      <w:r w:rsidRPr="00834A2B">
        <w:rPr>
          <w:rFonts w:cstheme="minorHAnsi"/>
          <w:bCs/>
          <w:lang w:val="en"/>
        </w:rPr>
        <w:t>HESADP - $5,665,700</w:t>
      </w:r>
    </w:p>
    <w:p w:rsidR="00E03598" w:rsidRPr="00834A2B" w:rsidRDefault="00254BB8" w:rsidP="00E03598">
      <w:pPr>
        <w:numPr>
          <w:ilvl w:val="0"/>
          <w:numId w:val="62"/>
        </w:numPr>
        <w:rPr>
          <w:rFonts w:cstheme="minorHAnsi"/>
          <w:b/>
          <w:lang w:val="en"/>
        </w:rPr>
      </w:pPr>
      <w:r w:rsidRPr="00834A2B">
        <w:rPr>
          <w:rFonts w:cstheme="minorHAnsi"/>
          <w:b/>
          <w:lang w:val="en"/>
        </w:rPr>
        <w:t xml:space="preserve">Fencing Sports Ground - $3,896,000 </w:t>
      </w:r>
    </w:p>
    <w:p w:rsidR="00E03598" w:rsidRPr="00834A2B" w:rsidRDefault="00254BB8" w:rsidP="00E03598">
      <w:pPr>
        <w:numPr>
          <w:ilvl w:val="0"/>
          <w:numId w:val="62"/>
        </w:numPr>
        <w:rPr>
          <w:rFonts w:cstheme="minorHAnsi"/>
          <w:b/>
          <w:lang w:val="en"/>
        </w:rPr>
      </w:pPr>
      <w:r w:rsidRPr="00834A2B">
        <w:rPr>
          <w:rFonts w:cstheme="minorHAnsi"/>
          <w:b/>
          <w:lang w:val="en"/>
        </w:rPr>
        <w:t>Cattle Project - $1,769,700</w:t>
      </w:r>
    </w:p>
    <w:p w:rsidR="00E03598" w:rsidRPr="00834A2B" w:rsidRDefault="00254BB8" w:rsidP="00E03598">
      <w:pPr>
        <w:rPr>
          <w:rFonts w:cstheme="minorHAnsi"/>
          <w:b/>
          <w:lang w:val="en"/>
        </w:rPr>
      </w:pPr>
    </w:p>
    <w:p w:rsidR="00E03598" w:rsidRPr="00834A2B" w:rsidRDefault="00254BB8" w:rsidP="00E03598">
      <w:pPr>
        <w:numPr>
          <w:ilvl w:val="0"/>
          <w:numId w:val="61"/>
        </w:numPr>
        <w:rPr>
          <w:rFonts w:cstheme="minorHAnsi"/>
          <w:bCs/>
          <w:lang w:val="en"/>
        </w:rPr>
      </w:pPr>
      <w:bookmarkStart w:id="18" w:name="_Hlk180084798"/>
      <w:r w:rsidRPr="00834A2B">
        <w:rPr>
          <w:rFonts w:cstheme="minorHAnsi"/>
          <w:bCs/>
          <w:lang w:val="en"/>
        </w:rPr>
        <w:t>GLDA</w:t>
      </w:r>
    </w:p>
    <w:p w:rsidR="00E03598" w:rsidRPr="00834A2B" w:rsidRDefault="00254BB8" w:rsidP="00E03598">
      <w:pPr>
        <w:numPr>
          <w:ilvl w:val="0"/>
          <w:numId w:val="63"/>
        </w:numPr>
        <w:rPr>
          <w:rFonts w:cstheme="minorHAnsi"/>
          <w:b/>
          <w:lang w:val="en"/>
        </w:rPr>
      </w:pPr>
      <w:r w:rsidRPr="00834A2B">
        <w:rPr>
          <w:rFonts w:cstheme="minorHAnsi"/>
          <w:b/>
          <w:lang w:val="en"/>
        </w:rPr>
        <w:t>Supplied 1 Breeding Bull</w:t>
      </w:r>
    </w:p>
    <w:p w:rsidR="00E03598" w:rsidRPr="00834A2B" w:rsidRDefault="00254BB8" w:rsidP="00E03598">
      <w:pPr>
        <w:numPr>
          <w:ilvl w:val="0"/>
          <w:numId w:val="63"/>
        </w:numPr>
        <w:rPr>
          <w:rFonts w:cstheme="minorHAnsi"/>
          <w:b/>
          <w:lang w:val="en"/>
        </w:rPr>
      </w:pPr>
      <w:r w:rsidRPr="00834A2B">
        <w:rPr>
          <w:rFonts w:cstheme="minorHAnsi"/>
          <w:b/>
          <w:lang w:val="en"/>
        </w:rPr>
        <w:t>Training Of Livestock Management</w:t>
      </w:r>
    </w:p>
    <w:bookmarkEnd w:id="18"/>
    <w:p w:rsidR="00E03598" w:rsidRPr="00834A2B" w:rsidRDefault="00254BB8" w:rsidP="00E03598">
      <w:pPr>
        <w:rPr>
          <w:rFonts w:cstheme="minorHAnsi"/>
          <w:b/>
          <w:lang w:val="en"/>
        </w:rPr>
      </w:pPr>
    </w:p>
    <w:p w:rsidR="00E03598" w:rsidRPr="00834A2B" w:rsidRDefault="00254BB8" w:rsidP="00E03598">
      <w:pPr>
        <w:numPr>
          <w:ilvl w:val="0"/>
          <w:numId w:val="61"/>
        </w:numPr>
        <w:rPr>
          <w:rFonts w:cstheme="minorHAnsi"/>
          <w:bCs/>
          <w:lang w:val="en"/>
        </w:rPr>
      </w:pPr>
      <w:r w:rsidRPr="00834A2B">
        <w:rPr>
          <w:rFonts w:cstheme="minorHAnsi"/>
          <w:bCs/>
          <w:lang w:val="en"/>
        </w:rPr>
        <w:t>NAREI</w:t>
      </w:r>
    </w:p>
    <w:p w:rsidR="00E03598" w:rsidRPr="00834A2B" w:rsidRDefault="00254BB8" w:rsidP="18AD7FA4">
      <w:pPr>
        <w:numPr>
          <w:ilvl w:val="0"/>
          <w:numId w:val="63"/>
        </w:numPr>
        <w:rPr>
          <w:rFonts w:cstheme="minorHAnsi"/>
          <w:b/>
          <w:bCs/>
        </w:rPr>
      </w:pPr>
      <w:r w:rsidRPr="00834A2B">
        <w:rPr>
          <w:rFonts w:cstheme="minorHAnsi"/>
          <w:b/>
          <w:bCs/>
        </w:rPr>
        <w:t xml:space="preserve">Provided Chemicals </w:t>
      </w:r>
      <w:proofErr w:type="gramStart"/>
      <w:r w:rsidRPr="00834A2B">
        <w:rPr>
          <w:rFonts w:cstheme="minorHAnsi"/>
          <w:b/>
          <w:bCs/>
        </w:rPr>
        <w:t>To</w:t>
      </w:r>
      <w:proofErr w:type="gramEnd"/>
      <w:r w:rsidRPr="00834A2B">
        <w:rPr>
          <w:rFonts w:cstheme="minorHAnsi"/>
          <w:b/>
          <w:bCs/>
        </w:rPr>
        <w:t xml:space="preserve"> Support Lcds Project</w:t>
      </w:r>
    </w:p>
    <w:p w:rsidR="00E03598" w:rsidRPr="00834A2B" w:rsidRDefault="00254BB8" w:rsidP="00E03598">
      <w:pPr>
        <w:numPr>
          <w:ilvl w:val="0"/>
          <w:numId w:val="63"/>
        </w:numPr>
        <w:rPr>
          <w:rFonts w:cstheme="minorHAnsi"/>
          <w:b/>
          <w:lang w:val="en"/>
        </w:rPr>
      </w:pPr>
      <w:r w:rsidRPr="00834A2B">
        <w:rPr>
          <w:rFonts w:cstheme="minorHAnsi"/>
          <w:b/>
          <w:lang w:val="en"/>
        </w:rPr>
        <w:t>Provided Cassava Sticks, Coconuts (25)</w:t>
      </w:r>
    </w:p>
    <w:p w:rsidR="00E03598" w:rsidRPr="00834A2B" w:rsidRDefault="00254BB8" w:rsidP="00E03598">
      <w:pPr>
        <w:rPr>
          <w:rFonts w:cstheme="minorHAnsi"/>
          <w:b/>
          <w:lang w:val="en"/>
        </w:rPr>
      </w:pPr>
    </w:p>
    <w:p w:rsidR="00E03598" w:rsidRPr="00834A2B" w:rsidRDefault="00254BB8" w:rsidP="00E03598">
      <w:pPr>
        <w:numPr>
          <w:ilvl w:val="0"/>
          <w:numId w:val="61"/>
        </w:numPr>
        <w:rPr>
          <w:rFonts w:cstheme="minorHAnsi"/>
          <w:bCs/>
          <w:lang w:val="en"/>
        </w:rPr>
      </w:pPr>
      <w:r w:rsidRPr="00834A2B">
        <w:rPr>
          <w:rFonts w:cstheme="minorHAnsi"/>
          <w:bCs/>
          <w:lang w:val="en"/>
        </w:rPr>
        <w:t>NDIA - $14,000,000</w:t>
      </w:r>
    </w:p>
    <w:p w:rsidR="00E03598" w:rsidRPr="00834A2B" w:rsidRDefault="00254BB8" w:rsidP="18AD7FA4">
      <w:pPr>
        <w:numPr>
          <w:ilvl w:val="0"/>
          <w:numId w:val="64"/>
        </w:numPr>
        <w:rPr>
          <w:rFonts w:cstheme="minorHAnsi"/>
          <w:b/>
          <w:bCs/>
        </w:rPr>
      </w:pPr>
      <w:r w:rsidRPr="00834A2B">
        <w:rPr>
          <w:rFonts w:cstheme="minorHAnsi"/>
          <w:b/>
          <w:bCs/>
        </w:rPr>
        <w:t xml:space="preserve">Completed Construction </w:t>
      </w:r>
      <w:proofErr w:type="gramStart"/>
      <w:r w:rsidRPr="00834A2B">
        <w:rPr>
          <w:rFonts w:cstheme="minorHAnsi"/>
          <w:b/>
          <w:bCs/>
        </w:rPr>
        <w:t>Of</w:t>
      </w:r>
      <w:proofErr w:type="gramEnd"/>
      <w:r w:rsidRPr="00834A2B">
        <w:rPr>
          <w:rFonts w:cstheme="minorHAnsi"/>
          <w:b/>
          <w:bCs/>
        </w:rPr>
        <w:t xml:space="preserve"> Two (2) Reservoirs - $14 M</w:t>
      </w:r>
    </w:p>
    <w:p w:rsidR="00E03598" w:rsidRPr="00834A2B" w:rsidRDefault="00254BB8" w:rsidP="00E03598">
      <w:pPr>
        <w:rPr>
          <w:rFonts w:cstheme="minorHAnsi"/>
          <w:bCs/>
          <w:lang w:val="en"/>
        </w:rPr>
      </w:pP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rPr>
      </w:pPr>
      <w:r w:rsidRPr="00834A2B">
        <w:rPr>
          <w:rFonts w:cstheme="minorHAnsi"/>
          <w:b/>
          <w:bCs/>
        </w:rPr>
        <w:t xml:space="preserve"> Name of Village: </w:t>
      </w:r>
      <w:proofErr w:type="spellStart"/>
      <w:r w:rsidRPr="00834A2B">
        <w:rPr>
          <w:rFonts w:cstheme="minorHAnsi"/>
        </w:rPr>
        <w:t>Katuur</w:t>
      </w:r>
      <w:proofErr w:type="spellEnd"/>
      <w:r w:rsidRPr="00834A2B">
        <w:rPr>
          <w:rFonts w:cstheme="minorHAnsi"/>
        </w:rPr>
        <w:t xml:space="preserve"> - $7,700,000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lastRenderedPageBreak/>
        <w:t>HESADP – $7,700,000</w:t>
      </w:r>
    </w:p>
    <w:p w:rsidR="00E03598" w:rsidRPr="00834A2B" w:rsidRDefault="00254BB8" w:rsidP="00E03598">
      <w:pPr>
        <w:rPr>
          <w:rFonts w:cstheme="minorHAnsi"/>
          <w:b/>
          <w:lang w:val="en"/>
        </w:rPr>
      </w:pPr>
    </w:p>
    <w:p w:rsidR="00E03598" w:rsidRPr="00834A2B" w:rsidRDefault="00254BB8" w:rsidP="00E03598">
      <w:pPr>
        <w:numPr>
          <w:ilvl w:val="0"/>
          <w:numId w:val="65"/>
        </w:numPr>
        <w:rPr>
          <w:rFonts w:cstheme="minorHAnsi"/>
          <w:b/>
          <w:lang w:val="en"/>
        </w:rPr>
      </w:pPr>
      <w:r w:rsidRPr="00834A2B">
        <w:rPr>
          <w:rFonts w:cstheme="minorHAnsi"/>
          <w:b/>
          <w:lang w:val="en"/>
        </w:rPr>
        <w:t>Sheep Rearing – 2,700,0</w:t>
      </w:r>
      <w:r w:rsidRPr="00834A2B">
        <w:rPr>
          <w:rFonts w:cstheme="minorHAnsi"/>
          <w:b/>
          <w:lang w:val="en"/>
        </w:rPr>
        <w:t>00</w:t>
      </w:r>
    </w:p>
    <w:p w:rsidR="00E03598" w:rsidRPr="00834A2B" w:rsidRDefault="00254BB8" w:rsidP="00E03598">
      <w:pPr>
        <w:numPr>
          <w:ilvl w:val="0"/>
          <w:numId w:val="65"/>
        </w:numPr>
        <w:rPr>
          <w:rFonts w:cstheme="minorHAnsi"/>
          <w:b/>
          <w:lang w:val="en"/>
        </w:rPr>
      </w:pPr>
      <w:r w:rsidRPr="00834A2B">
        <w:rPr>
          <w:rFonts w:cstheme="minorHAnsi"/>
          <w:b/>
          <w:lang w:val="en"/>
        </w:rPr>
        <w:t>Implementation of Procuring of Aluminum Boat and Outboard Engine and Furniture for Public Building and Tools – 5,000,000</w:t>
      </w: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rPr>
      </w:pPr>
      <w:r w:rsidRPr="00834A2B">
        <w:rPr>
          <w:rFonts w:cstheme="minorHAnsi"/>
          <w:b/>
          <w:bCs/>
        </w:rPr>
        <w:t xml:space="preserve"> Name of Village: </w:t>
      </w:r>
      <w:proofErr w:type="spellStart"/>
      <w:r w:rsidRPr="00834A2B">
        <w:rPr>
          <w:rFonts w:cstheme="minorHAnsi"/>
        </w:rPr>
        <w:t>Potarinau</w:t>
      </w:r>
      <w:proofErr w:type="spellEnd"/>
      <w:r w:rsidRPr="00834A2B">
        <w:rPr>
          <w:rFonts w:cstheme="minorHAnsi"/>
        </w:rPr>
        <w:t xml:space="preserve"> - $6,379,300</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$6,379,300</w:t>
      </w:r>
    </w:p>
    <w:p w:rsidR="00E03598" w:rsidRPr="00834A2B" w:rsidRDefault="00254BB8" w:rsidP="00E03598">
      <w:pPr>
        <w:rPr>
          <w:rFonts w:cstheme="minorHAnsi"/>
          <w:bCs/>
          <w:lang w:val="en"/>
        </w:rPr>
      </w:pPr>
      <w:r w:rsidRPr="00834A2B">
        <w:rPr>
          <w:rFonts w:cstheme="minorHAnsi"/>
          <w:bCs/>
          <w:lang w:val="en"/>
        </w:rPr>
        <w:t xml:space="preserve">: </w:t>
      </w:r>
    </w:p>
    <w:p w:rsidR="00E03598" w:rsidRPr="00834A2B" w:rsidRDefault="00254BB8" w:rsidP="18AD7FA4">
      <w:pPr>
        <w:numPr>
          <w:ilvl w:val="0"/>
          <w:numId w:val="66"/>
        </w:numPr>
        <w:rPr>
          <w:rFonts w:cstheme="minorHAnsi"/>
          <w:b/>
          <w:bCs/>
        </w:rPr>
      </w:pPr>
      <w:r w:rsidRPr="00834A2B">
        <w:rPr>
          <w:rFonts w:cstheme="minorHAnsi"/>
          <w:b/>
          <w:bCs/>
        </w:rPr>
        <w:t xml:space="preserve">Furnishing and Fencing of Village Benab – </w:t>
      </w:r>
      <w:r w:rsidRPr="00834A2B">
        <w:rPr>
          <w:rFonts w:cstheme="minorHAnsi"/>
          <w:b/>
          <w:bCs/>
        </w:rPr>
        <w:t>5,000,000</w:t>
      </w:r>
    </w:p>
    <w:p w:rsidR="00E03598" w:rsidRPr="00834A2B" w:rsidRDefault="00254BB8" w:rsidP="00E03598">
      <w:pPr>
        <w:numPr>
          <w:ilvl w:val="0"/>
          <w:numId w:val="66"/>
        </w:numPr>
        <w:rPr>
          <w:rFonts w:cstheme="minorHAnsi"/>
          <w:b/>
          <w:lang w:val="en"/>
        </w:rPr>
      </w:pPr>
      <w:r w:rsidRPr="00834A2B">
        <w:rPr>
          <w:rFonts w:cstheme="minorHAnsi"/>
          <w:b/>
          <w:lang w:val="en"/>
        </w:rPr>
        <w:t>Catering and Butcher Shop – 1,379,300</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p>
    <w:p w:rsidR="00E03598" w:rsidRPr="00834A2B" w:rsidRDefault="00254BB8" w:rsidP="18AD7FA4">
      <w:pPr>
        <w:numPr>
          <w:ilvl w:val="0"/>
          <w:numId w:val="6"/>
        </w:numPr>
        <w:rPr>
          <w:rFonts w:cstheme="minorHAnsi"/>
        </w:rPr>
      </w:pPr>
      <w:r w:rsidRPr="00834A2B">
        <w:rPr>
          <w:rFonts w:cstheme="minorHAnsi"/>
          <w:b/>
          <w:bCs/>
        </w:rPr>
        <w:t xml:space="preserve">  Name of Village: </w:t>
      </w:r>
      <w:proofErr w:type="spellStart"/>
      <w:r w:rsidRPr="00834A2B">
        <w:rPr>
          <w:rFonts w:cstheme="minorHAnsi"/>
        </w:rPr>
        <w:t>Baitoon</w:t>
      </w:r>
      <w:proofErr w:type="spellEnd"/>
      <w:r w:rsidRPr="00834A2B">
        <w:rPr>
          <w:rFonts w:cstheme="minorHAnsi"/>
        </w:rPr>
        <w:t xml:space="preserve"> Village - $10,400,000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67"/>
        </w:numPr>
        <w:rPr>
          <w:rFonts w:cstheme="minorHAnsi"/>
          <w:bCs/>
          <w:lang w:val="en"/>
        </w:rPr>
      </w:pPr>
      <w:r w:rsidRPr="00834A2B">
        <w:rPr>
          <w:rFonts w:cstheme="minorHAnsi"/>
          <w:bCs/>
          <w:lang w:val="en"/>
        </w:rPr>
        <w:t>HESADP - $10,400,000</w:t>
      </w:r>
    </w:p>
    <w:p w:rsidR="00E03598" w:rsidRPr="00834A2B" w:rsidRDefault="00254BB8" w:rsidP="18AD7FA4">
      <w:pPr>
        <w:numPr>
          <w:ilvl w:val="0"/>
          <w:numId w:val="68"/>
        </w:numPr>
        <w:rPr>
          <w:rFonts w:cstheme="minorHAnsi"/>
          <w:b/>
          <w:bCs/>
        </w:rPr>
      </w:pPr>
      <w:r w:rsidRPr="00834A2B">
        <w:rPr>
          <w:rFonts w:cstheme="minorHAnsi"/>
          <w:b/>
          <w:bCs/>
        </w:rPr>
        <w:t xml:space="preserve">Installation </w:t>
      </w:r>
      <w:proofErr w:type="gramStart"/>
      <w:r w:rsidRPr="00834A2B">
        <w:rPr>
          <w:rFonts w:cstheme="minorHAnsi"/>
          <w:b/>
          <w:bCs/>
        </w:rPr>
        <w:t>Of</w:t>
      </w:r>
      <w:proofErr w:type="gramEnd"/>
      <w:r w:rsidRPr="00834A2B">
        <w:rPr>
          <w:rFonts w:cstheme="minorHAnsi"/>
          <w:b/>
          <w:bCs/>
        </w:rPr>
        <w:t xml:space="preserve"> Water System -  $5,000,000 </w:t>
      </w:r>
    </w:p>
    <w:p w:rsidR="00E03598" w:rsidRPr="00834A2B" w:rsidRDefault="00254BB8" w:rsidP="00E03598">
      <w:pPr>
        <w:numPr>
          <w:ilvl w:val="0"/>
          <w:numId w:val="68"/>
        </w:numPr>
        <w:rPr>
          <w:rFonts w:cstheme="minorHAnsi"/>
          <w:b/>
          <w:lang w:val="en"/>
        </w:rPr>
      </w:pPr>
      <w:r w:rsidRPr="00834A2B">
        <w:rPr>
          <w:rFonts w:cstheme="minorHAnsi"/>
          <w:b/>
          <w:lang w:val="en"/>
        </w:rPr>
        <w:t xml:space="preserve">Sheep Rearing - $2,700,000 </w:t>
      </w:r>
    </w:p>
    <w:p w:rsidR="00E03598" w:rsidRPr="00834A2B" w:rsidRDefault="00254BB8" w:rsidP="00E03598">
      <w:pPr>
        <w:numPr>
          <w:ilvl w:val="0"/>
          <w:numId w:val="68"/>
        </w:numPr>
        <w:rPr>
          <w:rFonts w:cstheme="minorHAnsi"/>
          <w:b/>
          <w:lang w:val="en"/>
        </w:rPr>
      </w:pPr>
      <w:r w:rsidRPr="00834A2B">
        <w:rPr>
          <w:rFonts w:cstheme="minorHAnsi"/>
          <w:b/>
          <w:lang w:val="en"/>
        </w:rPr>
        <w:t>Savannah Farming - $2,700,000</w:t>
      </w:r>
    </w:p>
    <w:p w:rsidR="00E03598" w:rsidRPr="00834A2B" w:rsidRDefault="00254BB8" w:rsidP="00E03598">
      <w:pPr>
        <w:rPr>
          <w:rFonts w:cstheme="minorHAnsi"/>
          <w:bCs/>
          <w:lang w:val="en"/>
        </w:rPr>
      </w:pPr>
    </w:p>
    <w:p w:rsidR="00E03598" w:rsidRPr="00834A2B" w:rsidRDefault="00254BB8" w:rsidP="00E03598">
      <w:pPr>
        <w:numPr>
          <w:ilvl w:val="0"/>
          <w:numId w:val="67"/>
        </w:numPr>
        <w:rPr>
          <w:rFonts w:cstheme="minorHAnsi"/>
          <w:bCs/>
          <w:lang w:val="en"/>
        </w:rPr>
      </w:pPr>
      <w:bookmarkStart w:id="19" w:name="_Hlk180084812"/>
      <w:r w:rsidRPr="00834A2B">
        <w:rPr>
          <w:rFonts w:cstheme="minorHAnsi"/>
          <w:bCs/>
          <w:lang w:val="en"/>
        </w:rPr>
        <w:t>GLDA</w:t>
      </w:r>
    </w:p>
    <w:p w:rsidR="00E03598" w:rsidRPr="00834A2B" w:rsidRDefault="00254BB8" w:rsidP="00E03598">
      <w:pPr>
        <w:numPr>
          <w:ilvl w:val="0"/>
          <w:numId w:val="68"/>
        </w:numPr>
        <w:rPr>
          <w:rFonts w:cstheme="minorHAnsi"/>
          <w:b/>
          <w:lang w:val="en"/>
        </w:rPr>
      </w:pPr>
      <w:r w:rsidRPr="00834A2B">
        <w:rPr>
          <w:rFonts w:cstheme="minorHAnsi"/>
          <w:b/>
          <w:lang w:val="en"/>
        </w:rPr>
        <w:t xml:space="preserve">Supplied 2700 Black Giants </w:t>
      </w:r>
    </w:p>
    <w:p w:rsidR="00E03598" w:rsidRPr="00834A2B" w:rsidRDefault="00254BB8" w:rsidP="00E03598">
      <w:pPr>
        <w:numPr>
          <w:ilvl w:val="0"/>
          <w:numId w:val="68"/>
        </w:numPr>
        <w:rPr>
          <w:rFonts w:cstheme="minorHAnsi"/>
          <w:b/>
          <w:lang w:val="en"/>
        </w:rPr>
      </w:pPr>
      <w:r w:rsidRPr="00834A2B">
        <w:rPr>
          <w:rFonts w:cstheme="minorHAnsi"/>
          <w:b/>
          <w:lang w:val="en"/>
        </w:rPr>
        <w:t>Breeding Boar</w:t>
      </w:r>
    </w:p>
    <w:bookmarkEnd w:id="19"/>
    <w:p w:rsidR="00E03598" w:rsidRPr="00834A2B" w:rsidRDefault="00254BB8" w:rsidP="00E03598">
      <w:pPr>
        <w:rPr>
          <w:rFonts w:cstheme="minorHAnsi"/>
          <w:bCs/>
          <w:lang w:val="en"/>
        </w:rPr>
      </w:pPr>
    </w:p>
    <w:p w:rsidR="00E03598" w:rsidRPr="00834A2B" w:rsidRDefault="00254BB8" w:rsidP="00E03598">
      <w:pPr>
        <w:numPr>
          <w:ilvl w:val="0"/>
          <w:numId w:val="67"/>
        </w:numPr>
        <w:rPr>
          <w:rFonts w:cstheme="minorHAnsi"/>
          <w:bCs/>
          <w:lang w:val="en"/>
        </w:rPr>
      </w:pPr>
      <w:r w:rsidRPr="00834A2B">
        <w:rPr>
          <w:rFonts w:cstheme="minorHAnsi"/>
          <w:bCs/>
          <w:lang w:val="en"/>
        </w:rPr>
        <w:t>NAREI</w:t>
      </w:r>
    </w:p>
    <w:p w:rsidR="00E03598" w:rsidRPr="00834A2B" w:rsidRDefault="00254BB8" w:rsidP="00E03598">
      <w:pPr>
        <w:numPr>
          <w:ilvl w:val="0"/>
          <w:numId w:val="68"/>
        </w:numPr>
        <w:rPr>
          <w:rFonts w:cstheme="minorHAnsi"/>
          <w:b/>
          <w:lang w:val="en"/>
        </w:rPr>
      </w:pPr>
      <w:r w:rsidRPr="00834A2B">
        <w:rPr>
          <w:rFonts w:cstheme="minorHAnsi"/>
          <w:b/>
          <w:lang w:val="en"/>
        </w:rPr>
        <w:t>Received 25 Coconut Seedlings</w:t>
      </w:r>
    </w:p>
    <w:p w:rsidR="00E03598" w:rsidRPr="00834A2B" w:rsidRDefault="00254BB8" w:rsidP="18AD7FA4">
      <w:pPr>
        <w:numPr>
          <w:ilvl w:val="0"/>
          <w:numId w:val="68"/>
        </w:numPr>
        <w:rPr>
          <w:rFonts w:cstheme="minorHAnsi"/>
          <w:b/>
          <w:bCs/>
        </w:rPr>
      </w:pPr>
      <w:r w:rsidRPr="00834A2B">
        <w:rPr>
          <w:rFonts w:cstheme="minorHAnsi"/>
          <w:b/>
          <w:bCs/>
        </w:rPr>
        <w:t xml:space="preserve">Provided </w:t>
      </w:r>
      <w:proofErr w:type="spellStart"/>
      <w:r w:rsidRPr="00834A2B">
        <w:rPr>
          <w:rFonts w:cstheme="minorHAnsi"/>
          <w:b/>
          <w:bCs/>
        </w:rPr>
        <w:t>Acoushi</w:t>
      </w:r>
      <w:proofErr w:type="spellEnd"/>
      <w:r w:rsidRPr="00834A2B">
        <w:rPr>
          <w:rFonts w:cstheme="minorHAnsi"/>
          <w:b/>
          <w:bCs/>
        </w:rPr>
        <w:t xml:space="preserve"> Ant Bait </w:t>
      </w:r>
      <w:proofErr w:type="gramStart"/>
      <w:r w:rsidRPr="00834A2B">
        <w:rPr>
          <w:rFonts w:cstheme="minorHAnsi"/>
          <w:b/>
          <w:bCs/>
        </w:rPr>
        <w:t>And</w:t>
      </w:r>
      <w:proofErr w:type="gramEnd"/>
      <w:r w:rsidRPr="00834A2B">
        <w:rPr>
          <w:rFonts w:cstheme="minorHAnsi"/>
          <w:b/>
          <w:bCs/>
        </w:rPr>
        <w:t xml:space="preserve"> </w:t>
      </w:r>
      <w:proofErr w:type="spellStart"/>
      <w:r w:rsidRPr="00834A2B">
        <w:rPr>
          <w:rFonts w:cstheme="minorHAnsi"/>
          <w:b/>
          <w:bCs/>
        </w:rPr>
        <w:t>Fastak</w:t>
      </w:r>
      <w:proofErr w:type="spellEnd"/>
    </w:p>
    <w:p w:rsidR="00E03598" w:rsidRPr="00834A2B" w:rsidRDefault="00254BB8" w:rsidP="00E03598">
      <w:pPr>
        <w:rPr>
          <w:rFonts w:cstheme="minorHAnsi"/>
          <w:bCs/>
          <w:lang w:val="en"/>
        </w:rPr>
      </w:pPr>
    </w:p>
    <w:p w:rsidR="00E03598" w:rsidRPr="00834A2B" w:rsidRDefault="00254BB8" w:rsidP="00E03598">
      <w:pPr>
        <w:numPr>
          <w:ilvl w:val="0"/>
          <w:numId w:val="67"/>
        </w:numPr>
        <w:rPr>
          <w:rFonts w:cstheme="minorHAnsi"/>
          <w:bCs/>
          <w:lang w:val="en"/>
        </w:rPr>
      </w:pPr>
      <w:r w:rsidRPr="00834A2B">
        <w:rPr>
          <w:rFonts w:cstheme="minorHAnsi"/>
          <w:bCs/>
          <w:lang w:val="en"/>
        </w:rPr>
        <w:t>NDIA</w:t>
      </w:r>
    </w:p>
    <w:p w:rsidR="00E03598" w:rsidRPr="00834A2B" w:rsidRDefault="00254BB8" w:rsidP="18AD7FA4">
      <w:pPr>
        <w:numPr>
          <w:ilvl w:val="0"/>
          <w:numId w:val="68"/>
        </w:numPr>
        <w:rPr>
          <w:rFonts w:cstheme="minorHAnsi"/>
          <w:b/>
          <w:bCs/>
        </w:rPr>
      </w:pPr>
      <w:r w:rsidRPr="00834A2B">
        <w:rPr>
          <w:rFonts w:cstheme="minorHAnsi"/>
          <w:b/>
          <w:bCs/>
        </w:rPr>
        <w:t xml:space="preserve">Hydrological Studies Were Completed </w:t>
      </w:r>
      <w:proofErr w:type="gramStart"/>
      <w:r w:rsidRPr="00834A2B">
        <w:rPr>
          <w:rFonts w:cstheme="minorHAnsi"/>
          <w:b/>
          <w:bCs/>
        </w:rPr>
        <w:t>For</w:t>
      </w:r>
      <w:proofErr w:type="gramEnd"/>
      <w:r w:rsidRPr="00834A2B">
        <w:rPr>
          <w:rFonts w:cstheme="minorHAnsi"/>
          <w:b/>
          <w:bCs/>
        </w:rPr>
        <w:t xml:space="preserve"> Water Catchment</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rPr>
      </w:pPr>
      <w:r w:rsidRPr="00834A2B">
        <w:rPr>
          <w:rFonts w:cstheme="minorHAnsi"/>
          <w:b/>
          <w:bCs/>
        </w:rPr>
        <w:t xml:space="preserve">  Name of Village: </w:t>
      </w:r>
      <w:r w:rsidRPr="00834A2B">
        <w:rPr>
          <w:rFonts w:cstheme="minorHAnsi"/>
        </w:rPr>
        <w:t>Katoonarib - $11,501,533</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69"/>
        </w:numPr>
        <w:rPr>
          <w:rFonts w:cstheme="minorHAnsi"/>
          <w:bCs/>
          <w:lang w:val="en"/>
        </w:rPr>
      </w:pPr>
      <w:r w:rsidRPr="00834A2B">
        <w:rPr>
          <w:rFonts w:cstheme="minorHAnsi"/>
          <w:bCs/>
          <w:lang w:val="en"/>
        </w:rPr>
        <w:t xml:space="preserve">HESADP - </w:t>
      </w:r>
      <w:r w:rsidRPr="00834A2B">
        <w:rPr>
          <w:rFonts w:cstheme="minorHAnsi"/>
          <w:bCs/>
          <w:lang w:val="en"/>
        </w:rPr>
        <w:t>$3,501,533</w:t>
      </w:r>
    </w:p>
    <w:p w:rsidR="00E03598" w:rsidRPr="00834A2B" w:rsidRDefault="00254BB8" w:rsidP="00E03598">
      <w:pPr>
        <w:numPr>
          <w:ilvl w:val="0"/>
          <w:numId w:val="70"/>
        </w:numPr>
        <w:rPr>
          <w:rFonts w:cstheme="minorHAnsi"/>
          <w:b/>
          <w:lang w:val="en"/>
        </w:rPr>
      </w:pPr>
      <w:r w:rsidRPr="00834A2B">
        <w:rPr>
          <w:rFonts w:cstheme="minorHAnsi"/>
          <w:b/>
          <w:lang w:val="en"/>
        </w:rPr>
        <w:t>Upgrades To Sports Ground &amp; Facilities - $3,501,533</w:t>
      </w:r>
    </w:p>
    <w:p w:rsidR="00E03598" w:rsidRPr="00834A2B" w:rsidRDefault="00254BB8" w:rsidP="00E03598">
      <w:pPr>
        <w:rPr>
          <w:rFonts w:cstheme="minorHAnsi"/>
          <w:b/>
          <w:lang w:val="en"/>
        </w:rPr>
      </w:pPr>
    </w:p>
    <w:p w:rsidR="00E03598" w:rsidRPr="00834A2B" w:rsidRDefault="00254BB8" w:rsidP="00E03598">
      <w:pPr>
        <w:numPr>
          <w:ilvl w:val="0"/>
          <w:numId w:val="69"/>
        </w:numPr>
        <w:rPr>
          <w:rFonts w:cstheme="minorHAnsi"/>
          <w:bCs/>
          <w:lang w:val="en"/>
        </w:rPr>
      </w:pPr>
      <w:r w:rsidRPr="00834A2B">
        <w:rPr>
          <w:rFonts w:cstheme="minorHAnsi"/>
          <w:bCs/>
          <w:lang w:val="en"/>
        </w:rPr>
        <w:t>GLDA</w:t>
      </w:r>
    </w:p>
    <w:p w:rsidR="00E03598" w:rsidRPr="00834A2B" w:rsidRDefault="00254BB8" w:rsidP="00E03598">
      <w:pPr>
        <w:numPr>
          <w:ilvl w:val="0"/>
          <w:numId w:val="70"/>
        </w:numPr>
        <w:rPr>
          <w:rFonts w:cstheme="minorHAnsi"/>
          <w:b/>
          <w:lang w:val="en"/>
        </w:rPr>
      </w:pPr>
      <w:bookmarkStart w:id="20" w:name="_Hlk180084825"/>
      <w:r w:rsidRPr="00834A2B">
        <w:rPr>
          <w:rFonts w:cstheme="minorHAnsi"/>
          <w:b/>
          <w:lang w:val="en"/>
        </w:rPr>
        <w:t>Supplied 500 Black Giants</w:t>
      </w:r>
    </w:p>
    <w:p w:rsidR="00E03598" w:rsidRPr="00834A2B" w:rsidRDefault="00254BB8" w:rsidP="00E03598">
      <w:pPr>
        <w:numPr>
          <w:ilvl w:val="0"/>
          <w:numId w:val="70"/>
        </w:numPr>
        <w:rPr>
          <w:rFonts w:cstheme="minorHAnsi"/>
          <w:b/>
          <w:lang w:val="en"/>
        </w:rPr>
      </w:pPr>
      <w:r w:rsidRPr="00834A2B">
        <w:rPr>
          <w:rFonts w:cstheme="minorHAnsi"/>
          <w:b/>
          <w:lang w:val="en"/>
        </w:rPr>
        <w:t>Training On Livestock Management</w:t>
      </w:r>
    </w:p>
    <w:bookmarkEnd w:id="20"/>
    <w:p w:rsidR="00E03598" w:rsidRPr="00834A2B" w:rsidRDefault="00254BB8" w:rsidP="00E03598">
      <w:pPr>
        <w:rPr>
          <w:rFonts w:cstheme="minorHAnsi"/>
          <w:b/>
          <w:lang w:val="en"/>
        </w:rPr>
      </w:pPr>
    </w:p>
    <w:p w:rsidR="00E03598" w:rsidRPr="00834A2B" w:rsidRDefault="00254BB8" w:rsidP="00E03598">
      <w:pPr>
        <w:numPr>
          <w:ilvl w:val="0"/>
          <w:numId w:val="69"/>
        </w:numPr>
        <w:rPr>
          <w:rFonts w:cstheme="minorHAnsi"/>
          <w:bCs/>
          <w:lang w:val="en"/>
        </w:rPr>
      </w:pPr>
      <w:r w:rsidRPr="00834A2B">
        <w:rPr>
          <w:rFonts w:cstheme="minorHAnsi"/>
          <w:bCs/>
          <w:lang w:val="en"/>
        </w:rPr>
        <w:t>NAREI</w:t>
      </w:r>
    </w:p>
    <w:p w:rsidR="00E03598" w:rsidRPr="00834A2B" w:rsidRDefault="00254BB8" w:rsidP="18AD7FA4">
      <w:pPr>
        <w:numPr>
          <w:ilvl w:val="0"/>
          <w:numId w:val="70"/>
        </w:numPr>
        <w:rPr>
          <w:rFonts w:cstheme="minorHAnsi"/>
          <w:b/>
          <w:bCs/>
        </w:rPr>
      </w:pPr>
      <w:r w:rsidRPr="00834A2B">
        <w:rPr>
          <w:rFonts w:cstheme="minorHAnsi"/>
          <w:b/>
          <w:bCs/>
        </w:rPr>
        <w:t xml:space="preserve">Purchased Peanuts </w:t>
      </w:r>
      <w:proofErr w:type="gramStart"/>
      <w:r w:rsidRPr="00834A2B">
        <w:rPr>
          <w:rFonts w:cstheme="minorHAnsi"/>
          <w:b/>
          <w:bCs/>
        </w:rPr>
        <w:t>From</w:t>
      </w:r>
      <w:proofErr w:type="gramEnd"/>
      <w:r w:rsidRPr="00834A2B">
        <w:rPr>
          <w:rFonts w:cstheme="minorHAnsi"/>
          <w:b/>
          <w:bCs/>
        </w:rPr>
        <w:t xml:space="preserve"> Farmers (3000 </w:t>
      </w:r>
      <w:proofErr w:type="spellStart"/>
      <w:r w:rsidRPr="00834A2B">
        <w:rPr>
          <w:rFonts w:cstheme="minorHAnsi"/>
          <w:b/>
          <w:bCs/>
        </w:rPr>
        <w:t>Lbs</w:t>
      </w:r>
      <w:proofErr w:type="spellEnd"/>
      <w:r w:rsidRPr="00834A2B">
        <w:rPr>
          <w:rFonts w:cstheme="minorHAnsi"/>
          <w:b/>
          <w:bCs/>
        </w:rPr>
        <w:t>)</w:t>
      </w:r>
    </w:p>
    <w:p w:rsidR="00E03598" w:rsidRPr="00834A2B" w:rsidRDefault="00254BB8" w:rsidP="00E03598">
      <w:pPr>
        <w:numPr>
          <w:ilvl w:val="0"/>
          <w:numId w:val="70"/>
        </w:numPr>
        <w:rPr>
          <w:rFonts w:cstheme="minorHAnsi"/>
          <w:b/>
          <w:lang w:val="en"/>
        </w:rPr>
      </w:pPr>
      <w:r w:rsidRPr="00834A2B">
        <w:rPr>
          <w:rFonts w:cstheme="minorHAnsi"/>
          <w:b/>
          <w:lang w:val="en"/>
        </w:rPr>
        <w:t>Provided Coconut Seedlings (25)</w:t>
      </w:r>
    </w:p>
    <w:p w:rsidR="00E03598" w:rsidRPr="00834A2B" w:rsidRDefault="00254BB8" w:rsidP="18AD7FA4">
      <w:pPr>
        <w:numPr>
          <w:ilvl w:val="0"/>
          <w:numId w:val="70"/>
        </w:numPr>
        <w:rPr>
          <w:rFonts w:cstheme="minorHAnsi"/>
          <w:b/>
          <w:bCs/>
        </w:rPr>
      </w:pPr>
      <w:r w:rsidRPr="00834A2B">
        <w:rPr>
          <w:rFonts w:cstheme="minorHAnsi"/>
          <w:b/>
          <w:bCs/>
        </w:rPr>
        <w:t xml:space="preserve">Provided </w:t>
      </w:r>
      <w:proofErr w:type="spellStart"/>
      <w:r w:rsidRPr="00834A2B">
        <w:rPr>
          <w:rFonts w:cstheme="minorHAnsi"/>
          <w:b/>
          <w:bCs/>
        </w:rPr>
        <w:t>Acoushi</w:t>
      </w:r>
      <w:proofErr w:type="spellEnd"/>
      <w:r w:rsidRPr="00834A2B">
        <w:rPr>
          <w:rFonts w:cstheme="minorHAnsi"/>
          <w:b/>
          <w:bCs/>
        </w:rPr>
        <w:t xml:space="preserve"> Ant Bait </w:t>
      </w:r>
      <w:proofErr w:type="gramStart"/>
      <w:r w:rsidRPr="00834A2B">
        <w:rPr>
          <w:rFonts w:cstheme="minorHAnsi"/>
          <w:b/>
          <w:bCs/>
        </w:rPr>
        <w:t>And</w:t>
      </w:r>
      <w:proofErr w:type="gramEnd"/>
      <w:r w:rsidRPr="00834A2B">
        <w:rPr>
          <w:rFonts w:cstheme="minorHAnsi"/>
          <w:b/>
          <w:bCs/>
        </w:rPr>
        <w:t xml:space="preserve"> Chemicals</w:t>
      </w:r>
    </w:p>
    <w:p w:rsidR="00E03598" w:rsidRPr="00834A2B" w:rsidRDefault="00254BB8" w:rsidP="00E03598">
      <w:pPr>
        <w:numPr>
          <w:ilvl w:val="0"/>
          <w:numId w:val="69"/>
        </w:numPr>
        <w:rPr>
          <w:rFonts w:cstheme="minorHAnsi"/>
          <w:bCs/>
          <w:lang w:val="en"/>
        </w:rPr>
      </w:pPr>
      <w:r w:rsidRPr="00834A2B">
        <w:rPr>
          <w:rFonts w:cstheme="minorHAnsi"/>
          <w:bCs/>
          <w:lang w:val="en"/>
        </w:rPr>
        <w:t xml:space="preserve">NDIA - </w:t>
      </w:r>
      <w:r w:rsidRPr="00834A2B">
        <w:rPr>
          <w:rFonts w:cstheme="minorHAnsi"/>
          <w:bCs/>
          <w:lang w:val="en"/>
        </w:rPr>
        <w:t>$8,000,000</w:t>
      </w:r>
    </w:p>
    <w:p w:rsidR="00E03598" w:rsidRPr="00834A2B" w:rsidRDefault="00254BB8" w:rsidP="18AD7FA4">
      <w:pPr>
        <w:numPr>
          <w:ilvl w:val="0"/>
          <w:numId w:val="71"/>
        </w:numPr>
        <w:rPr>
          <w:rFonts w:cstheme="minorHAnsi"/>
          <w:b/>
          <w:bCs/>
        </w:rPr>
      </w:pPr>
      <w:r w:rsidRPr="00834A2B">
        <w:rPr>
          <w:rFonts w:cstheme="minorHAnsi"/>
          <w:b/>
          <w:bCs/>
        </w:rPr>
        <w:t xml:space="preserve">Completed Construction </w:t>
      </w:r>
      <w:proofErr w:type="gramStart"/>
      <w:r w:rsidRPr="00834A2B">
        <w:rPr>
          <w:rFonts w:cstheme="minorHAnsi"/>
          <w:b/>
          <w:bCs/>
        </w:rPr>
        <w:t>Of</w:t>
      </w:r>
      <w:proofErr w:type="gramEnd"/>
      <w:r w:rsidRPr="00834A2B">
        <w:rPr>
          <w:rFonts w:cstheme="minorHAnsi"/>
          <w:b/>
          <w:bCs/>
        </w:rPr>
        <w:t xml:space="preserve"> One (1) Reservoir - $8 M</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rPr>
      </w:pPr>
      <w:r w:rsidRPr="00834A2B">
        <w:rPr>
          <w:rFonts w:cstheme="minorHAnsi"/>
          <w:b/>
          <w:bCs/>
        </w:rPr>
        <w:t xml:space="preserve">  Name of Village: </w:t>
      </w:r>
      <w:proofErr w:type="spellStart"/>
      <w:r w:rsidRPr="00834A2B">
        <w:rPr>
          <w:rFonts w:cstheme="minorHAnsi"/>
        </w:rPr>
        <w:t>Sawariwau</w:t>
      </w:r>
      <w:proofErr w:type="spellEnd"/>
      <w:r w:rsidRPr="00834A2B">
        <w:rPr>
          <w:rFonts w:cstheme="minorHAnsi"/>
        </w:rPr>
        <w:t xml:space="preserve"> Village - $10,400,000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$10,400,000</w:t>
      </w:r>
    </w:p>
    <w:p w:rsidR="00E03598" w:rsidRPr="00834A2B" w:rsidRDefault="00254BB8" w:rsidP="00E03598">
      <w:pPr>
        <w:rPr>
          <w:rFonts w:cstheme="minorHAnsi"/>
          <w:bCs/>
          <w:lang w:val="en"/>
        </w:rPr>
      </w:pPr>
    </w:p>
    <w:p w:rsidR="00E03598" w:rsidRPr="00834A2B" w:rsidRDefault="00254BB8" w:rsidP="00E03598">
      <w:pPr>
        <w:numPr>
          <w:ilvl w:val="0"/>
          <w:numId w:val="72"/>
        </w:numPr>
        <w:rPr>
          <w:rFonts w:cstheme="minorHAnsi"/>
          <w:b/>
          <w:lang w:val="en"/>
        </w:rPr>
      </w:pPr>
      <w:r w:rsidRPr="00834A2B">
        <w:rPr>
          <w:rFonts w:cstheme="minorHAnsi"/>
          <w:b/>
          <w:lang w:val="en"/>
        </w:rPr>
        <w:t>Extension and Upgrade of Women’s Facility – 2,700,000</w:t>
      </w:r>
    </w:p>
    <w:p w:rsidR="00E03598" w:rsidRPr="00834A2B" w:rsidRDefault="00254BB8" w:rsidP="00E03598">
      <w:pPr>
        <w:numPr>
          <w:ilvl w:val="0"/>
          <w:numId w:val="72"/>
        </w:numPr>
        <w:rPr>
          <w:rFonts w:cstheme="minorHAnsi"/>
          <w:b/>
          <w:lang w:val="en"/>
        </w:rPr>
      </w:pPr>
      <w:r w:rsidRPr="00834A2B">
        <w:rPr>
          <w:rFonts w:cstheme="minorHAnsi"/>
          <w:b/>
          <w:lang w:val="en"/>
        </w:rPr>
        <w:t>Sheep Production – 2,700,000</w:t>
      </w:r>
    </w:p>
    <w:p w:rsidR="00E03598" w:rsidRPr="00834A2B" w:rsidRDefault="00254BB8" w:rsidP="00E03598">
      <w:pPr>
        <w:numPr>
          <w:ilvl w:val="0"/>
          <w:numId w:val="72"/>
        </w:numPr>
        <w:rPr>
          <w:rFonts w:cstheme="minorHAnsi"/>
          <w:b/>
          <w:lang w:val="en"/>
        </w:rPr>
      </w:pPr>
      <w:r w:rsidRPr="00834A2B">
        <w:rPr>
          <w:rFonts w:cstheme="minorHAnsi"/>
          <w:b/>
          <w:lang w:val="en"/>
        </w:rPr>
        <w:t xml:space="preserve">Upgrade of Sports </w:t>
      </w:r>
      <w:r w:rsidRPr="00834A2B">
        <w:rPr>
          <w:rFonts w:cstheme="minorHAnsi"/>
          <w:b/>
          <w:lang w:val="en"/>
        </w:rPr>
        <w:t>Complex – 5,000,000</w:t>
      </w:r>
    </w:p>
    <w:p w:rsidR="00E03598" w:rsidRPr="00834A2B" w:rsidRDefault="00254BB8" w:rsidP="00E03598">
      <w:pPr>
        <w:rPr>
          <w:rFonts w:cstheme="minorHAnsi"/>
          <w:bCs/>
          <w:lang w:val="en"/>
        </w:rPr>
      </w:pP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rPr>
      </w:pPr>
      <w:r w:rsidRPr="00834A2B">
        <w:rPr>
          <w:rFonts w:cstheme="minorHAnsi"/>
          <w:b/>
          <w:bCs/>
        </w:rPr>
        <w:t xml:space="preserve">  Name of Village: </w:t>
      </w:r>
      <w:proofErr w:type="spellStart"/>
      <w:r w:rsidRPr="00834A2B">
        <w:rPr>
          <w:rFonts w:cstheme="minorHAnsi"/>
        </w:rPr>
        <w:t>Shiriri</w:t>
      </w:r>
      <w:proofErr w:type="spellEnd"/>
      <w:r w:rsidRPr="00834A2B">
        <w:rPr>
          <w:rFonts w:cstheme="minorHAnsi"/>
        </w:rPr>
        <w:t xml:space="preserve"> Village - $10,400,000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$10,400,000</w:t>
      </w:r>
    </w:p>
    <w:p w:rsidR="00E03598" w:rsidRPr="00834A2B" w:rsidRDefault="00254BB8" w:rsidP="00E03598">
      <w:pPr>
        <w:rPr>
          <w:rFonts w:cstheme="minorHAnsi"/>
          <w:bCs/>
          <w:lang w:val="en"/>
        </w:rPr>
      </w:pPr>
    </w:p>
    <w:p w:rsidR="00E03598" w:rsidRPr="00834A2B" w:rsidRDefault="00254BB8" w:rsidP="18AD7FA4">
      <w:pPr>
        <w:numPr>
          <w:ilvl w:val="0"/>
          <w:numId w:val="72"/>
        </w:numPr>
        <w:rPr>
          <w:rFonts w:cstheme="minorHAnsi"/>
          <w:b/>
          <w:bCs/>
        </w:rPr>
      </w:pPr>
      <w:r w:rsidRPr="00834A2B">
        <w:rPr>
          <w:rFonts w:cstheme="minorHAnsi"/>
          <w:b/>
          <w:bCs/>
        </w:rPr>
        <w:t xml:space="preserve">Swine </w:t>
      </w:r>
      <w:proofErr w:type="gramStart"/>
      <w:r w:rsidRPr="00834A2B">
        <w:rPr>
          <w:rFonts w:cstheme="minorHAnsi"/>
          <w:b/>
          <w:bCs/>
        </w:rPr>
        <w:t>Rearing  –</w:t>
      </w:r>
      <w:proofErr w:type="gramEnd"/>
      <w:r w:rsidRPr="00834A2B">
        <w:rPr>
          <w:rFonts w:cstheme="minorHAnsi"/>
          <w:b/>
          <w:bCs/>
        </w:rPr>
        <w:t xml:space="preserve"> 2,700,000</w:t>
      </w:r>
    </w:p>
    <w:p w:rsidR="00E03598" w:rsidRPr="00834A2B" w:rsidRDefault="00254BB8" w:rsidP="00E03598">
      <w:pPr>
        <w:numPr>
          <w:ilvl w:val="0"/>
          <w:numId w:val="72"/>
        </w:numPr>
        <w:rPr>
          <w:rFonts w:cstheme="minorHAnsi"/>
          <w:b/>
          <w:lang w:val="en"/>
        </w:rPr>
      </w:pPr>
      <w:r w:rsidRPr="00834A2B">
        <w:rPr>
          <w:rFonts w:cstheme="minorHAnsi"/>
          <w:b/>
          <w:lang w:val="en"/>
        </w:rPr>
        <w:t>Sheep Production – 2,700,000</w:t>
      </w:r>
    </w:p>
    <w:p w:rsidR="00E03598" w:rsidRPr="00834A2B" w:rsidRDefault="00254BB8" w:rsidP="00E03598">
      <w:pPr>
        <w:numPr>
          <w:ilvl w:val="0"/>
          <w:numId w:val="72"/>
        </w:numPr>
        <w:rPr>
          <w:rFonts w:cstheme="minorHAnsi"/>
          <w:b/>
          <w:lang w:val="en"/>
        </w:rPr>
      </w:pPr>
      <w:r w:rsidRPr="00834A2B">
        <w:rPr>
          <w:rFonts w:cstheme="minorHAnsi"/>
          <w:b/>
          <w:lang w:val="en"/>
        </w:rPr>
        <w:t>Construction of Multipurpose Building – 5,000,000</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00E03598">
      <w:pPr>
        <w:rPr>
          <w:rFonts w:cstheme="minorHAnsi"/>
          <w:b/>
          <w:u w:val="single"/>
          <w:lang w:val="en"/>
        </w:rPr>
      </w:pPr>
      <w:r w:rsidRPr="00834A2B">
        <w:rPr>
          <w:rFonts w:cstheme="minorHAnsi"/>
          <w:b/>
          <w:u w:val="single"/>
          <w:lang w:val="en"/>
        </w:rPr>
        <w:t xml:space="preserve">Deep South </w:t>
      </w:r>
      <w:proofErr w:type="spellStart"/>
      <w:r w:rsidRPr="00834A2B">
        <w:rPr>
          <w:rFonts w:cstheme="minorHAnsi"/>
          <w:b/>
          <w:u w:val="single"/>
          <w:lang w:val="en"/>
        </w:rPr>
        <w:t>Rupununi</w:t>
      </w:r>
      <w:proofErr w:type="spellEnd"/>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rPr>
      </w:pPr>
      <w:r w:rsidRPr="00834A2B">
        <w:rPr>
          <w:rFonts w:cstheme="minorHAnsi"/>
          <w:b/>
          <w:bCs/>
        </w:rPr>
        <w:t xml:space="preserve">Name of Village: </w:t>
      </w:r>
      <w:proofErr w:type="spellStart"/>
      <w:r w:rsidRPr="00834A2B">
        <w:rPr>
          <w:rFonts w:cstheme="minorHAnsi"/>
        </w:rPr>
        <w:t>Aishalton</w:t>
      </w:r>
      <w:proofErr w:type="spellEnd"/>
      <w:r w:rsidRPr="00834A2B">
        <w:rPr>
          <w:rFonts w:cstheme="minorHAnsi"/>
        </w:rPr>
        <w:t xml:space="preserve"> - $15,075,200</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r w:rsidRPr="00834A2B">
        <w:rPr>
          <w:rFonts w:cstheme="minorHAnsi"/>
          <w:bCs/>
          <w:lang w:val="en"/>
        </w:rPr>
        <w:lastRenderedPageBreak/>
        <w:t>Agency/Project:</w:t>
      </w:r>
    </w:p>
    <w:p w:rsidR="00E03598" w:rsidRPr="00834A2B" w:rsidRDefault="00254BB8" w:rsidP="00E03598">
      <w:pPr>
        <w:rPr>
          <w:rFonts w:cstheme="minorHAnsi"/>
          <w:bCs/>
          <w:lang w:val="en"/>
        </w:rPr>
      </w:pPr>
    </w:p>
    <w:p w:rsidR="00E03598" w:rsidRPr="00834A2B" w:rsidRDefault="00254BB8" w:rsidP="00E03598">
      <w:pPr>
        <w:numPr>
          <w:ilvl w:val="0"/>
          <w:numId w:val="73"/>
        </w:numPr>
        <w:rPr>
          <w:rFonts w:cstheme="minorHAnsi"/>
          <w:bCs/>
          <w:lang w:val="en"/>
        </w:rPr>
      </w:pPr>
      <w:r w:rsidRPr="00834A2B">
        <w:rPr>
          <w:rFonts w:cstheme="minorHAnsi"/>
          <w:bCs/>
          <w:lang w:val="en"/>
        </w:rPr>
        <w:t>HESADP - $7,775,200</w:t>
      </w:r>
    </w:p>
    <w:p w:rsidR="00E03598" w:rsidRPr="00834A2B" w:rsidRDefault="00254BB8" w:rsidP="00E03598">
      <w:pPr>
        <w:numPr>
          <w:ilvl w:val="0"/>
          <w:numId w:val="74"/>
        </w:numPr>
        <w:rPr>
          <w:rFonts w:cstheme="minorHAnsi"/>
          <w:b/>
          <w:lang w:val="en"/>
        </w:rPr>
      </w:pPr>
      <w:r w:rsidRPr="00834A2B">
        <w:rPr>
          <w:rFonts w:cstheme="minorHAnsi"/>
          <w:b/>
          <w:lang w:val="en"/>
        </w:rPr>
        <w:t xml:space="preserve">Access Bridges - $3,995,200 </w:t>
      </w:r>
    </w:p>
    <w:p w:rsidR="00E03598" w:rsidRPr="00834A2B" w:rsidRDefault="00254BB8" w:rsidP="00E03598">
      <w:pPr>
        <w:numPr>
          <w:ilvl w:val="0"/>
          <w:numId w:val="74"/>
        </w:numPr>
        <w:rPr>
          <w:rFonts w:cstheme="minorHAnsi"/>
          <w:b/>
          <w:lang w:val="en"/>
        </w:rPr>
      </w:pPr>
      <w:r w:rsidRPr="00834A2B">
        <w:rPr>
          <w:rFonts w:cstheme="minorHAnsi"/>
          <w:b/>
          <w:lang w:val="en"/>
        </w:rPr>
        <w:t>Implementation of Central Hub for Swine and Poultry Production</w:t>
      </w:r>
      <w:r w:rsidRPr="00834A2B">
        <w:rPr>
          <w:rFonts w:cstheme="minorHAnsi"/>
          <w:b/>
          <w:lang w:val="en"/>
        </w:rPr>
        <w:tab/>
        <w:t xml:space="preserve">           - $1,980,000 </w:t>
      </w:r>
    </w:p>
    <w:p w:rsidR="00E03598" w:rsidRPr="00834A2B" w:rsidRDefault="00254BB8" w:rsidP="00E03598">
      <w:pPr>
        <w:numPr>
          <w:ilvl w:val="0"/>
          <w:numId w:val="74"/>
        </w:numPr>
        <w:rPr>
          <w:rFonts w:cstheme="minorHAnsi"/>
          <w:b/>
          <w:lang w:val="en"/>
        </w:rPr>
      </w:pPr>
      <w:r w:rsidRPr="00834A2B">
        <w:rPr>
          <w:rFonts w:cstheme="minorHAnsi"/>
          <w:b/>
          <w:lang w:val="en"/>
        </w:rPr>
        <w:t>Cattle Production- Paddock Extension - $1,800,000</w:t>
      </w:r>
    </w:p>
    <w:p w:rsidR="00E03598" w:rsidRPr="00834A2B" w:rsidRDefault="00254BB8" w:rsidP="00E03598">
      <w:pPr>
        <w:rPr>
          <w:rFonts w:cstheme="minorHAnsi"/>
          <w:b/>
          <w:lang w:val="en"/>
        </w:rPr>
      </w:pPr>
    </w:p>
    <w:p w:rsidR="00E03598" w:rsidRPr="00834A2B" w:rsidRDefault="00254BB8" w:rsidP="00E03598">
      <w:pPr>
        <w:numPr>
          <w:ilvl w:val="0"/>
          <w:numId w:val="73"/>
        </w:numPr>
        <w:rPr>
          <w:rFonts w:cstheme="minorHAnsi"/>
          <w:bCs/>
          <w:lang w:val="en"/>
        </w:rPr>
      </w:pPr>
      <w:bookmarkStart w:id="21" w:name="_Hlk180084842"/>
      <w:r w:rsidRPr="00834A2B">
        <w:rPr>
          <w:rFonts w:cstheme="minorHAnsi"/>
          <w:bCs/>
          <w:lang w:val="en"/>
        </w:rPr>
        <w:t>GLDA</w:t>
      </w:r>
    </w:p>
    <w:p w:rsidR="00E03598" w:rsidRPr="00834A2B" w:rsidRDefault="00254BB8" w:rsidP="00E03598">
      <w:pPr>
        <w:numPr>
          <w:ilvl w:val="0"/>
          <w:numId w:val="75"/>
        </w:numPr>
        <w:rPr>
          <w:rFonts w:cstheme="minorHAnsi"/>
          <w:b/>
          <w:lang w:val="en"/>
        </w:rPr>
      </w:pPr>
      <w:r w:rsidRPr="00834A2B">
        <w:rPr>
          <w:rFonts w:cstheme="minorHAnsi"/>
          <w:b/>
          <w:lang w:val="en"/>
        </w:rPr>
        <w:t>Supplied 1 Breeding bull, 3 sheep and pig (boar)</w:t>
      </w:r>
    </w:p>
    <w:p w:rsidR="00E03598" w:rsidRPr="00834A2B" w:rsidRDefault="00254BB8" w:rsidP="00E03598">
      <w:pPr>
        <w:numPr>
          <w:ilvl w:val="0"/>
          <w:numId w:val="75"/>
        </w:numPr>
        <w:rPr>
          <w:rFonts w:cstheme="minorHAnsi"/>
          <w:b/>
          <w:lang w:val="en"/>
        </w:rPr>
      </w:pPr>
      <w:r w:rsidRPr="00834A2B">
        <w:rPr>
          <w:rFonts w:cstheme="minorHAnsi"/>
          <w:b/>
          <w:lang w:val="en"/>
        </w:rPr>
        <w:t>1400 black giants</w:t>
      </w:r>
    </w:p>
    <w:bookmarkEnd w:id="21"/>
    <w:p w:rsidR="00E03598" w:rsidRPr="00834A2B" w:rsidRDefault="00254BB8" w:rsidP="00E03598">
      <w:pPr>
        <w:rPr>
          <w:rFonts w:cstheme="minorHAnsi"/>
          <w:b/>
          <w:lang w:val="en"/>
        </w:rPr>
      </w:pPr>
    </w:p>
    <w:p w:rsidR="00E03598" w:rsidRPr="00834A2B" w:rsidRDefault="00254BB8" w:rsidP="00E03598">
      <w:pPr>
        <w:numPr>
          <w:ilvl w:val="0"/>
          <w:numId w:val="73"/>
        </w:numPr>
        <w:rPr>
          <w:rFonts w:cstheme="minorHAnsi"/>
          <w:bCs/>
          <w:lang w:val="en"/>
        </w:rPr>
      </w:pPr>
      <w:r w:rsidRPr="00834A2B">
        <w:rPr>
          <w:rFonts w:cstheme="minorHAnsi"/>
          <w:bCs/>
          <w:lang w:val="en"/>
        </w:rPr>
        <w:t>NAREI</w:t>
      </w:r>
    </w:p>
    <w:p w:rsidR="00E03598" w:rsidRPr="00834A2B" w:rsidRDefault="00254BB8" w:rsidP="00E03598">
      <w:pPr>
        <w:numPr>
          <w:ilvl w:val="0"/>
          <w:numId w:val="76"/>
        </w:numPr>
        <w:rPr>
          <w:rFonts w:cstheme="minorHAnsi"/>
          <w:b/>
          <w:lang w:val="en"/>
        </w:rPr>
      </w:pPr>
      <w:r w:rsidRPr="00834A2B">
        <w:rPr>
          <w:rFonts w:cstheme="minorHAnsi"/>
          <w:b/>
          <w:lang w:val="en"/>
        </w:rPr>
        <w:t>Establishment of Cassava germplasm</w:t>
      </w:r>
    </w:p>
    <w:p w:rsidR="00E03598" w:rsidRPr="00834A2B" w:rsidRDefault="00254BB8" w:rsidP="00E03598">
      <w:pPr>
        <w:numPr>
          <w:ilvl w:val="0"/>
          <w:numId w:val="76"/>
        </w:numPr>
        <w:rPr>
          <w:rFonts w:cstheme="minorHAnsi"/>
          <w:b/>
          <w:lang w:val="en"/>
        </w:rPr>
      </w:pPr>
      <w:r w:rsidRPr="00834A2B">
        <w:rPr>
          <w:rFonts w:cstheme="minorHAnsi"/>
          <w:b/>
          <w:lang w:val="en"/>
        </w:rPr>
        <w:t>Provide shade house material (1 roll plastic and 1 net) to Farmers group</w:t>
      </w:r>
    </w:p>
    <w:p w:rsidR="00E03598" w:rsidRPr="00834A2B" w:rsidRDefault="00254BB8" w:rsidP="00E03598">
      <w:pPr>
        <w:numPr>
          <w:ilvl w:val="0"/>
          <w:numId w:val="76"/>
        </w:numPr>
        <w:rPr>
          <w:rFonts w:cstheme="minorHAnsi"/>
          <w:b/>
          <w:lang w:val="en"/>
        </w:rPr>
      </w:pPr>
      <w:r w:rsidRPr="00834A2B">
        <w:rPr>
          <w:rFonts w:cstheme="minorHAnsi"/>
          <w:b/>
          <w:lang w:val="en"/>
        </w:rPr>
        <w:t>Provision of vegetable seeds.</w:t>
      </w:r>
    </w:p>
    <w:p w:rsidR="00E03598" w:rsidRPr="00834A2B" w:rsidRDefault="00254BB8" w:rsidP="00E03598">
      <w:pPr>
        <w:rPr>
          <w:rFonts w:cstheme="minorHAnsi"/>
          <w:bCs/>
          <w:lang w:val="en"/>
        </w:rPr>
      </w:pPr>
    </w:p>
    <w:p w:rsidR="00E03598" w:rsidRPr="00834A2B" w:rsidRDefault="00254BB8" w:rsidP="00E03598">
      <w:pPr>
        <w:numPr>
          <w:ilvl w:val="0"/>
          <w:numId w:val="73"/>
        </w:numPr>
        <w:rPr>
          <w:rFonts w:cstheme="minorHAnsi"/>
          <w:bCs/>
          <w:lang w:val="en"/>
        </w:rPr>
      </w:pPr>
      <w:r w:rsidRPr="00834A2B">
        <w:rPr>
          <w:rFonts w:cstheme="minorHAnsi"/>
          <w:bCs/>
          <w:lang w:val="en"/>
        </w:rPr>
        <w:t>NDIA - $7,300,000</w:t>
      </w:r>
    </w:p>
    <w:p w:rsidR="00E03598" w:rsidRPr="00834A2B" w:rsidRDefault="00254BB8" w:rsidP="00E03598">
      <w:pPr>
        <w:numPr>
          <w:ilvl w:val="0"/>
          <w:numId w:val="77"/>
        </w:numPr>
        <w:rPr>
          <w:rFonts w:cstheme="minorHAnsi"/>
          <w:b/>
          <w:lang w:val="en"/>
        </w:rPr>
      </w:pPr>
      <w:r w:rsidRPr="00834A2B">
        <w:rPr>
          <w:rFonts w:cstheme="minorHAnsi"/>
          <w:b/>
          <w:lang w:val="en"/>
        </w:rPr>
        <w:t>Completed construction of</w:t>
      </w:r>
      <w:r w:rsidRPr="00834A2B">
        <w:rPr>
          <w:rFonts w:cstheme="minorHAnsi"/>
          <w:b/>
          <w:lang w:val="en"/>
        </w:rPr>
        <w:t xml:space="preserve"> 2 No. reservoir - $7 M</w:t>
      </w:r>
    </w:p>
    <w:p w:rsidR="00E03598" w:rsidRPr="00834A2B" w:rsidRDefault="00254BB8" w:rsidP="00E03598">
      <w:pPr>
        <w:numPr>
          <w:ilvl w:val="0"/>
          <w:numId w:val="77"/>
        </w:numPr>
        <w:rPr>
          <w:rFonts w:cstheme="minorHAnsi"/>
          <w:b/>
          <w:lang w:val="en"/>
        </w:rPr>
      </w:pPr>
      <w:r w:rsidRPr="00834A2B">
        <w:rPr>
          <w:rFonts w:cstheme="minorHAnsi"/>
          <w:b/>
          <w:lang w:val="en"/>
        </w:rPr>
        <w:t>Completed 100 acres of land preparation for farmers - $0.3 M</w:t>
      </w:r>
    </w:p>
    <w:p w:rsidR="00E03598" w:rsidRPr="00834A2B" w:rsidRDefault="00254BB8" w:rsidP="00E03598">
      <w:pPr>
        <w:numPr>
          <w:ilvl w:val="0"/>
          <w:numId w:val="77"/>
        </w:numPr>
        <w:rPr>
          <w:rFonts w:cstheme="minorHAnsi"/>
          <w:b/>
          <w:lang w:val="en"/>
        </w:rPr>
      </w:pPr>
      <w:r w:rsidRPr="00834A2B">
        <w:rPr>
          <w:rFonts w:cstheme="minorHAnsi"/>
          <w:b/>
          <w:lang w:val="en"/>
        </w:rPr>
        <w:t>Sweet cassava tubers (50000lbs) and sticks</w:t>
      </w:r>
    </w:p>
    <w:p w:rsidR="00E03598" w:rsidRPr="00834A2B" w:rsidRDefault="00254BB8" w:rsidP="00E03598">
      <w:pPr>
        <w:rPr>
          <w:rFonts w:cstheme="minorHAnsi"/>
          <w:lang w:val="en"/>
        </w:rPr>
      </w:pPr>
    </w:p>
    <w:p w:rsidR="00E03598" w:rsidRPr="00834A2B" w:rsidRDefault="00254BB8" w:rsidP="00E03598">
      <w:pPr>
        <w:rPr>
          <w:rFonts w:cstheme="minorHAnsi"/>
          <w:lang w:val="en"/>
        </w:rPr>
      </w:pPr>
    </w:p>
    <w:p w:rsidR="00E03598" w:rsidRPr="00834A2B" w:rsidRDefault="00254BB8" w:rsidP="18AD7FA4">
      <w:pPr>
        <w:numPr>
          <w:ilvl w:val="0"/>
          <w:numId w:val="6"/>
        </w:numPr>
        <w:rPr>
          <w:rFonts w:cstheme="minorHAnsi"/>
        </w:rPr>
      </w:pPr>
      <w:r w:rsidRPr="00834A2B">
        <w:rPr>
          <w:rFonts w:cstheme="minorHAnsi"/>
          <w:b/>
          <w:bCs/>
        </w:rPr>
        <w:t xml:space="preserve">Name of Village: </w:t>
      </w:r>
      <w:proofErr w:type="spellStart"/>
      <w:r w:rsidRPr="00834A2B">
        <w:rPr>
          <w:rFonts w:cstheme="minorHAnsi"/>
        </w:rPr>
        <w:t>Churkidnau</w:t>
      </w:r>
      <w:proofErr w:type="spellEnd"/>
      <w:r w:rsidRPr="00834A2B">
        <w:rPr>
          <w:rFonts w:cstheme="minorHAnsi"/>
        </w:rPr>
        <w:t xml:space="preserve"> - $7,700,000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$7,700,000</w:t>
      </w:r>
    </w:p>
    <w:p w:rsidR="00E03598" w:rsidRPr="00834A2B" w:rsidRDefault="00254BB8" w:rsidP="00E03598">
      <w:pPr>
        <w:rPr>
          <w:rFonts w:cstheme="minorHAnsi"/>
          <w:b/>
          <w:bCs/>
          <w:lang w:val="en"/>
        </w:rPr>
      </w:pPr>
    </w:p>
    <w:p w:rsidR="00E03598" w:rsidRPr="00834A2B" w:rsidRDefault="00254BB8" w:rsidP="00E03598">
      <w:pPr>
        <w:numPr>
          <w:ilvl w:val="0"/>
          <w:numId w:val="78"/>
        </w:numPr>
        <w:rPr>
          <w:rFonts w:cstheme="minorHAnsi"/>
          <w:b/>
          <w:bCs/>
          <w:lang w:val="en"/>
        </w:rPr>
      </w:pPr>
      <w:r w:rsidRPr="00834A2B">
        <w:rPr>
          <w:rFonts w:cstheme="minorHAnsi"/>
          <w:b/>
          <w:bCs/>
          <w:lang w:val="en"/>
        </w:rPr>
        <w:t xml:space="preserve">Construction of bridge and extension of village </w:t>
      </w:r>
      <w:r w:rsidRPr="00834A2B">
        <w:rPr>
          <w:rFonts w:cstheme="minorHAnsi"/>
          <w:b/>
          <w:bCs/>
          <w:lang w:val="en"/>
        </w:rPr>
        <w:t>office – 5,000,000</w:t>
      </w:r>
    </w:p>
    <w:p w:rsidR="00E03598" w:rsidRPr="00834A2B" w:rsidRDefault="00254BB8" w:rsidP="00E03598">
      <w:pPr>
        <w:numPr>
          <w:ilvl w:val="0"/>
          <w:numId w:val="78"/>
        </w:numPr>
        <w:rPr>
          <w:rFonts w:cstheme="minorHAnsi"/>
          <w:b/>
          <w:bCs/>
          <w:lang w:val="en"/>
        </w:rPr>
      </w:pPr>
      <w:r w:rsidRPr="00834A2B">
        <w:rPr>
          <w:rFonts w:cstheme="minorHAnsi"/>
          <w:b/>
          <w:bCs/>
          <w:lang w:val="en"/>
        </w:rPr>
        <w:t>Construction of Coral – 2,700,000</w:t>
      </w:r>
    </w:p>
    <w:p w:rsidR="00E03598" w:rsidRPr="00834A2B" w:rsidRDefault="00254BB8" w:rsidP="00E03598">
      <w:pPr>
        <w:rPr>
          <w:rFonts w:cstheme="minorHAnsi"/>
          <w:lang w:val="en"/>
        </w:rPr>
      </w:pPr>
    </w:p>
    <w:p w:rsidR="00E03598" w:rsidRPr="00834A2B" w:rsidRDefault="00254BB8" w:rsidP="00E03598">
      <w:pPr>
        <w:rPr>
          <w:rFonts w:cstheme="minorHAnsi"/>
          <w:lang w:val="en"/>
        </w:rPr>
      </w:pPr>
    </w:p>
    <w:p w:rsidR="00E03598" w:rsidRPr="00834A2B" w:rsidRDefault="00254BB8" w:rsidP="18AD7FA4">
      <w:pPr>
        <w:numPr>
          <w:ilvl w:val="0"/>
          <w:numId w:val="6"/>
        </w:numPr>
        <w:rPr>
          <w:rFonts w:cstheme="minorHAnsi"/>
        </w:rPr>
      </w:pPr>
      <w:r w:rsidRPr="00834A2B">
        <w:rPr>
          <w:rFonts w:cstheme="minorHAnsi"/>
          <w:b/>
          <w:bCs/>
        </w:rPr>
        <w:t xml:space="preserve">Name of Village: </w:t>
      </w:r>
      <w:proofErr w:type="spellStart"/>
      <w:r w:rsidRPr="00834A2B">
        <w:rPr>
          <w:rFonts w:cstheme="minorHAnsi"/>
        </w:rPr>
        <w:t>Awarewaunau</w:t>
      </w:r>
      <w:proofErr w:type="spellEnd"/>
      <w:r w:rsidRPr="00834A2B">
        <w:rPr>
          <w:rFonts w:cstheme="minorHAnsi"/>
        </w:rPr>
        <w:t xml:space="preserve"> - $13,297,780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79"/>
        </w:numPr>
        <w:rPr>
          <w:rFonts w:cstheme="minorHAnsi"/>
          <w:bCs/>
          <w:lang w:val="en"/>
        </w:rPr>
      </w:pPr>
      <w:r w:rsidRPr="00834A2B">
        <w:rPr>
          <w:rFonts w:cstheme="minorHAnsi"/>
          <w:bCs/>
          <w:lang w:val="en"/>
        </w:rPr>
        <w:t>HESADP - $5,797,780</w:t>
      </w:r>
    </w:p>
    <w:p w:rsidR="00E03598" w:rsidRPr="00834A2B" w:rsidRDefault="00254BB8" w:rsidP="18AD7FA4">
      <w:pPr>
        <w:numPr>
          <w:ilvl w:val="0"/>
          <w:numId w:val="80"/>
        </w:numPr>
        <w:rPr>
          <w:rFonts w:cstheme="minorHAnsi"/>
          <w:b/>
          <w:bCs/>
        </w:rPr>
      </w:pPr>
      <w:r w:rsidRPr="00834A2B">
        <w:rPr>
          <w:rFonts w:cstheme="minorHAnsi"/>
          <w:b/>
          <w:bCs/>
        </w:rPr>
        <w:t xml:space="preserve">Upgrading </w:t>
      </w:r>
      <w:proofErr w:type="gramStart"/>
      <w:r w:rsidRPr="00834A2B">
        <w:rPr>
          <w:rFonts w:cstheme="minorHAnsi"/>
          <w:b/>
          <w:bCs/>
        </w:rPr>
        <w:t>Of</w:t>
      </w:r>
      <w:proofErr w:type="gramEnd"/>
      <w:r w:rsidRPr="00834A2B">
        <w:rPr>
          <w:rFonts w:cstheme="minorHAnsi"/>
          <w:b/>
          <w:bCs/>
        </w:rPr>
        <w:t xml:space="preserve"> The Sports Ground, Pavilion And The Construction Of An Open Benab - $3,997,780 </w:t>
      </w:r>
    </w:p>
    <w:p w:rsidR="00E03598" w:rsidRPr="00834A2B" w:rsidRDefault="00254BB8" w:rsidP="18AD7FA4">
      <w:pPr>
        <w:numPr>
          <w:ilvl w:val="0"/>
          <w:numId w:val="80"/>
        </w:numPr>
        <w:rPr>
          <w:rFonts w:cstheme="minorHAnsi"/>
          <w:b/>
          <w:bCs/>
        </w:rPr>
      </w:pPr>
      <w:r w:rsidRPr="00834A2B">
        <w:rPr>
          <w:rFonts w:cstheme="minorHAnsi"/>
          <w:b/>
          <w:bCs/>
        </w:rPr>
        <w:t xml:space="preserve">Construction </w:t>
      </w:r>
      <w:proofErr w:type="gramStart"/>
      <w:r w:rsidRPr="00834A2B">
        <w:rPr>
          <w:rFonts w:cstheme="minorHAnsi"/>
          <w:b/>
          <w:bCs/>
        </w:rPr>
        <w:t>Of</w:t>
      </w:r>
      <w:proofErr w:type="gramEnd"/>
      <w:r w:rsidRPr="00834A2B">
        <w:rPr>
          <w:rFonts w:cstheme="minorHAnsi"/>
          <w:b/>
          <w:bCs/>
        </w:rPr>
        <w:t xml:space="preserve"> And Furnishi</w:t>
      </w:r>
      <w:r w:rsidRPr="00834A2B">
        <w:rPr>
          <w:rFonts w:cstheme="minorHAnsi"/>
          <w:b/>
          <w:bCs/>
        </w:rPr>
        <w:t>ng Of Sewing &amp; Craft Facility - $1,800,000</w:t>
      </w:r>
    </w:p>
    <w:p w:rsidR="00E03598" w:rsidRPr="00834A2B" w:rsidRDefault="00254BB8" w:rsidP="00E03598">
      <w:pPr>
        <w:rPr>
          <w:rFonts w:cstheme="minorHAnsi"/>
          <w:bCs/>
          <w:lang w:val="en"/>
        </w:rPr>
      </w:pPr>
    </w:p>
    <w:p w:rsidR="00E03598" w:rsidRPr="00834A2B" w:rsidRDefault="00254BB8" w:rsidP="00E03598">
      <w:pPr>
        <w:numPr>
          <w:ilvl w:val="0"/>
          <w:numId w:val="79"/>
        </w:numPr>
        <w:rPr>
          <w:rFonts w:cstheme="minorHAnsi"/>
          <w:bCs/>
          <w:lang w:val="en"/>
        </w:rPr>
      </w:pPr>
      <w:bookmarkStart w:id="22" w:name="_Hlk180084854"/>
      <w:r w:rsidRPr="00834A2B">
        <w:rPr>
          <w:rFonts w:cstheme="minorHAnsi"/>
          <w:bCs/>
          <w:lang w:val="en"/>
        </w:rPr>
        <w:t>GLDA</w:t>
      </w:r>
    </w:p>
    <w:p w:rsidR="00E03598" w:rsidRPr="00834A2B" w:rsidRDefault="00254BB8" w:rsidP="00E03598">
      <w:pPr>
        <w:numPr>
          <w:ilvl w:val="0"/>
          <w:numId w:val="80"/>
        </w:numPr>
        <w:rPr>
          <w:rFonts w:cstheme="minorHAnsi"/>
          <w:b/>
          <w:lang w:val="en"/>
        </w:rPr>
      </w:pPr>
      <w:r w:rsidRPr="00834A2B">
        <w:rPr>
          <w:rFonts w:cstheme="minorHAnsi"/>
          <w:b/>
          <w:lang w:val="en"/>
        </w:rPr>
        <w:t>Supplied 400 Black Giants, Breeding Bull</w:t>
      </w:r>
    </w:p>
    <w:bookmarkEnd w:id="22"/>
    <w:p w:rsidR="00E03598" w:rsidRPr="00834A2B" w:rsidRDefault="00254BB8" w:rsidP="00E03598">
      <w:pPr>
        <w:rPr>
          <w:rFonts w:cstheme="minorHAnsi"/>
          <w:b/>
          <w:lang w:val="en"/>
        </w:rPr>
      </w:pPr>
    </w:p>
    <w:p w:rsidR="00E03598" w:rsidRPr="00834A2B" w:rsidRDefault="00254BB8" w:rsidP="00E03598">
      <w:pPr>
        <w:numPr>
          <w:ilvl w:val="0"/>
          <w:numId w:val="79"/>
        </w:numPr>
        <w:rPr>
          <w:rFonts w:cstheme="minorHAnsi"/>
          <w:bCs/>
          <w:lang w:val="en"/>
        </w:rPr>
      </w:pPr>
      <w:r w:rsidRPr="00834A2B">
        <w:rPr>
          <w:rFonts w:cstheme="minorHAnsi"/>
          <w:bCs/>
          <w:lang w:val="en"/>
        </w:rPr>
        <w:t>NAREI</w:t>
      </w:r>
    </w:p>
    <w:p w:rsidR="00E03598" w:rsidRPr="00834A2B" w:rsidRDefault="00254BB8" w:rsidP="18AD7FA4">
      <w:pPr>
        <w:numPr>
          <w:ilvl w:val="0"/>
          <w:numId w:val="80"/>
        </w:numPr>
        <w:rPr>
          <w:rFonts w:cstheme="minorHAnsi"/>
          <w:b/>
          <w:bCs/>
        </w:rPr>
      </w:pPr>
      <w:r w:rsidRPr="00834A2B">
        <w:rPr>
          <w:rFonts w:cstheme="minorHAnsi"/>
          <w:b/>
          <w:bCs/>
        </w:rPr>
        <w:t xml:space="preserve">Provided </w:t>
      </w:r>
      <w:proofErr w:type="spellStart"/>
      <w:r w:rsidRPr="00834A2B">
        <w:rPr>
          <w:rFonts w:cstheme="minorHAnsi"/>
          <w:b/>
          <w:bCs/>
        </w:rPr>
        <w:t>Acoushi</w:t>
      </w:r>
      <w:proofErr w:type="spellEnd"/>
      <w:r w:rsidRPr="00834A2B">
        <w:rPr>
          <w:rFonts w:cstheme="minorHAnsi"/>
          <w:b/>
          <w:bCs/>
        </w:rPr>
        <w:t xml:space="preserve"> Ant Bait, </w:t>
      </w:r>
      <w:proofErr w:type="spellStart"/>
      <w:r w:rsidRPr="00834A2B">
        <w:rPr>
          <w:rFonts w:cstheme="minorHAnsi"/>
          <w:b/>
          <w:bCs/>
        </w:rPr>
        <w:t>Bumba</w:t>
      </w:r>
      <w:proofErr w:type="spellEnd"/>
      <w:r w:rsidRPr="00834A2B">
        <w:rPr>
          <w:rFonts w:cstheme="minorHAnsi"/>
          <w:b/>
          <w:bCs/>
        </w:rPr>
        <w:t xml:space="preserve"> Pumps </w:t>
      </w:r>
      <w:proofErr w:type="gramStart"/>
      <w:r w:rsidRPr="00834A2B">
        <w:rPr>
          <w:rFonts w:cstheme="minorHAnsi"/>
          <w:b/>
          <w:bCs/>
        </w:rPr>
        <w:t>And</w:t>
      </w:r>
      <w:proofErr w:type="gramEnd"/>
      <w:r w:rsidRPr="00834A2B">
        <w:rPr>
          <w:rFonts w:cstheme="minorHAnsi"/>
          <w:b/>
          <w:bCs/>
        </w:rPr>
        <w:t xml:space="preserve"> </w:t>
      </w:r>
      <w:proofErr w:type="spellStart"/>
      <w:r w:rsidRPr="00834A2B">
        <w:rPr>
          <w:rFonts w:cstheme="minorHAnsi"/>
          <w:b/>
          <w:bCs/>
        </w:rPr>
        <w:t>Nitrocin</w:t>
      </w:r>
      <w:proofErr w:type="spellEnd"/>
      <w:r w:rsidRPr="00834A2B">
        <w:rPr>
          <w:rFonts w:cstheme="minorHAnsi"/>
          <w:b/>
          <w:bCs/>
        </w:rPr>
        <w:t xml:space="preserve"> Powder</w:t>
      </w:r>
    </w:p>
    <w:p w:rsidR="00E03598" w:rsidRPr="00834A2B" w:rsidRDefault="00254BB8" w:rsidP="00E03598">
      <w:pPr>
        <w:numPr>
          <w:ilvl w:val="0"/>
          <w:numId w:val="80"/>
        </w:numPr>
        <w:rPr>
          <w:rFonts w:cstheme="minorHAnsi"/>
          <w:b/>
          <w:lang w:val="en"/>
        </w:rPr>
      </w:pPr>
      <w:r w:rsidRPr="00834A2B">
        <w:rPr>
          <w:rFonts w:cstheme="minorHAnsi"/>
          <w:b/>
          <w:lang w:val="en"/>
        </w:rPr>
        <w:t>Provided Vegetable Seeds.</w:t>
      </w:r>
    </w:p>
    <w:p w:rsidR="00E03598" w:rsidRPr="00834A2B" w:rsidRDefault="00254BB8" w:rsidP="00E03598">
      <w:pPr>
        <w:numPr>
          <w:ilvl w:val="0"/>
          <w:numId w:val="80"/>
        </w:numPr>
        <w:rPr>
          <w:rFonts w:cstheme="minorHAnsi"/>
          <w:b/>
          <w:lang w:val="en"/>
        </w:rPr>
      </w:pPr>
      <w:r w:rsidRPr="00834A2B">
        <w:rPr>
          <w:rFonts w:cstheme="minorHAnsi"/>
          <w:b/>
          <w:lang w:val="en"/>
        </w:rPr>
        <w:t>Establishment Of Cassava Germplasm</w:t>
      </w:r>
    </w:p>
    <w:p w:rsidR="00E03598" w:rsidRPr="00834A2B" w:rsidRDefault="00254BB8" w:rsidP="00E03598">
      <w:pPr>
        <w:rPr>
          <w:rFonts w:cstheme="minorHAnsi"/>
          <w:bCs/>
          <w:lang w:val="en"/>
        </w:rPr>
      </w:pPr>
    </w:p>
    <w:p w:rsidR="00E03598" w:rsidRPr="00834A2B" w:rsidRDefault="00254BB8" w:rsidP="00E03598">
      <w:pPr>
        <w:numPr>
          <w:ilvl w:val="0"/>
          <w:numId w:val="79"/>
        </w:numPr>
        <w:rPr>
          <w:rFonts w:cstheme="minorHAnsi"/>
          <w:bCs/>
          <w:lang w:val="en"/>
        </w:rPr>
      </w:pPr>
      <w:r w:rsidRPr="00834A2B">
        <w:rPr>
          <w:rFonts w:cstheme="minorHAnsi"/>
          <w:bCs/>
          <w:lang w:val="en"/>
        </w:rPr>
        <w:t>NDIA - $7,500,000</w:t>
      </w:r>
    </w:p>
    <w:p w:rsidR="00E03598" w:rsidRPr="00834A2B" w:rsidRDefault="00254BB8" w:rsidP="18AD7FA4">
      <w:pPr>
        <w:numPr>
          <w:ilvl w:val="0"/>
          <w:numId w:val="80"/>
        </w:numPr>
        <w:rPr>
          <w:rFonts w:cstheme="minorHAnsi"/>
          <w:b/>
          <w:bCs/>
        </w:rPr>
      </w:pPr>
      <w:r w:rsidRPr="00834A2B">
        <w:rPr>
          <w:rFonts w:cstheme="minorHAnsi"/>
          <w:b/>
          <w:bCs/>
        </w:rPr>
        <w:t xml:space="preserve">Completed Construction </w:t>
      </w:r>
      <w:proofErr w:type="gramStart"/>
      <w:r w:rsidRPr="00834A2B">
        <w:rPr>
          <w:rFonts w:cstheme="minorHAnsi"/>
          <w:b/>
          <w:bCs/>
        </w:rPr>
        <w:t>Of</w:t>
      </w:r>
      <w:proofErr w:type="gramEnd"/>
      <w:r w:rsidRPr="00834A2B">
        <w:rPr>
          <w:rFonts w:cstheme="minorHAnsi"/>
          <w:b/>
          <w:bCs/>
        </w:rPr>
        <w:t xml:space="preserve"> Reservoir - $7.5 M</w:t>
      </w:r>
    </w:p>
    <w:p w:rsidR="00E03598" w:rsidRPr="00834A2B" w:rsidRDefault="00254BB8" w:rsidP="18AD7FA4">
      <w:pPr>
        <w:numPr>
          <w:ilvl w:val="0"/>
          <w:numId w:val="80"/>
        </w:numPr>
        <w:rPr>
          <w:rFonts w:cstheme="minorHAnsi"/>
          <w:b/>
          <w:bCs/>
        </w:rPr>
      </w:pPr>
      <w:r w:rsidRPr="00834A2B">
        <w:rPr>
          <w:rFonts w:cstheme="minorHAnsi"/>
          <w:b/>
          <w:bCs/>
        </w:rPr>
        <w:t xml:space="preserve">Completed 50 Acres </w:t>
      </w:r>
      <w:proofErr w:type="gramStart"/>
      <w:r w:rsidRPr="00834A2B">
        <w:rPr>
          <w:rFonts w:cstheme="minorHAnsi"/>
          <w:b/>
          <w:bCs/>
        </w:rPr>
        <w:t>Of</w:t>
      </w:r>
      <w:proofErr w:type="gramEnd"/>
      <w:r w:rsidRPr="00834A2B">
        <w:rPr>
          <w:rFonts w:cstheme="minorHAnsi"/>
          <w:b/>
          <w:bCs/>
        </w:rPr>
        <w:t xml:space="preserve"> Land Preparation For Farmers</w:t>
      </w:r>
    </w:p>
    <w:p w:rsidR="00E03598" w:rsidRPr="00834A2B" w:rsidRDefault="00254BB8" w:rsidP="00E03598">
      <w:pPr>
        <w:rPr>
          <w:rFonts w:cstheme="minorHAnsi"/>
          <w:b/>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rPr>
      </w:pPr>
      <w:r w:rsidRPr="00834A2B">
        <w:rPr>
          <w:rFonts w:cstheme="minorHAnsi"/>
          <w:b/>
          <w:bCs/>
        </w:rPr>
        <w:lastRenderedPageBreak/>
        <w:t xml:space="preserve"> Name of Village: </w:t>
      </w:r>
      <w:proofErr w:type="spellStart"/>
      <w:r w:rsidRPr="00834A2B">
        <w:rPr>
          <w:rFonts w:cstheme="minorHAnsi"/>
        </w:rPr>
        <w:t>Bashaizon</w:t>
      </w:r>
      <w:proofErr w:type="spellEnd"/>
      <w:r w:rsidRPr="00834A2B">
        <w:rPr>
          <w:rFonts w:cstheme="minorHAnsi"/>
        </w:rPr>
        <w:t xml:space="preserve"> - $10,598,940</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rPr>
          <w:rFonts w:cstheme="minorHAnsi"/>
          <w:bCs/>
          <w:lang w:val="en"/>
        </w:rPr>
      </w:pPr>
    </w:p>
    <w:p w:rsidR="00E03598" w:rsidRPr="00834A2B" w:rsidRDefault="00254BB8" w:rsidP="00E03598">
      <w:pPr>
        <w:numPr>
          <w:ilvl w:val="0"/>
          <w:numId w:val="81"/>
        </w:numPr>
        <w:rPr>
          <w:rFonts w:cstheme="minorHAnsi"/>
          <w:bCs/>
          <w:lang w:val="en"/>
        </w:rPr>
      </w:pPr>
      <w:r w:rsidRPr="00834A2B">
        <w:rPr>
          <w:rFonts w:cstheme="minorHAnsi"/>
          <w:bCs/>
          <w:lang w:val="en"/>
        </w:rPr>
        <w:t>HESADP - $7,598,940</w:t>
      </w:r>
    </w:p>
    <w:p w:rsidR="00E03598" w:rsidRPr="00834A2B" w:rsidRDefault="00254BB8" w:rsidP="18AD7FA4">
      <w:pPr>
        <w:numPr>
          <w:ilvl w:val="0"/>
          <w:numId w:val="82"/>
        </w:numPr>
        <w:rPr>
          <w:rFonts w:cstheme="minorHAnsi"/>
          <w:b/>
          <w:bCs/>
        </w:rPr>
      </w:pPr>
      <w:r w:rsidRPr="00834A2B">
        <w:rPr>
          <w:rFonts w:cstheme="minorHAnsi"/>
          <w:b/>
          <w:bCs/>
        </w:rPr>
        <w:t xml:space="preserve">Construction </w:t>
      </w:r>
      <w:proofErr w:type="gramStart"/>
      <w:r w:rsidRPr="00834A2B">
        <w:rPr>
          <w:rFonts w:cstheme="minorHAnsi"/>
          <w:b/>
          <w:bCs/>
        </w:rPr>
        <w:t>Of</w:t>
      </w:r>
      <w:proofErr w:type="gramEnd"/>
      <w:r w:rsidRPr="00834A2B">
        <w:rPr>
          <w:rFonts w:cstheme="minorHAnsi"/>
          <w:b/>
          <w:bCs/>
        </w:rPr>
        <w:t xml:space="preserve"> Bridge For Farm Access Road</w:t>
      </w:r>
      <w:r w:rsidRPr="00834A2B">
        <w:rPr>
          <w:rFonts w:cstheme="minorHAnsi"/>
        </w:rPr>
        <w:tab/>
      </w:r>
      <w:r w:rsidRPr="00834A2B">
        <w:rPr>
          <w:rFonts w:cstheme="minorHAnsi"/>
          <w:b/>
          <w:bCs/>
        </w:rPr>
        <w:t xml:space="preserve"> - $3,998,940 </w:t>
      </w:r>
    </w:p>
    <w:p w:rsidR="00E03598" w:rsidRPr="00834A2B" w:rsidRDefault="00254BB8" w:rsidP="18AD7FA4">
      <w:pPr>
        <w:numPr>
          <w:ilvl w:val="0"/>
          <w:numId w:val="82"/>
        </w:numPr>
        <w:rPr>
          <w:rFonts w:cstheme="minorHAnsi"/>
          <w:b/>
          <w:bCs/>
        </w:rPr>
      </w:pPr>
      <w:r w:rsidRPr="00834A2B">
        <w:rPr>
          <w:rFonts w:cstheme="minorHAnsi"/>
          <w:b/>
          <w:bCs/>
        </w:rPr>
        <w:t xml:space="preserve">Construction </w:t>
      </w:r>
      <w:proofErr w:type="gramStart"/>
      <w:r w:rsidRPr="00834A2B">
        <w:rPr>
          <w:rFonts w:cstheme="minorHAnsi"/>
          <w:b/>
          <w:bCs/>
        </w:rPr>
        <w:t>And</w:t>
      </w:r>
      <w:proofErr w:type="gramEnd"/>
      <w:r w:rsidRPr="00834A2B">
        <w:rPr>
          <w:rFonts w:cstheme="minorHAnsi"/>
          <w:b/>
          <w:bCs/>
        </w:rPr>
        <w:t xml:space="preserve"> Furnishing Of Sewing Facility - $1,800,000 </w:t>
      </w:r>
    </w:p>
    <w:p w:rsidR="00E03598" w:rsidRPr="00834A2B" w:rsidRDefault="00254BB8" w:rsidP="00E03598">
      <w:pPr>
        <w:numPr>
          <w:ilvl w:val="0"/>
          <w:numId w:val="82"/>
        </w:numPr>
        <w:rPr>
          <w:rFonts w:cstheme="minorHAnsi"/>
          <w:b/>
          <w:lang w:val="en"/>
        </w:rPr>
      </w:pPr>
      <w:r w:rsidRPr="00834A2B">
        <w:rPr>
          <w:rFonts w:cstheme="minorHAnsi"/>
          <w:b/>
          <w:lang w:val="en"/>
        </w:rPr>
        <w:t>Cattle Production- Paddock Extension - $1,800,000</w:t>
      </w:r>
    </w:p>
    <w:p w:rsidR="00E03598" w:rsidRPr="00834A2B" w:rsidRDefault="00254BB8" w:rsidP="00E03598">
      <w:pPr>
        <w:rPr>
          <w:rFonts w:cstheme="minorHAnsi"/>
          <w:b/>
          <w:lang w:val="en"/>
        </w:rPr>
      </w:pPr>
    </w:p>
    <w:p w:rsidR="00E03598" w:rsidRPr="00834A2B" w:rsidRDefault="00254BB8" w:rsidP="00E03598">
      <w:pPr>
        <w:numPr>
          <w:ilvl w:val="0"/>
          <w:numId w:val="81"/>
        </w:numPr>
        <w:rPr>
          <w:rFonts w:cstheme="minorHAnsi"/>
          <w:bCs/>
          <w:lang w:val="en"/>
        </w:rPr>
      </w:pPr>
      <w:bookmarkStart w:id="23" w:name="_Hlk180084868"/>
      <w:r w:rsidRPr="00834A2B">
        <w:rPr>
          <w:rFonts w:cstheme="minorHAnsi"/>
          <w:bCs/>
          <w:lang w:val="en"/>
        </w:rPr>
        <w:t>GLDA</w:t>
      </w:r>
    </w:p>
    <w:p w:rsidR="00E03598" w:rsidRPr="00834A2B" w:rsidRDefault="00254BB8" w:rsidP="00E03598">
      <w:pPr>
        <w:numPr>
          <w:ilvl w:val="0"/>
          <w:numId w:val="82"/>
        </w:numPr>
        <w:rPr>
          <w:rFonts w:cstheme="minorHAnsi"/>
          <w:b/>
          <w:lang w:val="en"/>
        </w:rPr>
      </w:pPr>
      <w:r w:rsidRPr="00834A2B">
        <w:rPr>
          <w:rFonts w:cstheme="minorHAnsi"/>
          <w:b/>
          <w:lang w:val="en"/>
        </w:rPr>
        <w:t>Supplied 1 Breeding Bull</w:t>
      </w:r>
    </w:p>
    <w:bookmarkEnd w:id="23"/>
    <w:p w:rsidR="00E03598" w:rsidRPr="00834A2B" w:rsidRDefault="00254BB8" w:rsidP="00E03598">
      <w:pPr>
        <w:rPr>
          <w:rFonts w:cstheme="minorHAnsi"/>
          <w:b/>
          <w:lang w:val="en"/>
        </w:rPr>
      </w:pPr>
    </w:p>
    <w:p w:rsidR="00E03598" w:rsidRPr="00834A2B" w:rsidRDefault="00254BB8" w:rsidP="00E03598">
      <w:pPr>
        <w:numPr>
          <w:ilvl w:val="0"/>
          <w:numId w:val="81"/>
        </w:numPr>
        <w:rPr>
          <w:rFonts w:cstheme="minorHAnsi"/>
          <w:bCs/>
          <w:lang w:val="en"/>
        </w:rPr>
      </w:pPr>
      <w:r w:rsidRPr="00834A2B">
        <w:rPr>
          <w:rFonts w:cstheme="minorHAnsi"/>
          <w:bCs/>
          <w:lang w:val="en"/>
        </w:rPr>
        <w:t>NAREI</w:t>
      </w:r>
    </w:p>
    <w:p w:rsidR="00E03598" w:rsidRPr="00834A2B" w:rsidRDefault="00254BB8" w:rsidP="00E03598">
      <w:pPr>
        <w:numPr>
          <w:ilvl w:val="0"/>
          <w:numId w:val="82"/>
        </w:numPr>
        <w:rPr>
          <w:rFonts w:cstheme="minorHAnsi"/>
          <w:b/>
          <w:lang w:val="en"/>
        </w:rPr>
      </w:pPr>
      <w:r w:rsidRPr="00834A2B">
        <w:rPr>
          <w:rFonts w:cstheme="minorHAnsi"/>
          <w:b/>
          <w:lang w:val="en"/>
        </w:rPr>
        <w:t>Provided Vegetable Seeds</w:t>
      </w:r>
    </w:p>
    <w:p w:rsidR="00E03598" w:rsidRPr="00834A2B" w:rsidRDefault="00254BB8" w:rsidP="18AD7FA4">
      <w:pPr>
        <w:numPr>
          <w:ilvl w:val="0"/>
          <w:numId w:val="82"/>
        </w:numPr>
        <w:rPr>
          <w:rFonts w:cstheme="minorHAnsi"/>
          <w:b/>
          <w:bCs/>
        </w:rPr>
      </w:pPr>
      <w:r w:rsidRPr="00834A2B">
        <w:rPr>
          <w:rFonts w:cstheme="minorHAnsi"/>
          <w:b/>
          <w:bCs/>
        </w:rPr>
        <w:t xml:space="preserve">Provided </w:t>
      </w:r>
      <w:proofErr w:type="spellStart"/>
      <w:r w:rsidRPr="00834A2B">
        <w:rPr>
          <w:rFonts w:cstheme="minorHAnsi"/>
          <w:b/>
          <w:bCs/>
        </w:rPr>
        <w:t>Acoushi</w:t>
      </w:r>
      <w:proofErr w:type="spellEnd"/>
      <w:r w:rsidRPr="00834A2B">
        <w:rPr>
          <w:rFonts w:cstheme="minorHAnsi"/>
          <w:b/>
          <w:bCs/>
        </w:rPr>
        <w:t xml:space="preserve"> Ant Bait</w:t>
      </w:r>
    </w:p>
    <w:p w:rsidR="00E03598" w:rsidRPr="00834A2B" w:rsidRDefault="00254BB8" w:rsidP="00E03598">
      <w:pPr>
        <w:rPr>
          <w:rFonts w:cstheme="minorHAnsi"/>
          <w:b/>
          <w:lang w:val="en"/>
        </w:rPr>
      </w:pPr>
    </w:p>
    <w:p w:rsidR="00E03598" w:rsidRPr="00834A2B" w:rsidRDefault="00254BB8" w:rsidP="00E03598">
      <w:pPr>
        <w:numPr>
          <w:ilvl w:val="0"/>
          <w:numId w:val="81"/>
        </w:numPr>
        <w:rPr>
          <w:rFonts w:cstheme="minorHAnsi"/>
          <w:bCs/>
          <w:lang w:val="en"/>
        </w:rPr>
      </w:pPr>
      <w:r w:rsidRPr="00834A2B">
        <w:rPr>
          <w:rFonts w:cstheme="minorHAnsi"/>
          <w:bCs/>
          <w:lang w:val="en"/>
        </w:rPr>
        <w:t>NDIA - $3,000,000</w:t>
      </w:r>
    </w:p>
    <w:p w:rsidR="00E03598" w:rsidRPr="00834A2B" w:rsidRDefault="00254BB8" w:rsidP="18AD7FA4">
      <w:pPr>
        <w:numPr>
          <w:ilvl w:val="0"/>
          <w:numId w:val="82"/>
        </w:numPr>
        <w:rPr>
          <w:rFonts w:cstheme="minorHAnsi"/>
          <w:b/>
          <w:bCs/>
        </w:rPr>
      </w:pPr>
      <w:r w:rsidRPr="00834A2B">
        <w:rPr>
          <w:rFonts w:cstheme="minorHAnsi"/>
          <w:b/>
          <w:bCs/>
        </w:rPr>
        <w:t xml:space="preserve">Ongoing Land Preparation </w:t>
      </w:r>
      <w:proofErr w:type="gramStart"/>
      <w:r w:rsidRPr="00834A2B">
        <w:rPr>
          <w:rFonts w:cstheme="minorHAnsi"/>
          <w:b/>
          <w:bCs/>
        </w:rPr>
        <w:t>For</w:t>
      </w:r>
      <w:proofErr w:type="gramEnd"/>
      <w:r w:rsidRPr="00834A2B">
        <w:rPr>
          <w:rFonts w:cstheme="minorHAnsi"/>
          <w:b/>
          <w:bCs/>
        </w:rPr>
        <w:t xml:space="preserve"> Farmers </w:t>
      </w:r>
      <w:r w:rsidRPr="00834A2B">
        <w:rPr>
          <w:rFonts w:cstheme="minorHAnsi"/>
          <w:b/>
          <w:bCs/>
        </w:rPr>
        <w:t>Works - $3 M</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p>
    <w:p w:rsidR="00E03598" w:rsidRPr="00834A2B" w:rsidRDefault="00254BB8" w:rsidP="18AD7FA4">
      <w:pPr>
        <w:numPr>
          <w:ilvl w:val="0"/>
          <w:numId w:val="6"/>
        </w:numPr>
        <w:rPr>
          <w:rFonts w:cstheme="minorHAnsi"/>
        </w:rPr>
      </w:pPr>
      <w:r w:rsidRPr="00834A2B">
        <w:rPr>
          <w:rFonts w:cstheme="minorHAnsi"/>
          <w:b/>
          <w:bCs/>
        </w:rPr>
        <w:t xml:space="preserve">Name of Village: </w:t>
      </w:r>
      <w:proofErr w:type="spellStart"/>
      <w:r w:rsidRPr="00834A2B">
        <w:rPr>
          <w:rFonts w:cstheme="minorHAnsi"/>
        </w:rPr>
        <w:t>Karaudarnau</w:t>
      </w:r>
      <w:proofErr w:type="spellEnd"/>
      <w:r w:rsidRPr="00834A2B">
        <w:rPr>
          <w:rFonts w:cstheme="minorHAnsi"/>
        </w:rPr>
        <w:t xml:space="preserve"> - $44,038,587</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83"/>
        </w:numPr>
        <w:rPr>
          <w:rFonts w:cstheme="minorHAnsi"/>
          <w:bCs/>
          <w:lang w:val="en"/>
        </w:rPr>
      </w:pPr>
      <w:r w:rsidRPr="00834A2B">
        <w:rPr>
          <w:rFonts w:cstheme="minorHAnsi"/>
          <w:bCs/>
          <w:lang w:val="en"/>
        </w:rPr>
        <w:t>HESADP - $7,761,000</w:t>
      </w:r>
    </w:p>
    <w:p w:rsidR="00E03598" w:rsidRPr="00834A2B" w:rsidRDefault="00254BB8" w:rsidP="18AD7FA4">
      <w:pPr>
        <w:numPr>
          <w:ilvl w:val="0"/>
          <w:numId w:val="84"/>
        </w:numPr>
        <w:rPr>
          <w:rFonts w:cstheme="minorHAnsi"/>
          <w:b/>
          <w:bCs/>
        </w:rPr>
      </w:pPr>
      <w:r w:rsidRPr="00834A2B">
        <w:rPr>
          <w:rFonts w:cstheme="minorHAnsi"/>
          <w:b/>
          <w:bCs/>
        </w:rPr>
        <w:t xml:space="preserve">Construction </w:t>
      </w:r>
      <w:proofErr w:type="gramStart"/>
      <w:r w:rsidRPr="00834A2B">
        <w:rPr>
          <w:rFonts w:cstheme="minorHAnsi"/>
          <w:b/>
          <w:bCs/>
        </w:rPr>
        <w:t>Of</w:t>
      </w:r>
      <w:proofErr w:type="gramEnd"/>
      <w:r w:rsidRPr="00834A2B">
        <w:rPr>
          <w:rFonts w:cstheme="minorHAnsi"/>
          <w:b/>
          <w:bCs/>
        </w:rPr>
        <w:t xml:space="preserve"> Bridges From Community To Farmlands - $4,161,000 </w:t>
      </w:r>
    </w:p>
    <w:p w:rsidR="00E03598" w:rsidRPr="00834A2B" w:rsidRDefault="00254BB8" w:rsidP="00E03598">
      <w:pPr>
        <w:numPr>
          <w:ilvl w:val="0"/>
          <w:numId w:val="84"/>
        </w:numPr>
        <w:rPr>
          <w:rFonts w:cstheme="minorHAnsi"/>
          <w:b/>
          <w:lang w:val="en"/>
        </w:rPr>
      </w:pPr>
      <w:r w:rsidRPr="00834A2B">
        <w:rPr>
          <w:rFonts w:cstheme="minorHAnsi"/>
          <w:b/>
          <w:lang w:val="en"/>
        </w:rPr>
        <w:t xml:space="preserve">Ranch Improvement - Livestock Production - $1,800,000 </w:t>
      </w:r>
    </w:p>
    <w:p w:rsidR="00E03598" w:rsidRPr="00834A2B" w:rsidRDefault="00254BB8" w:rsidP="18AD7FA4">
      <w:pPr>
        <w:numPr>
          <w:ilvl w:val="0"/>
          <w:numId w:val="84"/>
        </w:numPr>
        <w:rPr>
          <w:rFonts w:cstheme="minorHAnsi"/>
          <w:b/>
          <w:bCs/>
        </w:rPr>
      </w:pPr>
      <w:r w:rsidRPr="00834A2B">
        <w:rPr>
          <w:rFonts w:cstheme="minorHAnsi"/>
          <w:b/>
          <w:bCs/>
        </w:rPr>
        <w:t xml:space="preserve">Renovation </w:t>
      </w:r>
      <w:proofErr w:type="gramStart"/>
      <w:r w:rsidRPr="00834A2B">
        <w:rPr>
          <w:rFonts w:cstheme="minorHAnsi"/>
          <w:b/>
          <w:bCs/>
        </w:rPr>
        <w:t>And</w:t>
      </w:r>
      <w:proofErr w:type="gramEnd"/>
      <w:r w:rsidRPr="00834A2B">
        <w:rPr>
          <w:rFonts w:cstheme="minorHAnsi"/>
          <w:b/>
          <w:bCs/>
        </w:rPr>
        <w:t xml:space="preserve"> Furnishing Of</w:t>
      </w:r>
      <w:r w:rsidRPr="00834A2B">
        <w:rPr>
          <w:rFonts w:cstheme="minorHAnsi"/>
          <w:b/>
          <w:bCs/>
        </w:rPr>
        <w:t xml:space="preserve"> Women Facility - $1,800,000</w:t>
      </w:r>
    </w:p>
    <w:p w:rsidR="00E03598" w:rsidRPr="00834A2B" w:rsidRDefault="00254BB8" w:rsidP="00E03598">
      <w:pPr>
        <w:rPr>
          <w:rFonts w:cstheme="minorHAnsi"/>
          <w:b/>
          <w:lang w:val="en"/>
        </w:rPr>
      </w:pPr>
    </w:p>
    <w:p w:rsidR="00E03598" w:rsidRPr="00834A2B" w:rsidRDefault="00254BB8" w:rsidP="00E03598">
      <w:pPr>
        <w:numPr>
          <w:ilvl w:val="0"/>
          <w:numId w:val="83"/>
        </w:numPr>
        <w:rPr>
          <w:rFonts w:cstheme="minorHAnsi"/>
          <w:bCs/>
          <w:lang w:val="en"/>
        </w:rPr>
      </w:pPr>
      <w:bookmarkStart w:id="24" w:name="_Hlk180084882"/>
      <w:r w:rsidRPr="00834A2B">
        <w:rPr>
          <w:rFonts w:cstheme="minorHAnsi"/>
          <w:bCs/>
          <w:lang w:val="en"/>
        </w:rPr>
        <w:lastRenderedPageBreak/>
        <w:t>GLDA</w:t>
      </w:r>
    </w:p>
    <w:p w:rsidR="00E03598" w:rsidRPr="00834A2B" w:rsidRDefault="00254BB8" w:rsidP="00E03598">
      <w:pPr>
        <w:numPr>
          <w:ilvl w:val="0"/>
          <w:numId w:val="85"/>
        </w:numPr>
        <w:rPr>
          <w:rFonts w:cstheme="minorHAnsi"/>
          <w:b/>
          <w:lang w:val="en"/>
        </w:rPr>
      </w:pPr>
      <w:r w:rsidRPr="00834A2B">
        <w:rPr>
          <w:rFonts w:cstheme="minorHAnsi"/>
          <w:b/>
          <w:lang w:val="en"/>
        </w:rPr>
        <w:t>Supplied 400 Black Giants And 1 Breeding Bull</w:t>
      </w:r>
    </w:p>
    <w:bookmarkEnd w:id="24"/>
    <w:p w:rsidR="00E03598" w:rsidRPr="00834A2B" w:rsidRDefault="00254BB8" w:rsidP="00E03598">
      <w:pPr>
        <w:rPr>
          <w:rFonts w:cstheme="minorHAnsi"/>
          <w:b/>
          <w:lang w:val="en"/>
        </w:rPr>
      </w:pPr>
    </w:p>
    <w:p w:rsidR="00E03598" w:rsidRPr="00834A2B" w:rsidRDefault="00254BB8" w:rsidP="00E03598">
      <w:pPr>
        <w:numPr>
          <w:ilvl w:val="0"/>
          <w:numId w:val="83"/>
        </w:numPr>
        <w:rPr>
          <w:rFonts w:cstheme="minorHAnsi"/>
          <w:bCs/>
          <w:lang w:val="en"/>
        </w:rPr>
      </w:pPr>
      <w:r w:rsidRPr="00834A2B">
        <w:rPr>
          <w:rFonts w:cstheme="minorHAnsi"/>
          <w:bCs/>
          <w:lang w:val="en"/>
        </w:rPr>
        <w:t>NAREI</w:t>
      </w:r>
    </w:p>
    <w:p w:rsidR="00E03598" w:rsidRPr="00834A2B" w:rsidRDefault="00254BB8" w:rsidP="00E03598">
      <w:pPr>
        <w:numPr>
          <w:ilvl w:val="0"/>
          <w:numId w:val="85"/>
        </w:numPr>
        <w:rPr>
          <w:rFonts w:cstheme="minorHAnsi"/>
          <w:b/>
          <w:lang w:val="en"/>
        </w:rPr>
      </w:pPr>
      <w:r w:rsidRPr="00834A2B">
        <w:rPr>
          <w:rFonts w:cstheme="minorHAnsi"/>
          <w:b/>
          <w:lang w:val="en"/>
        </w:rPr>
        <w:t>Provision Of Cassava Sticks</w:t>
      </w:r>
    </w:p>
    <w:p w:rsidR="00E03598" w:rsidRPr="00834A2B" w:rsidRDefault="00254BB8" w:rsidP="00E03598">
      <w:pPr>
        <w:numPr>
          <w:ilvl w:val="0"/>
          <w:numId w:val="85"/>
        </w:numPr>
        <w:rPr>
          <w:rFonts w:cstheme="minorHAnsi"/>
          <w:b/>
          <w:lang w:val="en"/>
        </w:rPr>
      </w:pPr>
      <w:r w:rsidRPr="00834A2B">
        <w:rPr>
          <w:rFonts w:cstheme="minorHAnsi"/>
          <w:b/>
          <w:lang w:val="en"/>
        </w:rPr>
        <w:t>Provided Vegetable Seeds</w:t>
      </w:r>
    </w:p>
    <w:p w:rsidR="00E03598" w:rsidRPr="00834A2B" w:rsidRDefault="00254BB8" w:rsidP="00E03598">
      <w:pPr>
        <w:rPr>
          <w:rFonts w:cstheme="minorHAnsi"/>
          <w:b/>
          <w:lang w:val="en"/>
        </w:rPr>
      </w:pPr>
    </w:p>
    <w:p w:rsidR="00E03598" w:rsidRPr="00834A2B" w:rsidRDefault="00254BB8" w:rsidP="00E03598">
      <w:pPr>
        <w:numPr>
          <w:ilvl w:val="0"/>
          <w:numId w:val="83"/>
        </w:numPr>
        <w:rPr>
          <w:rFonts w:cstheme="minorHAnsi"/>
          <w:bCs/>
          <w:lang w:val="en"/>
        </w:rPr>
      </w:pPr>
      <w:r w:rsidRPr="00834A2B">
        <w:rPr>
          <w:rFonts w:cstheme="minorHAnsi"/>
          <w:bCs/>
          <w:lang w:val="en"/>
        </w:rPr>
        <w:t>NDIA - $21,000,000</w:t>
      </w:r>
    </w:p>
    <w:p w:rsidR="00E03598" w:rsidRPr="00834A2B" w:rsidRDefault="00254BB8" w:rsidP="00E03598">
      <w:pPr>
        <w:numPr>
          <w:ilvl w:val="0"/>
          <w:numId w:val="86"/>
        </w:numPr>
        <w:rPr>
          <w:rFonts w:cstheme="minorHAnsi"/>
          <w:b/>
        </w:rPr>
      </w:pPr>
      <w:r w:rsidRPr="00834A2B">
        <w:rPr>
          <w:rFonts w:cstheme="minorHAnsi"/>
          <w:b/>
        </w:rPr>
        <w:t xml:space="preserve">Completed 150 Acres </w:t>
      </w:r>
      <w:proofErr w:type="gramStart"/>
      <w:r w:rsidRPr="00834A2B">
        <w:rPr>
          <w:rFonts w:cstheme="minorHAnsi"/>
          <w:b/>
        </w:rPr>
        <w:t>Of</w:t>
      </w:r>
      <w:proofErr w:type="gramEnd"/>
      <w:r w:rsidRPr="00834A2B">
        <w:rPr>
          <w:rFonts w:cstheme="minorHAnsi"/>
          <w:b/>
        </w:rPr>
        <w:t xml:space="preserve"> Land Preparation For Farmers - $3 M</w:t>
      </w:r>
    </w:p>
    <w:p w:rsidR="00E03598" w:rsidRPr="00834A2B" w:rsidRDefault="00254BB8" w:rsidP="00E03598">
      <w:pPr>
        <w:numPr>
          <w:ilvl w:val="0"/>
          <w:numId w:val="86"/>
        </w:numPr>
        <w:rPr>
          <w:rFonts w:cstheme="minorHAnsi"/>
          <w:b/>
          <w:lang w:val="en"/>
        </w:rPr>
      </w:pPr>
      <w:r w:rsidRPr="00834A2B">
        <w:rPr>
          <w:rFonts w:cstheme="minorHAnsi"/>
          <w:b/>
        </w:rPr>
        <w:t>Works Have Commenced On March 22, 20</w:t>
      </w:r>
      <w:r w:rsidRPr="00834A2B">
        <w:rPr>
          <w:rFonts w:cstheme="minorHAnsi"/>
          <w:b/>
        </w:rPr>
        <w:t xml:space="preserve">24 On The Construction </w:t>
      </w:r>
      <w:proofErr w:type="gramStart"/>
      <w:r w:rsidRPr="00834A2B">
        <w:rPr>
          <w:rFonts w:cstheme="minorHAnsi"/>
          <w:b/>
        </w:rPr>
        <w:t>Of</w:t>
      </w:r>
      <w:proofErr w:type="gramEnd"/>
      <w:r w:rsidRPr="00834A2B">
        <w:rPr>
          <w:rFonts w:cstheme="minorHAnsi"/>
          <w:b/>
        </w:rPr>
        <w:t xml:space="preserve"> Reservoirs - $18 M</w:t>
      </w:r>
    </w:p>
    <w:p w:rsidR="00E03598" w:rsidRPr="00834A2B" w:rsidRDefault="00254BB8" w:rsidP="00E03598">
      <w:pPr>
        <w:rPr>
          <w:rFonts w:cstheme="minorHAnsi"/>
          <w:b/>
          <w:lang w:val="en"/>
        </w:rPr>
      </w:pPr>
    </w:p>
    <w:p w:rsidR="00E03598" w:rsidRPr="00834A2B" w:rsidRDefault="00254BB8" w:rsidP="00E03598">
      <w:pPr>
        <w:numPr>
          <w:ilvl w:val="0"/>
          <w:numId w:val="83"/>
        </w:numPr>
        <w:rPr>
          <w:rFonts w:cstheme="minorHAnsi"/>
          <w:bCs/>
          <w:lang w:val="en"/>
        </w:rPr>
      </w:pPr>
      <w:r w:rsidRPr="00834A2B">
        <w:rPr>
          <w:rFonts w:cstheme="minorHAnsi"/>
          <w:bCs/>
          <w:lang w:val="en"/>
        </w:rPr>
        <w:t>GMC - $15,277,587</w:t>
      </w:r>
    </w:p>
    <w:p w:rsidR="00E03598" w:rsidRPr="00834A2B" w:rsidRDefault="00254BB8" w:rsidP="18AD7FA4">
      <w:pPr>
        <w:numPr>
          <w:ilvl w:val="0"/>
          <w:numId w:val="87"/>
        </w:numPr>
        <w:rPr>
          <w:rFonts w:cstheme="minorHAnsi"/>
          <w:b/>
          <w:bCs/>
        </w:rPr>
      </w:pPr>
      <w:r w:rsidRPr="00834A2B">
        <w:rPr>
          <w:rFonts w:cstheme="minorHAnsi"/>
          <w:b/>
          <w:bCs/>
        </w:rPr>
        <w:t>Retrofitting and equipping agro-processing facility – $14,100,530 M</w:t>
      </w:r>
    </w:p>
    <w:p w:rsidR="00E03598" w:rsidRPr="00834A2B" w:rsidRDefault="00254BB8" w:rsidP="18AD7FA4">
      <w:pPr>
        <w:numPr>
          <w:ilvl w:val="0"/>
          <w:numId w:val="87"/>
        </w:numPr>
        <w:rPr>
          <w:rFonts w:cstheme="minorHAnsi"/>
          <w:b/>
          <w:bCs/>
        </w:rPr>
      </w:pPr>
      <w:r w:rsidRPr="00834A2B">
        <w:rPr>
          <w:rFonts w:cstheme="minorHAnsi"/>
          <w:b/>
          <w:bCs/>
        </w:rPr>
        <w:t>Purchasing additional equipment - $1,177,057</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p>
    <w:p w:rsidR="00E03598" w:rsidRPr="00834A2B" w:rsidRDefault="00254BB8" w:rsidP="18AD7FA4">
      <w:pPr>
        <w:numPr>
          <w:ilvl w:val="0"/>
          <w:numId w:val="6"/>
        </w:numPr>
        <w:rPr>
          <w:rFonts w:cstheme="minorHAnsi"/>
        </w:rPr>
      </w:pPr>
      <w:r w:rsidRPr="00834A2B">
        <w:rPr>
          <w:rFonts w:cstheme="minorHAnsi"/>
          <w:b/>
          <w:bCs/>
        </w:rPr>
        <w:t xml:space="preserve"> Name of Village: </w:t>
      </w:r>
      <w:proofErr w:type="spellStart"/>
      <w:r w:rsidRPr="00834A2B">
        <w:rPr>
          <w:rFonts w:cstheme="minorHAnsi"/>
        </w:rPr>
        <w:t>Maruranau</w:t>
      </w:r>
      <w:proofErr w:type="spellEnd"/>
      <w:r w:rsidRPr="00834A2B">
        <w:rPr>
          <w:rFonts w:cstheme="minorHAnsi"/>
        </w:rPr>
        <w:t xml:space="preserve"> - $31,754,288</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88"/>
        </w:numPr>
        <w:rPr>
          <w:rFonts w:cstheme="minorHAnsi"/>
          <w:bCs/>
          <w:lang w:val="en"/>
        </w:rPr>
      </w:pPr>
      <w:r w:rsidRPr="00834A2B">
        <w:rPr>
          <w:rFonts w:cstheme="minorHAnsi"/>
          <w:bCs/>
          <w:lang w:val="en"/>
        </w:rPr>
        <w:t>HESADP - $3,780,000</w:t>
      </w:r>
    </w:p>
    <w:p w:rsidR="00E03598" w:rsidRPr="00834A2B" w:rsidRDefault="00254BB8" w:rsidP="00E03598">
      <w:pPr>
        <w:numPr>
          <w:ilvl w:val="0"/>
          <w:numId w:val="89"/>
        </w:numPr>
        <w:rPr>
          <w:rFonts w:cstheme="minorHAnsi"/>
          <w:b/>
          <w:lang w:val="en"/>
        </w:rPr>
      </w:pPr>
      <w:r w:rsidRPr="00834A2B">
        <w:rPr>
          <w:rFonts w:cstheme="minorHAnsi"/>
          <w:b/>
          <w:lang w:val="en"/>
        </w:rPr>
        <w:t xml:space="preserve">Construction Of Swine Facility - $1,980,000 </w:t>
      </w:r>
    </w:p>
    <w:p w:rsidR="00E03598" w:rsidRPr="00834A2B" w:rsidRDefault="00254BB8" w:rsidP="18AD7FA4">
      <w:pPr>
        <w:numPr>
          <w:ilvl w:val="0"/>
          <w:numId w:val="89"/>
        </w:numPr>
        <w:rPr>
          <w:rFonts w:cstheme="minorHAnsi"/>
          <w:b/>
          <w:bCs/>
        </w:rPr>
      </w:pPr>
      <w:r w:rsidRPr="00834A2B">
        <w:rPr>
          <w:rFonts w:cstheme="minorHAnsi"/>
          <w:b/>
          <w:bCs/>
        </w:rPr>
        <w:t xml:space="preserve">Construction &amp; Furnishing </w:t>
      </w:r>
      <w:proofErr w:type="gramStart"/>
      <w:r w:rsidRPr="00834A2B">
        <w:rPr>
          <w:rFonts w:cstheme="minorHAnsi"/>
          <w:b/>
          <w:bCs/>
        </w:rPr>
        <w:t>Of</w:t>
      </w:r>
      <w:proofErr w:type="gramEnd"/>
      <w:r w:rsidRPr="00834A2B">
        <w:rPr>
          <w:rFonts w:cstheme="minorHAnsi"/>
          <w:b/>
          <w:bCs/>
        </w:rPr>
        <w:t xml:space="preserve"> Tanning Facility - $1,800,000</w:t>
      </w:r>
    </w:p>
    <w:p w:rsidR="00E03598" w:rsidRPr="00834A2B" w:rsidRDefault="00254BB8" w:rsidP="00E03598">
      <w:pPr>
        <w:rPr>
          <w:rFonts w:cstheme="minorHAnsi"/>
          <w:bCs/>
          <w:lang w:val="en"/>
        </w:rPr>
      </w:pPr>
    </w:p>
    <w:p w:rsidR="00E03598" w:rsidRPr="00834A2B" w:rsidRDefault="00254BB8" w:rsidP="00E03598">
      <w:pPr>
        <w:numPr>
          <w:ilvl w:val="0"/>
          <w:numId w:val="88"/>
        </w:numPr>
        <w:rPr>
          <w:rFonts w:cstheme="minorHAnsi"/>
          <w:bCs/>
          <w:lang w:val="en"/>
        </w:rPr>
      </w:pPr>
      <w:bookmarkStart w:id="25" w:name="_Hlk180084889"/>
      <w:r w:rsidRPr="00834A2B">
        <w:rPr>
          <w:rFonts w:cstheme="minorHAnsi"/>
          <w:bCs/>
          <w:lang w:val="en"/>
        </w:rPr>
        <w:t>GLDA</w:t>
      </w:r>
    </w:p>
    <w:p w:rsidR="00E03598" w:rsidRPr="00834A2B" w:rsidRDefault="00254BB8" w:rsidP="00E03598">
      <w:pPr>
        <w:numPr>
          <w:ilvl w:val="0"/>
          <w:numId w:val="90"/>
        </w:numPr>
        <w:rPr>
          <w:rFonts w:cstheme="minorHAnsi"/>
          <w:b/>
          <w:lang w:val="en"/>
        </w:rPr>
      </w:pPr>
      <w:r w:rsidRPr="00834A2B">
        <w:rPr>
          <w:rFonts w:cstheme="minorHAnsi"/>
          <w:b/>
          <w:lang w:val="en"/>
        </w:rPr>
        <w:t>Supplied 1 Breeding Bull And 800 Black Giants</w:t>
      </w:r>
    </w:p>
    <w:p w:rsidR="00E03598" w:rsidRPr="00834A2B" w:rsidRDefault="00254BB8" w:rsidP="00E03598">
      <w:pPr>
        <w:numPr>
          <w:ilvl w:val="0"/>
          <w:numId w:val="90"/>
        </w:numPr>
        <w:rPr>
          <w:rFonts w:cstheme="minorHAnsi"/>
          <w:b/>
          <w:lang w:val="en"/>
        </w:rPr>
      </w:pPr>
      <w:r w:rsidRPr="00834A2B">
        <w:rPr>
          <w:rFonts w:cstheme="minorHAnsi"/>
          <w:b/>
          <w:lang w:val="en"/>
        </w:rPr>
        <w:t>Training On Livestock Management</w:t>
      </w:r>
    </w:p>
    <w:bookmarkEnd w:id="25"/>
    <w:p w:rsidR="00E03598" w:rsidRPr="00834A2B" w:rsidRDefault="00254BB8" w:rsidP="00E03598">
      <w:pPr>
        <w:rPr>
          <w:rFonts w:cstheme="minorHAnsi"/>
          <w:b/>
          <w:lang w:val="en"/>
        </w:rPr>
      </w:pPr>
    </w:p>
    <w:p w:rsidR="00E03598" w:rsidRPr="00834A2B" w:rsidRDefault="00254BB8" w:rsidP="00E03598">
      <w:pPr>
        <w:numPr>
          <w:ilvl w:val="0"/>
          <w:numId w:val="88"/>
        </w:numPr>
        <w:rPr>
          <w:rFonts w:cstheme="minorHAnsi"/>
          <w:bCs/>
          <w:lang w:val="en"/>
        </w:rPr>
      </w:pPr>
      <w:r w:rsidRPr="00834A2B">
        <w:rPr>
          <w:rFonts w:cstheme="minorHAnsi"/>
          <w:bCs/>
          <w:lang w:val="en"/>
        </w:rPr>
        <w:t>NAREI</w:t>
      </w:r>
    </w:p>
    <w:p w:rsidR="00E03598" w:rsidRPr="00834A2B" w:rsidRDefault="00254BB8" w:rsidP="00E03598">
      <w:pPr>
        <w:numPr>
          <w:ilvl w:val="0"/>
          <w:numId w:val="90"/>
        </w:numPr>
        <w:rPr>
          <w:rFonts w:cstheme="minorHAnsi"/>
          <w:b/>
          <w:lang w:val="en"/>
        </w:rPr>
      </w:pPr>
      <w:r w:rsidRPr="00834A2B">
        <w:rPr>
          <w:rFonts w:cstheme="minorHAnsi"/>
          <w:b/>
          <w:lang w:val="en"/>
        </w:rPr>
        <w:t>Training On Climate-Smart Agriculture</w:t>
      </w:r>
    </w:p>
    <w:p w:rsidR="00E03598" w:rsidRPr="00834A2B" w:rsidRDefault="00254BB8" w:rsidP="18AD7FA4">
      <w:pPr>
        <w:numPr>
          <w:ilvl w:val="0"/>
          <w:numId w:val="90"/>
        </w:numPr>
        <w:rPr>
          <w:rFonts w:cstheme="minorHAnsi"/>
          <w:b/>
          <w:bCs/>
        </w:rPr>
      </w:pPr>
      <w:r w:rsidRPr="00834A2B">
        <w:rPr>
          <w:rFonts w:cstheme="minorHAnsi"/>
          <w:b/>
          <w:bCs/>
        </w:rPr>
        <w:t xml:space="preserve">Provision </w:t>
      </w:r>
      <w:proofErr w:type="gramStart"/>
      <w:r w:rsidRPr="00834A2B">
        <w:rPr>
          <w:rFonts w:cstheme="minorHAnsi"/>
          <w:b/>
          <w:bCs/>
        </w:rPr>
        <w:t>Of</w:t>
      </w:r>
      <w:proofErr w:type="gramEnd"/>
      <w:r w:rsidRPr="00834A2B">
        <w:rPr>
          <w:rFonts w:cstheme="minorHAnsi"/>
          <w:b/>
          <w:bCs/>
        </w:rPr>
        <w:t xml:space="preserve"> Vegetabl</w:t>
      </w:r>
      <w:r w:rsidRPr="00834A2B">
        <w:rPr>
          <w:rFonts w:cstheme="minorHAnsi"/>
          <w:b/>
          <w:bCs/>
        </w:rPr>
        <w:t>e Seedlings For Shade House</w:t>
      </w:r>
    </w:p>
    <w:p w:rsidR="00E03598" w:rsidRPr="00834A2B" w:rsidRDefault="00254BB8" w:rsidP="00E03598">
      <w:pPr>
        <w:rPr>
          <w:rFonts w:cstheme="minorHAnsi"/>
          <w:b/>
          <w:lang w:val="en"/>
        </w:rPr>
      </w:pPr>
    </w:p>
    <w:p w:rsidR="00E03598" w:rsidRPr="00834A2B" w:rsidRDefault="00254BB8" w:rsidP="00E03598">
      <w:pPr>
        <w:numPr>
          <w:ilvl w:val="0"/>
          <w:numId w:val="88"/>
        </w:numPr>
        <w:rPr>
          <w:rFonts w:cstheme="minorHAnsi"/>
          <w:bCs/>
          <w:lang w:val="en"/>
        </w:rPr>
      </w:pPr>
      <w:r w:rsidRPr="00834A2B">
        <w:rPr>
          <w:rFonts w:cstheme="minorHAnsi"/>
          <w:bCs/>
          <w:lang w:val="en"/>
        </w:rPr>
        <w:t>NDIA - $16,000,000</w:t>
      </w:r>
    </w:p>
    <w:p w:rsidR="00E03598" w:rsidRPr="00834A2B" w:rsidRDefault="00254BB8" w:rsidP="18AD7FA4">
      <w:pPr>
        <w:numPr>
          <w:ilvl w:val="0"/>
          <w:numId w:val="91"/>
        </w:numPr>
        <w:rPr>
          <w:rFonts w:cstheme="minorHAnsi"/>
          <w:b/>
          <w:bCs/>
        </w:rPr>
      </w:pPr>
      <w:r w:rsidRPr="00834A2B">
        <w:rPr>
          <w:rFonts w:cstheme="minorHAnsi"/>
          <w:b/>
          <w:bCs/>
        </w:rPr>
        <w:t xml:space="preserve">Completed Construction </w:t>
      </w:r>
      <w:proofErr w:type="gramStart"/>
      <w:r w:rsidRPr="00834A2B">
        <w:rPr>
          <w:rFonts w:cstheme="minorHAnsi"/>
          <w:b/>
          <w:bCs/>
        </w:rPr>
        <w:t>Of</w:t>
      </w:r>
      <w:proofErr w:type="gramEnd"/>
      <w:r w:rsidRPr="00834A2B">
        <w:rPr>
          <w:rFonts w:cstheme="minorHAnsi"/>
          <w:b/>
          <w:bCs/>
        </w:rPr>
        <w:t xml:space="preserve"> Two (2) Reservoirs - $16 M</w:t>
      </w:r>
    </w:p>
    <w:p w:rsidR="00E03598" w:rsidRPr="00834A2B" w:rsidRDefault="00254BB8" w:rsidP="00E03598">
      <w:pPr>
        <w:numPr>
          <w:ilvl w:val="0"/>
          <w:numId w:val="91"/>
        </w:numPr>
        <w:rPr>
          <w:rFonts w:cstheme="minorHAnsi"/>
          <w:b/>
          <w:lang w:val="en"/>
        </w:rPr>
      </w:pPr>
      <w:r w:rsidRPr="00834A2B">
        <w:rPr>
          <w:rFonts w:cstheme="minorHAnsi"/>
          <w:b/>
          <w:lang w:val="en"/>
        </w:rPr>
        <w:t>Land Preparation 60 Acres</w:t>
      </w:r>
    </w:p>
    <w:p w:rsidR="00E03598" w:rsidRPr="00834A2B" w:rsidRDefault="00254BB8" w:rsidP="00E03598">
      <w:pPr>
        <w:rPr>
          <w:rFonts w:cstheme="minorHAnsi"/>
          <w:b/>
          <w:lang w:val="en"/>
        </w:rPr>
      </w:pPr>
    </w:p>
    <w:p w:rsidR="00E03598" w:rsidRPr="00834A2B" w:rsidRDefault="00254BB8" w:rsidP="18AD7FA4">
      <w:pPr>
        <w:numPr>
          <w:ilvl w:val="0"/>
          <w:numId w:val="88"/>
        </w:numPr>
        <w:rPr>
          <w:rFonts w:cstheme="minorHAnsi"/>
        </w:rPr>
      </w:pPr>
      <w:proofErr w:type="gramStart"/>
      <w:r w:rsidRPr="00834A2B">
        <w:rPr>
          <w:rFonts w:cstheme="minorHAnsi"/>
        </w:rPr>
        <w:t>GMC  -</w:t>
      </w:r>
      <w:proofErr w:type="gramEnd"/>
      <w:r w:rsidRPr="00834A2B">
        <w:rPr>
          <w:rFonts w:cstheme="minorHAnsi"/>
        </w:rPr>
        <w:t xml:space="preserve"> $11,974,288</w:t>
      </w:r>
    </w:p>
    <w:p w:rsidR="00E03598" w:rsidRPr="00834A2B" w:rsidRDefault="00254BB8" w:rsidP="18AD7FA4">
      <w:pPr>
        <w:numPr>
          <w:ilvl w:val="0"/>
          <w:numId w:val="91"/>
        </w:numPr>
        <w:rPr>
          <w:rFonts w:cstheme="minorHAnsi"/>
          <w:b/>
          <w:bCs/>
        </w:rPr>
      </w:pPr>
      <w:r w:rsidRPr="00834A2B">
        <w:rPr>
          <w:rFonts w:cstheme="minorHAnsi"/>
          <w:b/>
          <w:bCs/>
        </w:rPr>
        <w:t>Retrofitting and equipping agro-processing facility – $11,517,663 M</w:t>
      </w:r>
    </w:p>
    <w:p w:rsidR="00E03598" w:rsidRPr="00834A2B" w:rsidRDefault="00254BB8" w:rsidP="18AD7FA4">
      <w:pPr>
        <w:numPr>
          <w:ilvl w:val="0"/>
          <w:numId w:val="91"/>
        </w:numPr>
        <w:rPr>
          <w:rFonts w:cstheme="minorHAnsi"/>
          <w:b/>
          <w:bCs/>
        </w:rPr>
      </w:pPr>
      <w:r w:rsidRPr="00834A2B">
        <w:rPr>
          <w:rFonts w:cstheme="minorHAnsi"/>
          <w:b/>
          <w:bCs/>
        </w:rPr>
        <w:t xml:space="preserve">Purchasing additional equipment (flour </w:t>
      </w:r>
      <w:r w:rsidRPr="00834A2B">
        <w:rPr>
          <w:rFonts w:cstheme="minorHAnsi"/>
          <w:b/>
          <w:bCs/>
        </w:rPr>
        <w:t>mill and oven) - $456,625</w:t>
      </w:r>
    </w:p>
    <w:p w:rsidR="00E03598" w:rsidRPr="00834A2B" w:rsidRDefault="00254BB8" w:rsidP="00E03598">
      <w:pPr>
        <w:rPr>
          <w:rFonts w:cstheme="minorHAnsi"/>
          <w:b/>
          <w:lang w:val="en"/>
        </w:rPr>
      </w:pPr>
    </w:p>
    <w:p w:rsidR="00E03598" w:rsidRPr="00834A2B" w:rsidRDefault="00254BB8" w:rsidP="00E03598">
      <w:pPr>
        <w:rPr>
          <w:rFonts w:cstheme="minorHAnsi"/>
          <w:lang w:val="en"/>
        </w:rPr>
      </w:pPr>
    </w:p>
    <w:p w:rsidR="00E03598" w:rsidRPr="00834A2B" w:rsidRDefault="00254BB8" w:rsidP="00E03598">
      <w:pPr>
        <w:rPr>
          <w:rFonts w:cstheme="minorHAnsi"/>
          <w:b/>
          <w:lang w:val="en"/>
        </w:rPr>
      </w:pPr>
    </w:p>
    <w:p w:rsidR="00E03598" w:rsidRPr="00834A2B" w:rsidRDefault="00254BB8" w:rsidP="18AD7FA4">
      <w:pPr>
        <w:numPr>
          <w:ilvl w:val="0"/>
          <w:numId w:val="6"/>
        </w:numPr>
        <w:rPr>
          <w:rFonts w:cstheme="minorHAnsi"/>
        </w:rPr>
      </w:pPr>
      <w:r w:rsidRPr="00834A2B">
        <w:rPr>
          <w:rFonts w:cstheme="minorHAnsi"/>
          <w:b/>
          <w:bCs/>
        </w:rPr>
        <w:t xml:space="preserve">Name of Village: </w:t>
      </w:r>
      <w:proofErr w:type="spellStart"/>
      <w:r w:rsidRPr="00834A2B">
        <w:rPr>
          <w:rFonts w:cstheme="minorHAnsi"/>
        </w:rPr>
        <w:t>Achiwib</w:t>
      </w:r>
      <w:proofErr w:type="spellEnd"/>
      <w:r w:rsidRPr="00834A2B">
        <w:rPr>
          <w:rFonts w:cstheme="minorHAnsi"/>
        </w:rPr>
        <w:t xml:space="preserve"> </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$8,495,780</w:t>
      </w:r>
    </w:p>
    <w:p w:rsidR="00E03598" w:rsidRPr="00834A2B" w:rsidRDefault="00254BB8" w:rsidP="00E03598">
      <w:pPr>
        <w:rPr>
          <w:rFonts w:cstheme="minorHAnsi"/>
          <w:bCs/>
          <w:lang w:val="en"/>
        </w:rPr>
      </w:pPr>
    </w:p>
    <w:p w:rsidR="00E03598" w:rsidRPr="00834A2B" w:rsidRDefault="00254BB8" w:rsidP="00E03598">
      <w:pPr>
        <w:numPr>
          <w:ilvl w:val="0"/>
          <w:numId w:val="92"/>
        </w:numPr>
        <w:rPr>
          <w:rFonts w:cstheme="minorHAnsi"/>
          <w:b/>
          <w:lang w:val="en"/>
        </w:rPr>
      </w:pPr>
      <w:r w:rsidRPr="00834A2B">
        <w:rPr>
          <w:rFonts w:cstheme="minorHAnsi"/>
          <w:b/>
          <w:lang w:val="en"/>
        </w:rPr>
        <w:t>Extension village office – 3,995,780</w:t>
      </w:r>
    </w:p>
    <w:p w:rsidR="00E03598" w:rsidRPr="00834A2B" w:rsidRDefault="00254BB8" w:rsidP="18AD7FA4">
      <w:pPr>
        <w:numPr>
          <w:ilvl w:val="0"/>
          <w:numId w:val="92"/>
        </w:numPr>
        <w:rPr>
          <w:rFonts w:cstheme="minorHAnsi"/>
          <w:b/>
          <w:bCs/>
        </w:rPr>
      </w:pPr>
      <w:r w:rsidRPr="00834A2B">
        <w:rPr>
          <w:rFonts w:cstheme="minorHAnsi"/>
          <w:b/>
          <w:bCs/>
        </w:rPr>
        <w:t>Improvement and furnishing of Village Guest House – 1,800,000</w:t>
      </w:r>
    </w:p>
    <w:p w:rsidR="00E03598" w:rsidRPr="00834A2B" w:rsidRDefault="00254BB8" w:rsidP="00E03598">
      <w:pPr>
        <w:numPr>
          <w:ilvl w:val="0"/>
          <w:numId w:val="92"/>
        </w:numPr>
        <w:rPr>
          <w:rFonts w:cstheme="minorHAnsi"/>
          <w:b/>
          <w:lang w:val="en"/>
        </w:rPr>
      </w:pPr>
      <w:r w:rsidRPr="00834A2B">
        <w:rPr>
          <w:rFonts w:cstheme="minorHAnsi"/>
          <w:b/>
          <w:lang w:val="en"/>
        </w:rPr>
        <w:t>Cassareep Production – 2,700,000</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p>
    <w:p w:rsidR="00E03598" w:rsidRPr="00834A2B" w:rsidRDefault="00254BB8" w:rsidP="5FEC13F2">
      <w:pPr>
        <w:numPr>
          <w:ilvl w:val="0"/>
          <w:numId w:val="6"/>
        </w:numPr>
      </w:pPr>
      <w:r w:rsidRPr="5FEC13F2">
        <w:rPr>
          <w:b/>
          <w:bCs/>
        </w:rPr>
        <w:t xml:space="preserve">Name of Village: </w:t>
      </w:r>
      <w:r w:rsidRPr="5FEC13F2">
        <w:t>Parabara</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lastRenderedPageBreak/>
        <w:t>HESADP - $6,800,000</w:t>
      </w:r>
    </w:p>
    <w:p w:rsidR="00E03598" w:rsidRPr="00834A2B" w:rsidRDefault="00254BB8" w:rsidP="00E03598">
      <w:pPr>
        <w:rPr>
          <w:rFonts w:cstheme="minorHAnsi"/>
          <w:bCs/>
          <w:lang w:val="en"/>
        </w:rPr>
      </w:pPr>
    </w:p>
    <w:p w:rsidR="00E03598" w:rsidRPr="00834A2B" w:rsidRDefault="00254BB8" w:rsidP="00E03598">
      <w:pPr>
        <w:numPr>
          <w:ilvl w:val="0"/>
          <w:numId w:val="93"/>
        </w:numPr>
        <w:rPr>
          <w:rFonts w:cstheme="minorHAnsi"/>
          <w:b/>
          <w:lang w:val="en"/>
        </w:rPr>
      </w:pPr>
      <w:r w:rsidRPr="00834A2B">
        <w:rPr>
          <w:rFonts w:cstheme="minorHAnsi"/>
          <w:b/>
          <w:lang w:val="en"/>
        </w:rPr>
        <w:t>Renovation and Expansion of Village Shop – 1,800,000</w:t>
      </w:r>
    </w:p>
    <w:p w:rsidR="00E03598" w:rsidRPr="00834A2B" w:rsidRDefault="00254BB8" w:rsidP="00E03598">
      <w:pPr>
        <w:numPr>
          <w:ilvl w:val="0"/>
          <w:numId w:val="93"/>
        </w:numPr>
        <w:rPr>
          <w:rFonts w:cstheme="minorHAnsi"/>
          <w:b/>
          <w:lang w:val="en"/>
        </w:rPr>
      </w:pPr>
      <w:r w:rsidRPr="00834A2B">
        <w:rPr>
          <w:rFonts w:cstheme="minorHAnsi"/>
          <w:b/>
          <w:lang w:val="en"/>
        </w:rPr>
        <w:t>Community Benab Improvement – 5,000,000</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p>
    <w:p w:rsidR="00E03598" w:rsidRPr="00834A2B" w:rsidRDefault="00254BB8" w:rsidP="00E03598">
      <w:pPr>
        <w:numPr>
          <w:ilvl w:val="0"/>
          <w:numId w:val="6"/>
        </w:numPr>
        <w:rPr>
          <w:rFonts w:cstheme="minorHAnsi"/>
          <w:bCs/>
          <w:lang w:val="en"/>
        </w:rPr>
      </w:pPr>
      <w:r w:rsidRPr="00834A2B">
        <w:rPr>
          <w:rFonts w:cstheme="minorHAnsi"/>
          <w:b/>
          <w:lang w:val="en"/>
        </w:rPr>
        <w:t xml:space="preserve">Name of Village: </w:t>
      </w:r>
      <w:r w:rsidRPr="00834A2B">
        <w:rPr>
          <w:rFonts w:cstheme="minorHAnsi"/>
          <w:bCs/>
          <w:lang w:val="en"/>
        </w:rPr>
        <w:t xml:space="preserve">Shea </w:t>
      </w:r>
    </w:p>
    <w:p w:rsidR="00E03598" w:rsidRPr="00834A2B" w:rsidRDefault="00254BB8" w:rsidP="00E03598">
      <w:pPr>
        <w:rPr>
          <w:rFonts w:cstheme="minorHAnsi"/>
          <w:bCs/>
          <w:lang w:val="en"/>
        </w:rPr>
      </w:pPr>
      <w:r w:rsidRPr="00834A2B">
        <w:rPr>
          <w:rFonts w:cstheme="minorHAnsi"/>
          <w:bCs/>
          <w:lang w:val="en"/>
        </w:rPr>
        <w:t>Agency/Project:</w:t>
      </w:r>
    </w:p>
    <w:p w:rsidR="00E03598" w:rsidRPr="00834A2B" w:rsidRDefault="00254BB8" w:rsidP="00E03598">
      <w:pPr>
        <w:numPr>
          <w:ilvl w:val="0"/>
          <w:numId w:val="7"/>
        </w:numPr>
        <w:rPr>
          <w:rFonts w:cstheme="minorHAnsi"/>
          <w:bCs/>
          <w:lang w:val="en"/>
        </w:rPr>
      </w:pPr>
      <w:r w:rsidRPr="00834A2B">
        <w:rPr>
          <w:rFonts w:cstheme="minorHAnsi"/>
          <w:bCs/>
          <w:lang w:val="en"/>
        </w:rPr>
        <w:t>HESADP - $8,417,200</w:t>
      </w:r>
    </w:p>
    <w:p w:rsidR="00E03598" w:rsidRPr="00834A2B" w:rsidRDefault="00254BB8" w:rsidP="00E03598">
      <w:pPr>
        <w:rPr>
          <w:rFonts w:cstheme="minorHAnsi"/>
          <w:bCs/>
          <w:lang w:val="en"/>
        </w:rPr>
      </w:pPr>
    </w:p>
    <w:p w:rsidR="00E03598" w:rsidRPr="00834A2B" w:rsidRDefault="00254BB8" w:rsidP="00E03598">
      <w:pPr>
        <w:numPr>
          <w:ilvl w:val="0"/>
          <w:numId w:val="94"/>
        </w:numPr>
        <w:rPr>
          <w:rFonts w:cstheme="minorHAnsi"/>
          <w:b/>
          <w:lang w:val="en"/>
        </w:rPr>
      </w:pPr>
      <w:r w:rsidRPr="00834A2B">
        <w:rPr>
          <w:rFonts w:cstheme="minorHAnsi"/>
          <w:b/>
          <w:lang w:val="en"/>
        </w:rPr>
        <w:t>Farmland Fence Construction of 3 Bridges – 4,000,000</w:t>
      </w:r>
    </w:p>
    <w:p w:rsidR="00E03598" w:rsidRPr="00834A2B" w:rsidRDefault="00254BB8" w:rsidP="00E03598">
      <w:pPr>
        <w:numPr>
          <w:ilvl w:val="0"/>
          <w:numId w:val="94"/>
        </w:numPr>
        <w:rPr>
          <w:rFonts w:cstheme="minorHAnsi"/>
          <w:b/>
          <w:lang w:val="en"/>
        </w:rPr>
      </w:pPr>
      <w:r w:rsidRPr="00834A2B">
        <w:rPr>
          <w:rFonts w:cstheme="minorHAnsi"/>
          <w:b/>
          <w:lang w:val="en"/>
        </w:rPr>
        <w:t xml:space="preserve">Tourism </w:t>
      </w:r>
      <w:r w:rsidRPr="00834A2B">
        <w:rPr>
          <w:rFonts w:cstheme="minorHAnsi"/>
          <w:b/>
          <w:lang w:val="en"/>
        </w:rPr>
        <w:t>Development – 1,800,000</w:t>
      </w:r>
    </w:p>
    <w:p w:rsidR="00E03598" w:rsidRPr="00834A2B" w:rsidRDefault="00254BB8" w:rsidP="18AD7FA4">
      <w:pPr>
        <w:numPr>
          <w:ilvl w:val="0"/>
          <w:numId w:val="94"/>
        </w:numPr>
        <w:rPr>
          <w:rFonts w:cstheme="minorHAnsi"/>
          <w:b/>
          <w:bCs/>
        </w:rPr>
      </w:pPr>
      <w:r w:rsidRPr="00834A2B">
        <w:rPr>
          <w:rFonts w:cstheme="minorHAnsi"/>
          <w:b/>
          <w:bCs/>
        </w:rPr>
        <w:t>Facility Improvement, Furnishing and Equipment Acquisition – 2,617,200</w:t>
      </w:r>
    </w:p>
    <w:p w:rsidR="00E03598" w:rsidRPr="00834A2B" w:rsidRDefault="00254BB8" w:rsidP="00E03598">
      <w:pPr>
        <w:rPr>
          <w:rFonts w:cstheme="minorHAnsi"/>
          <w:bCs/>
          <w:lang w:val="en"/>
        </w:rPr>
      </w:pPr>
    </w:p>
    <w:p w:rsidR="00E03598" w:rsidRPr="00834A2B" w:rsidRDefault="00254BB8" w:rsidP="00E03598">
      <w:pPr>
        <w:rPr>
          <w:rFonts w:cstheme="minorHAnsi"/>
          <w:bCs/>
          <w:lang w:val="en"/>
        </w:rPr>
      </w:pPr>
    </w:p>
    <w:p w:rsidR="00E03598" w:rsidRPr="00834A2B" w:rsidRDefault="00254BB8" w:rsidP="18AD7FA4">
      <w:pPr>
        <w:numPr>
          <w:ilvl w:val="0"/>
          <w:numId w:val="6"/>
        </w:numPr>
        <w:rPr>
          <w:rFonts w:cstheme="minorHAnsi"/>
        </w:rPr>
      </w:pPr>
      <w:r w:rsidRPr="00834A2B">
        <w:rPr>
          <w:rFonts w:cstheme="minorHAnsi"/>
          <w:b/>
          <w:bCs/>
        </w:rPr>
        <w:t xml:space="preserve">Name of Village: </w:t>
      </w:r>
      <w:proofErr w:type="spellStart"/>
      <w:r w:rsidRPr="00834A2B">
        <w:rPr>
          <w:rFonts w:cstheme="minorHAnsi"/>
        </w:rPr>
        <w:t>Konashen</w:t>
      </w:r>
      <w:proofErr w:type="spellEnd"/>
      <w:r w:rsidRPr="00834A2B">
        <w:rPr>
          <w:rFonts w:cstheme="minorHAnsi"/>
        </w:rPr>
        <w:t xml:space="preserve"> </w:t>
      </w:r>
    </w:p>
    <w:p w:rsidR="00E03598" w:rsidRPr="00834A2B" w:rsidRDefault="00254BB8" w:rsidP="18AD7FA4">
      <w:pPr>
        <w:rPr>
          <w:rFonts w:cstheme="minorHAnsi"/>
        </w:rPr>
      </w:pPr>
      <w:r w:rsidRPr="00834A2B">
        <w:rPr>
          <w:rFonts w:cstheme="minorHAnsi"/>
        </w:rPr>
        <w:t>Agency/Project:</w:t>
      </w:r>
      <w:r w:rsidRPr="00834A2B">
        <w:rPr>
          <w:rFonts w:cstheme="minorHAnsi"/>
        </w:rPr>
        <w:tab/>
      </w:r>
    </w:p>
    <w:p w:rsidR="00E03598" w:rsidRPr="00834A2B" w:rsidRDefault="00254BB8" w:rsidP="00E03598">
      <w:pPr>
        <w:numPr>
          <w:ilvl w:val="0"/>
          <w:numId w:val="7"/>
        </w:numPr>
        <w:rPr>
          <w:rFonts w:cstheme="minorHAnsi"/>
          <w:bCs/>
          <w:lang w:val="en"/>
        </w:rPr>
      </w:pPr>
      <w:r w:rsidRPr="00834A2B">
        <w:rPr>
          <w:rFonts w:cstheme="minorHAnsi"/>
          <w:bCs/>
          <w:lang w:val="en"/>
        </w:rPr>
        <w:t>HESADP - $5,800,000</w:t>
      </w:r>
    </w:p>
    <w:p w:rsidR="00E03598" w:rsidRPr="00834A2B" w:rsidRDefault="00254BB8" w:rsidP="00E03598">
      <w:pPr>
        <w:rPr>
          <w:rFonts w:cstheme="minorHAnsi"/>
          <w:b/>
          <w:lang w:val="en"/>
        </w:rPr>
      </w:pPr>
    </w:p>
    <w:p w:rsidR="00E03598" w:rsidRPr="00834A2B" w:rsidRDefault="00254BB8" w:rsidP="00E03598">
      <w:pPr>
        <w:numPr>
          <w:ilvl w:val="0"/>
          <w:numId w:val="95"/>
        </w:numPr>
        <w:rPr>
          <w:rFonts w:cstheme="minorHAnsi"/>
          <w:b/>
          <w:lang w:val="en"/>
        </w:rPr>
      </w:pPr>
      <w:r w:rsidRPr="00834A2B">
        <w:rPr>
          <w:rFonts w:cstheme="minorHAnsi"/>
          <w:b/>
          <w:lang w:val="en"/>
        </w:rPr>
        <w:t>Upgrading of Village Guest House – 1,800,000</w:t>
      </w:r>
    </w:p>
    <w:p w:rsidR="00E03598" w:rsidRPr="00834A2B" w:rsidRDefault="00254BB8" w:rsidP="00E03598">
      <w:pPr>
        <w:numPr>
          <w:ilvl w:val="0"/>
          <w:numId w:val="95"/>
        </w:numPr>
        <w:rPr>
          <w:rFonts w:cstheme="minorHAnsi"/>
          <w:b/>
          <w:lang w:val="en"/>
        </w:rPr>
      </w:pPr>
      <w:r w:rsidRPr="00834A2B">
        <w:rPr>
          <w:rFonts w:cstheme="minorHAnsi"/>
          <w:b/>
          <w:lang w:val="en"/>
        </w:rPr>
        <w:t>Construction of Village Bond, Renovation of Benab</w:t>
      </w:r>
      <w:r w:rsidRPr="00834A2B">
        <w:rPr>
          <w:rFonts w:cstheme="minorHAnsi"/>
          <w:b/>
          <w:lang w:val="en"/>
        </w:rPr>
        <w:t xml:space="preserve"> – 4,000,000</w:t>
      </w:r>
    </w:p>
    <w:p w:rsidR="00C44949" w:rsidRPr="00834A2B" w:rsidRDefault="00254BB8">
      <w:pPr>
        <w:rPr>
          <w:rFonts w:cstheme="minorHAnsi"/>
        </w:rPr>
      </w:pPr>
    </w:p>
    <w:p w:rsidR="006C5FDA" w:rsidRPr="001C72DC" w:rsidRDefault="00254BB8" w:rsidP="001C72DC">
      <w:pPr>
        <w:jc w:val="center"/>
        <w:rPr>
          <w:rFonts w:ascii="Calibri" w:hAnsi="Calibri" w:cs="Calibri"/>
          <w:sz w:val="28"/>
          <w:szCs w:val="28"/>
        </w:rPr>
      </w:pPr>
      <w:r w:rsidRPr="001C72DC">
        <w:rPr>
          <w:rFonts w:ascii="Calibri" w:hAnsi="Calibri" w:cs="Calibri"/>
          <w:b/>
          <w:bCs/>
          <w:sz w:val="28"/>
          <w:szCs w:val="28"/>
        </w:rPr>
        <w:t>Ministry of Agriculture | 2020-2024 | $6.8 Billion</w:t>
      </w:r>
    </w:p>
    <w:p w:rsidR="006C5FDA" w:rsidRDefault="00254BB8" w:rsidP="00F547DC">
      <w:pPr>
        <w:pStyle w:val="ListParagraph"/>
        <w:numPr>
          <w:ilvl w:val="0"/>
          <w:numId w:val="17"/>
        </w:numPr>
        <w:rPr>
          <w:rFonts w:ascii="Calibri" w:hAnsi="Calibri" w:cs="Calibri"/>
          <w:b/>
          <w:bCs/>
        </w:rPr>
      </w:pPr>
      <w:r w:rsidRPr="00F547DC">
        <w:rPr>
          <w:rFonts w:ascii="Calibri" w:hAnsi="Calibri" w:cs="Calibri"/>
          <w:b/>
          <w:bCs/>
        </w:rPr>
        <w:t>Region 10 Agriculture Development Programme | $500 Million</w:t>
      </w:r>
    </w:p>
    <w:p w:rsidR="00F547DC" w:rsidRPr="00F547DC" w:rsidRDefault="00254BB8" w:rsidP="00F547DC">
      <w:pPr>
        <w:pStyle w:val="ListParagraph"/>
        <w:ind w:left="360"/>
        <w:rPr>
          <w:rFonts w:ascii="Calibri" w:hAnsi="Calibri" w:cs="Calibri"/>
          <w:b/>
          <w:bCs/>
        </w:rPr>
      </w:pPr>
    </w:p>
    <w:p w:rsidR="006C5FDA" w:rsidRPr="001C72DC" w:rsidRDefault="00254BB8" w:rsidP="001C72DC">
      <w:pPr>
        <w:pStyle w:val="ListParagraph"/>
        <w:numPr>
          <w:ilvl w:val="0"/>
          <w:numId w:val="17"/>
        </w:numPr>
        <w:rPr>
          <w:rFonts w:ascii="Calibri" w:hAnsi="Calibri" w:cs="Calibri"/>
          <w:b/>
          <w:bCs/>
        </w:rPr>
      </w:pPr>
      <w:proofErr w:type="spellStart"/>
      <w:r w:rsidRPr="001C72DC">
        <w:rPr>
          <w:rFonts w:ascii="Calibri" w:hAnsi="Calibri" w:cs="Calibri"/>
          <w:b/>
          <w:bCs/>
        </w:rPr>
        <w:t>Tacama</w:t>
      </w:r>
      <w:proofErr w:type="spellEnd"/>
      <w:r w:rsidRPr="001C72DC">
        <w:rPr>
          <w:rFonts w:ascii="Calibri" w:hAnsi="Calibri" w:cs="Calibri"/>
          <w:b/>
          <w:bCs/>
        </w:rPr>
        <w:t xml:space="preserve"> Corn and Soya Project | $2.796 Billion</w:t>
      </w:r>
    </w:p>
    <w:p w:rsidR="00835F08" w:rsidRDefault="00254BB8" w:rsidP="00835F08">
      <w:pPr>
        <w:rPr>
          <w:rFonts w:ascii="Calibri" w:hAnsi="Calibri" w:cs="Calibri"/>
          <w:b/>
          <w:bCs/>
        </w:rPr>
      </w:pPr>
      <w:r>
        <w:rPr>
          <w:rFonts w:ascii="Calibri" w:hAnsi="Calibri" w:cs="Calibri"/>
          <w:b/>
          <w:bCs/>
        </w:rPr>
        <w:t>Investments:</w:t>
      </w:r>
    </w:p>
    <w:p w:rsidR="00835F08" w:rsidRDefault="00254BB8" w:rsidP="00835F08">
      <w:pPr>
        <w:pStyle w:val="ListParagraph"/>
        <w:numPr>
          <w:ilvl w:val="0"/>
          <w:numId w:val="44"/>
        </w:numPr>
        <w:rPr>
          <w:rFonts w:ascii="Calibri" w:hAnsi="Calibri" w:cs="Calibri"/>
          <w:b/>
          <w:bCs/>
        </w:rPr>
      </w:pPr>
      <w:r w:rsidRPr="00835F08">
        <w:rPr>
          <w:rFonts w:ascii="Calibri" w:hAnsi="Calibri" w:cs="Calibri"/>
          <w:b/>
          <w:bCs/>
        </w:rPr>
        <w:lastRenderedPageBreak/>
        <w:t>2021 to 2023 | $1.919 Billion </w:t>
      </w:r>
    </w:p>
    <w:p w:rsidR="006C5FDA" w:rsidRPr="00835F08" w:rsidRDefault="00254BB8" w:rsidP="00835F08">
      <w:pPr>
        <w:pStyle w:val="ListParagraph"/>
        <w:numPr>
          <w:ilvl w:val="0"/>
          <w:numId w:val="44"/>
        </w:numPr>
        <w:rPr>
          <w:rFonts w:ascii="Calibri" w:hAnsi="Calibri" w:cs="Calibri"/>
          <w:b/>
          <w:bCs/>
        </w:rPr>
      </w:pPr>
      <w:r w:rsidRPr="00835F08">
        <w:rPr>
          <w:rFonts w:ascii="Calibri" w:hAnsi="Calibri" w:cs="Calibri"/>
          <w:b/>
          <w:bCs/>
        </w:rPr>
        <w:t>2024 | $877 Million</w:t>
      </w:r>
    </w:p>
    <w:p w:rsidR="006C5FDA" w:rsidRPr="001C72DC" w:rsidRDefault="00254BB8" w:rsidP="006C5FDA">
      <w:pPr>
        <w:rPr>
          <w:rFonts w:ascii="Calibri" w:hAnsi="Calibri" w:cs="Calibri"/>
        </w:rPr>
      </w:pPr>
      <w:r w:rsidRPr="001C72DC">
        <w:rPr>
          <w:rFonts w:ascii="Calibri" w:hAnsi="Calibri" w:cs="Calibri"/>
          <w:b/>
          <w:bCs/>
        </w:rPr>
        <w:t>Impact:</w:t>
      </w:r>
      <w:r w:rsidRPr="001C72DC">
        <w:rPr>
          <w:rFonts w:ascii="Calibri" w:hAnsi="Calibri" w:cs="Calibri"/>
          <w:b/>
          <w:bCs/>
        </w:rPr>
        <w:br/>
      </w:r>
      <w:r w:rsidRPr="001C72DC">
        <w:rPr>
          <w:rFonts w:ascii="Calibri" w:hAnsi="Calibri" w:cs="Calibri"/>
        </w:rPr>
        <w:t xml:space="preserve">Guyana is </w:t>
      </w:r>
      <w:r w:rsidRPr="001C72DC">
        <w:rPr>
          <w:rFonts w:ascii="Calibri" w:hAnsi="Calibri" w:cs="Calibri"/>
        </w:rPr>
        <w:t>working toward self-sufficiency in livestock feed, aiming to reduce its annual feed import bill of approximately USD 50 million (with the wider Caribbean region spending around USD 440.7 million). The country currently consumes about 113,000 metric tons (M</w:t>
      </w:r>
      <w:r w:rsidRPr="001C72DC">
        <w:rPr>
          <w:rFonts w:ascii="Calibri" w:hAnsi="Calibri" w:cs="Calibri"/>
        </w:rPr>
        <w:t>T) of feed annually, requiring an estimated 34,000 acres of corn and 28,300 acres of soybeans to meet local demand.</w:t>
      </w:r>
    </w:p>
    <w:p w:rsidR="006C5FDA" w:rsidRPr="001C72DC" w:rsidRDefault="00254BB8" w:rsidP="006C5FDA">
      <w:pPr>
        <w:rPr>
          <w:rFonts w:ascii="Calibri" w:hAnsi="Calibri" w:cs="Calibri"/>
          <w:b/>
          <w:bCs/>
        </w:rPr>
      </w:pPr>
      <w:r w:rsidRPr="001C72DC">
        <w:rPr>
          <w:rFonts w:ascii="Calibri" w:hAnsi="Calibri" w:cs="Calibri"/>
          <w:b/>
          <w:bCs/>
        </w:rPr>
        <w:t>Output (2023):</w:t>
      </w:r>
    </w:p>
    <w:p w:rsidR="006C5FDA" w:rsidRPr="001C72DC" w:rsidRDefault="00254BB8" w:rsidP="006C5FDA">
      <w:pPr>
        <w:numPr>
          <w:ilvl w:val="0"/>
          <w:numId w:val="3"/>
        </w:numPr>
        <w:rPr>
          <w:rFonts w:ascii="Calibri" w:hAnsi="Calibri" w:cs="Calibri"/>
        </w:rPr>
      </w:pPr>
      <w:r w:rsidRPr="001C72DC">
        <w:rPr>
          <w:rFonts w:ascii="Calibri" w:hAnsi="Calibri" w:cs="Calibri"/>
        </w:rPr>
        <w:t>Corn: 3,820 acres cultivated, yielding 4,196 MT</w:t>
      </w:r>
    </w:p>
    <w:p w:rsidR="006C5FDA" w:rsidRPr="001C72DC" w:rsidRDefault="00254BB8" w:rsidP="006C5FDA">
      <w:pPr>
        <w:numPr>
          <w:ilvl w:val="0"/>
          <w:numId w:val="3"/>
        </w:numPr>
        <w:rPr>
          <w:rFonts w:ascii="Calibri" w:hAnsi="Calibri" w:cs="Calibri"/>
        </w:rPr>
      </w:pPr>
      <w:r w:rsidRPr="001C72DC">
        <w:rPr>
          <w:rFonts w:ascii="Calibri" w:hAnsi="Calibri" w:cs="Calibri"/>
        </w:rPr>
        <w:t>Soybeans: 3,490.6 acres cultivated, yielding 4,036 MT to date</w:t>
      </w:r>
    </w:p>
    <w:p w:rsidR="001C72DC" w:rsidRPr="001C72DC" w:rsidRDefault="00254BB8" w:rsidP="00E65C14">
      <w:pPr>
        <w:numPr>
          <w:ilvl w:val="0"/>
          <w:numId w:val="3"/>
        </w:numPr>
        <w:rPr>
          <w:rFonts w:ascii="Calibri" w:hAnsi="Calibri" w:cs="Calibri"/>
          <w:b/>
          <w:bCs/>
        </w:rPr>
      </w:pPr>
      <w:r w:rsidRPr="001C72DC">
        <w:rPr>
          <w:rFonts w:ascii="Calibri" w:hAnsi="Calibri" w:cs="Calibri"/>
        </w:rPr>
        <w:t>Projection: Tar</w:t>
      </w:r>
      <w:r w:rsidRPr="001C72DC">
        <w:rPr>
          <w:rFonts w:ascii="Calibri" w:hAnsi="Calibri" w:cs="Calibri"/>
        </w:rPr>
        <w:t>geting 26,000 acres by end of 2024</w:t>
      </w:r>
    </w:p>
    <w:p w:rsidR="006C5FDA" w:rsidRPr="001C72DC" w:rsidRDefault="00254BB8" w:rsidP="001C72DC">
      <w:pPr>
        <w:rPr>
          <w:rFonts w:ascii="Calibri" w:hAnsi="Calibri" w:cs="Calibri"/>
          <w:b/>
          <w:bCs/>
        </w:rPr>
      </w:pPr>
      <w:r w:rsidRPr="001C72DC">
        <w:rPr>
          <w:rFonts w:ascii="Calibri" w:hAnsi="Calibri" w:cs="Calibri"/>
          <w:b/>
          <w:bCs/>
        </w:rPr>
        <w:t>Activities (2022–2023):</w:t>
      </w:r>
    </w:p>
    <w:p w:rsidR="006C5FDA" w:rsidRPr="001C72DC" w:rsidRDefault="00254BB8" w:rsidP="006C5FDA">
      <w:pPr>
        <w:numPr>
          <w:ilvl w:val="0"/>
          <w:numId w:val="4"/>
        </w:numPr>
        <w:rPr>
          <w:rFonts w:ascii="Calibri" w:hAnsi="Calibri" w:cs="Calibri"/>
        </w:rPr>
      </w:pPr>
      <w:r w:rsidRPr="001C72DC">
        <w:rPr>
          <w:rFonts w:ascii="Calibri" w:hAnsi="Calibri" w:cs="Calibri"/>
        </w:rPr>
        <w:t xml:space="preserve">Construction of 47 km road at </w:t>
      </w:r>
      <w:proofErr w:type="spellStart"/>
      <w:r w:rsidRPr="001C72DC">
        <w:rPr>
          <w:rFonts w:ascii="Calibri" w:hAnsi="Calibri" w:cs="Calibri"/>
        </w:rPr>
        <w:t>Tacama</w:t>
      </w:r>
      <w:proofErr w:type="spellEnd"/>
    </w:p>
    <w:p w:rsidR="006C5FDA" w:rsidRPr="001C72DC" w:rsidRDefault="00254BB8" w:rsidP="006C5FDA">
      <w:pPr>
        <w:numPr>
          <w:ilvl w:val="0"/>
          <w:numId w:val="4"/>
        </w:numPr>
        <w:rPr>
          <w:rFonts w:ascii="Calibri" w:hAnsi="Calibri" w:cs="Calibri"/>
        </w:rPr>
      </w:pPr>
      <w:r w:rsidRPr="001C72DC">
        <w:rPr>
          <w:rFonts w:ascii="Calibri" w:hAnsi="Calibri" w:cs="Calibri"/>
        </w:rPr>
        <w:t>Development of infrastructure including:</w:t>
      </w:r>
    </w:p>
    <w:p w:rsidR="006C5FDA" w:rsidRPr="001C72DC" w:rsidRDefault="00254BB8" w:rsidP="006C5FDA">
      <w:pPr>
        <w:numPr>
          <w:ilvl w:val="1"/>
          <w:numId w:val="4"/>
        </w:numPr>
        <w:rPr>
          <w:rFonts w:ascii="Calibri" w:hAnsi="Calibri" w:cs="Calibri"/>
        </w:rPr>
      </w:pPr>
      <w:r w:rsidRPr="001C72DC">
        <w:rPr>
          <w:rFonts w:ascii="Calibri" w:hAnsi="Calibri" w:cs="Calibri"/>
        </w:rPr>
        <w:t>Three 3,000-ton silos</w:t>
      </w:r>
    </w:p>
    <w:p w:rsidR="006C5FDA" w:rsidRPr="001C72DC" w:rsidRDefault="00254BB8" w:rsidP="006C5FDA">
      <w:pPr>
        <w:numPr>
          <w:ilvl w:val="1"/>
          <w:numId w:val="4"/>
        </w:numPr>
        <w:rPr>
          <w:rFonts w:ascii="Calibri" w:hAnsi="Calibri" w:cs="Calibri"/>
        </w:rPr>
      </w:pPr>
      <w:r w:rsidRPr="001C72DC">
        <w:rPr>
          <w:rFonts w:ascii="Calibri" w:hAnsi="Calibri" w:cs="Calibri"/>
        </w:rPr>
        <w:t>Conditioning plant with weighbridge</w:t>
      </w:r>
    </w:p>
    <w:p w:rsidR="006C5FDA" w:rsidRPr="001C72DC" w:rsidRDefault="00254BB8" w:rsidP="006C5FDA">
      <w:pPr>
        <w:numPr>
          <w:ilvl w:val="1"/>
          <w:numId w:val="4"/>
        </w:numPr>
        <w:rPr>
          <w:rFonts w:ascii="Calibri" w:hAnsi="Calibri" w:cs="Calibri"/>
        </w:rPr>
      </w:pPr>
      <w:r w:rsidRPr="001C72DC">
        <w:rPr>
          <w:rFonts w:ascii="Calibri" w:hAnsi="Calibri" w:cs="Calibri"/>
        </w:rPr>
        <w:t>Drying plant for corn and soy</w:t>
      </w:r>
    </w:p>
    <w:p w:rsidR="001C72DC" w:rsidRPr="001C72DC" w:rsidRDefault="00254BB8" w:rsidP="000968E7">
      <w:pPr>
        <w:numPr>
          <w:ilvl w:val="1"/>
          <w:numId w:val="4"/>
        </w:numPr>
        <w:rPr>
          <w:rFonts w:ascii="Calibri" w:hAnsi="Calibri" w:cs="Calibri"/>
        </w:rPr>
      </w:pPr>
      <w:r w:rsidRPr="001C72DC">
        <w:rPr>
          <w:rFonts w:ascii="Calibri" w:hAnsi="Calibri" w:cs="Calibri"/>
        </w:rPr>
        <w:t xml:space="preserve">Fence and internal road network at </w:t>
      </w:r>
      <w:proofErr w:type="spellStart"/>
      <w:r w:rsidRPr="001C72DC">
        <w:rPr>
          <w:rFonts w:ascii="Calibri" w:hAnsi="Calibri" w:cs="Calibri"/>
        </w:rPr>
        <w:t>Tacama</w:t>
      </w:r>
      <w:proofErr w:type="spellEnd"/>
    </w:p>
    <w:p w:rsidR="006C5FDA" w:rsidRPr="001C72DC" w:rsidRDefault="00254BB8" w:rsidP="001C72DC">
      <w:pPr>
        <w:rPr>
          <w:rFonts w:ascii="Calibri" w:hAnsi="Calibri" w:cs="Calibri"/>
          <w:b/>
          <w:bCs/>
        </w:rPr>
      </w:pPr>
      <w:r w:rsidRPr="001C72DC">
        <w:rPr>
          <w:rFonts w:ascii="Calibri" w:hAnsi="Calibri" w:cs="Calibri"/>
          <w:b/>
          <w:bCs/>
        </w:rPr>
        <w:t>2024 Plans:</w:t>
      </w:r>
    </w:p>
    <w:p w:rsidR="006C5FDA" w:rsidRPr="001C72DC" w:rsidRDefault="00254BB8" w:rsidP="006C5FDA">
      <w:pPr>
        <w:numPr>
          <w:ilvl w:val="0"/>
          <w:numId w:val="5"/>
        </w:numPr>
        <w:rPr>
          <w:rFonts w:ascii="Calibri" w:hAnsi="Calibri" w:cs="Calibri"/>
        </w:rPr>
      </w:pPr>
      <w:r w:rsidRPr="001C72DC">
        <w:rPr>
          <w:rFonts w:ascii="Calibri" w:hAnsi="Calibri" w:cs="Calibri"/>
        </w:rPr>
        <w:t>Expansion of the Conditioning and Storage Plant (3 additional silos increasing capacity to 27,000 tons)</w:t>
      </w:r>
    </w:p>
    <w:p w:rsidR="006C5FDA" w:rsidRPr="001C72DC" w:rsidRDefault="00254BB8" w:rsidP="006C5FDA">
      <w:pPr>
        <w:numPr>
          <w:ilvl w:val="0"/>
          <w:numId w:val="5"/>
        </w:numPr>
        <w:rPr>
          <w:rFonts w:ascii="Calibri" w:hAnsi="Calibri" w:cs="Calibri"/>
        </w:rPr>
      </w:pPr>
      <w:r w:rsidRPr="001C72DC">
        <w:rPr>
          <w:rFonts w:ascii="Calibri" w:hAnsi="Calibri" w:cs="Calibri"/>
        </w:rPr>
        <w:t>Installation of conveyor system</w:t>
      </w:r>
    </w:p>
    <w:p w:rsidR="006C5FDA" w:rsidRPr="001C72DC" w:rsidRDefault="00254BB8" w:rsidP="006C5FDA">
      <w:pPr>
        <w:numPr>
          <w:ilvl w:val="0"/>
          <w:numId w:val="5"/>
        </w:numPr>
        <w:rPr>
          <w:rFonts w:ascii="Calibri" w:hAnsi="Calibri" w:cs="Calibri"/>
        </w:rPr>
      </w:pPr>
      <w:r w:rsidRPr="001C72DC">
        <w:rPr>
          <w:rFonts w:ascii="Calibri" w:hAnsi="Calibri" w:cs="Calibri"/>
        </w:rPr>
        <w:t xml:space="preserve">Construction of a wharf at </w:t>
      </w:r>
      <w:proofErr w:type="spellStart"/>
      <w:r w:rsidRPr="001C72DC">
        <w:rPr>
          <w:rFonts w:ascii="Calibri" w:hAnsi="Calibri" w:cs="Calibri"/>
        </w:rPr>
        <w:t>Tacama</w:t>
      </w:r>
      <w:proofErr w:type="spellEnd"/>
      <w:r w:rsidRPr="001C72DC">
        <w:rPr>
          <w:rFonts w:ascii="Calibri" w:hAnsi="Calibri" w:cs="Calibri"/>
        </w:rPr>
        <w:t xml:space="preserve"> for corn and soybean transport</w:t>
      </w:r>
    </w:p>
    <w:p w:rsidR="006C5FDA" w:rsidRPr="001C72DC" w:rsidRDefault="00254BB8" w:rsidP="006C5FDA">
      <w:pPr>
        <w:rPr>
          <w:rFonts w:ascii="Calibri" w:hAnsi="Calibri" w:cs="Calibri"/>
        </w:rPr>
      </w:pPr>
    </w:p>
    <w:p w:rsidR="006C5FDA" w:rsidRPr="003355F5" w:rsidRDefault="00254BB8" w:rsidP="003355F5">
      <w:pPr>
        <w:pStyle w:val="ListParagraph"/>
        <w:numPr>
          <w:ilvl w:val="0"/>
          <w:numId w:val="17"/>
        </w:numPr>
        <w:rPr>
          <w:rFonts w:ascii="Calibri" w:hAnsi="Calibri" w:cs="Calibri"/>
          <w:b/>
          <w:bCs/>
        </w:rPr>
      </w:pPr>
      <w:r w:rsidRPr="003355F5">
        <w:rPr>
          <w:rFonts w:ascii="Calibri" w:hAnsi="Calibri" w:cs="Calibri"/>
          <w:b/>
          <w:bCs/>
        </w:rPr>
        <w:t xml:space="preserve">Regional Food Hub at </w:t>
      </w:r>
      <w:proofErr w:type="spellStart"/>
      <w:r w:rsidRPr="003355F5">
        <w:rPr>
          <w:rFonts w:ascii="Calibri" w:hAnsi="Calibri" w:cs="Calibri"/>
          <w:b/>
          <w:bCs/>
        </w:rPr>
        <w:t>Kuru</w:t>
      </w:r>
      <w:proofErr w:type="spellEnd"/>
      <w:r w:rsidRPr="003355F5">
        <w:rPr>
          <w:rFonts w:ascii="Calibri" w:hAnsi="Calibri" w:cs="Calibri"/>
          <w:b/>
          <w:bCs/>
        </w:rPr>
        <w:t xml:space="preserve"> </w:t>
      </w:r>
      <w:proofErr w:type="spellStart"/>
      <w:r w:rsidRPr="003355F5">
        <w:rPr>
          <w:rFonts w:ascii="Calibri" w:hAnsi="Calibri" w:cs="Calibri"/>
          <w:b/>
          <w:bCs/>
        </w:rPr>
        <w:t>Kuru</w:t>
      </w:r>
      <w:proofErr w:type="spellEnd"/>
      <w:r w:rsidRPr="003355F5">
        <w:rPr>
          <w:rFonts w:ascii="Calibri" w:hAnsi="Calibri" w:cs="Calibri"/>
          <w:b/>
          <w:bCs/>
        </w:rPr>
        <w:t xml:space="preserve">, </w:t>
      </w:r>
      <w:r w:rsidRPr="003355F5">
        <w:rPr>
          <w:rFonts w:ascii="Calibri" w:hAnsi="Calibri" w:cs="Calibri"/>
          <w:b/>
          <w:bCs/>
        </w:rPr>
        <w:t>Soesdyke</w:t>
      </w:r>
      <w:r w:rsidRPr="003355F5">
        <w:rPr>
          <w:rFonts w:ascii="Calibri" w:hAnsi="Calibri" w:cs="Calibri"/>
          <w:b/>
          <w:bCs/>
        </w:rPr>
        <w:t>, Linden Highway | $587 Million</w:t>
      </w:r>
    </w:p>
    <w:p w:rsidR="006C5FDA" w:rsidRPr="001C72DC" w:rsidRDefault="00254BB8" w:rsidP="006C5FDA">
      <w:pPr>
        <w:rPr>
          <w:rFonts w:ascii="Calibri" w:hAnsi="Calibri" w:cs="Calibri"/>
          <w:b/>
          <w:bCs/>
          <w:i/>
          <w:iCs/>
        </w:rPr>
      </w:pPr>
      <w:r w:rsidRPr="001C72DC">
        <w:rPr>
          <w:rFonts w:ascii="Calibri" w:hAnsi="Calibri" w:cs="Calibri"/>
          <w:b/>
          <w:bCs/>
          <w:i/>
          <w:iCs/>
        </w:rPr>
        <w:t>A specialized food terminal project began in 2023 with Phase 1 valued at $187M; Phase 2 in 2024 will add $400M. The hub will aggregate, process, and distribute source-identified food—m</w:t>
      </w:r>
      <w:r w:rsidRPr="001C72DC">
        <w:rPr>
          <w:rFonts w:ascii="Calibri" w:hAnsi="Calibri" w:cs="Calibri"/>
          <w:b/>
          <w:bCs/>
          <w:i/>
          <w:iCs/>
        </w:rPr>
        <w:t>ainly from Roraima—supporting cleaning, packaging, and cold storage.</w:t>
      </w:r>
    </w:p>
    <w:p w:rsidR="006C5FDA" w:rsidRPr="001C72DC" w:rsidRDefault="00254BB8" w:rsidP="006C5FDA">
      <w:pPr>
        <w:rPr>
          <w:rFonts w:ascii="Calibri" w:hAnsi="Calibri" w:cs="Calibri"/>
          <w:b/>
          <w:bCs/>
        </w:rPr>
      </w:pPr>
      <w:r w:rsidRPr="001C72DC">
        <w:rPr>
          <w:rFonts w:ascii="Calibri" w:hAnsi="Calibri" w:cs="Calibri"/>
          <w:b/>
          <w:bCs/>
        </w:rPr>
        <w:lastRenderedPageBreak/>
        <w:t>Key Benefits:</w:t>
      </w:r>
    </w:p>
    <w:p w:rsidR="006C5FDA" w:rsidRPr="001C72DC" w:rsidRDefault="00254BB8" w:rsidP="006C5FDA">
      <w:pPr>
        <w:numPr>
          <w:ilvl w:val="0"/>
          <w:numId w:val="6"/>
        </w:numPr>
        <w:rPr>
          <w:rFonts w:ascii="Calibri" w:hAnsi="Calibri" w:cs="Calibri"/>
        </w:rPr>
      </w:pPr>
      <w:r w:rsidRPr="001C72DC">
        <w:rPr>
          <w:rFonts w:ascii="Calibri" w:hAnsi="Calibri" w:cs="Calibri"/>
        </w:rPr>
        <w:t xml:space="preserve">Boosts employment in post-harvest and </w:t>
      </w:r>
      <w:proofErr w:type="spellStart"/>
      <w:r w:rsidRPr="001C72DC">
        <w:rPr>
          <w:rFonts w:ascii="Calibri" w:hAnsi="Calibri" w:cs="Calibri"/>
        </w:rPr>
        <w:t>agri</w:t>
      </w:r>
      <w:proofErr w:type="spellEnd"/>
      <w:r w:rsidRPr="001C72DC">
        <w:rPr>
          <w:rFonts w:ascii="Calibri" w:hAnsi="Calibri" w:cs="Calibri"/>
        </w:rPr>
        <w:t>-logistics, especially in rural areas</w:t>
      </w:r>
    </w:p>
    <w:p w:rsidR="006C5FDA" w:rsidRPr="001C72DC" w:rsidRDefault="00254BB8" w:rsidP="006C5FDA">
      <w:pPr>
        <w:numPr>
          <w:ilvl w:val="0"/>
          <w:numId w:val="6"/>
        </w:numPr>
        <w:rPr>
          <w:rFonts w:ascii="Calibri" w:hAnsi="Calibri" w:cs="Calibri"/>
        </w:rPr>
      </w:pPr>
      <w:r w:rsidRPr="001C72DC">
        <w:rPr>
          <w:rFonts w:ascii="Calibri" w:hAnsi="Calibri" w:cs="Calibri"/>
        </w:rPr>
        <w:t>Strengthens Guyana–Brazil trade ties</w:t>
      </w:r>
    </w:p>
    <w:p w:rsidR="006C5FDA" w:rsidRPr="001C72DC" w:rsidRDefault="00254BB8" w:rsidP="006C5FDA">
      <w:pPr>
        <w:numPr>
          <w:ilvl w:val="0"/>
          <w:numId w:val="6"/>
        </w:numPr>
        <w:rPr>
          <w:rFonts w:ascii="Calibri" w:hAnsi="Calibri" w:cs="Calibri"/>
        </w:rPr>
      </w:pPr>
      <w:r w:rsidRPr="001C72DC">
        <w:rPr>
          <w:rFonts w:ascii="Calibri" w:hAnsi="Calibri" w:cs="Calibri"/>
        </w:rPr>
        <w:t>Reduces shipping costs for Roraima</w:t>
      </w:r>
    </w:p>
    <w:p w:rsidR="006C5FDA" w:rsidRPr="001C72DC" w:rsidRDefault="00254BB8" w:rsidP="006C5FDA">
      <w:pPr>
        <w:numPr>
          <w:ilvl w:val="0"/>
          <w:numId w:val="6"/>
        </w:numPr>
        <w:rPr>
          <w:rFonts w:ascii="Calibri" w:hAnsi="Calibri" w:cs="Calibri"/>
        </w:rPr>
      </w:pPr>
      <w:r w:rsidRPr="001C72DC">
        <w:rPr>
          <w:rFonts w:ascii="Calibri" w:hAnsi="Calibri" w:cs="Calibri"/>
        </w:rPr>
        <w:t>Lowers food prices in</w:t>
      </w:r>
      <w:r w:rsidRPr="001C72DC">
        <w:rPr>
          <w:rFonts w:ascii="Calibri" w:hAnsi="Calibri" w:cs="Calibri"/>
        </w:rPr>
        <w:t xml:space="preserve"> Guyana and the region</w:t>
      </w:r>
    </w:p>
    <w:p w:rsidR="001C72DC" w:rsidRPr="001C72DC" w:rsidRDefault="00254BB8" w:rsidP="001C72DC">
      <w:pPr>
        <w:numPr>
          <w:ilvl w:val="0"/>
          <w:numId w:val="6"/>
        </w:numPr>
        <w:rPr>
          <w:rFonts w:ascii="Calibri" w:hAnsi="Calibri" w:cs="Calibri"/>
        </w:rPr>
      </w:pPr>
      <w:r w:rsidRPr="001C72DC">
        <w:rPr>
          <w:rFonts w:ascii="Calibri" w:hAnsi="Calibri" w:cs="Calibri"/>
        </w:rPr>
        <w:t>Enhances regional supply and logistics</w:t>
      </w:r>
    </w:p>
    <w:p w:rsidR="001C72DC" w:rsidRPr="001C72DC" w:rsidRDefault="00254BB8" w:rsidP="001C72DC">
      <w:pPr>
        <w:rPr>
          <w:rFonts w:ascii="Calibri" w:hAnsi="Calibri" w:cs="Calibri"/>
        </w:rPr>
      </w:pPr>
      <w:r w:rsidRPr="001C72DC">
        <w:rPr>
          <w:rFonts w:ascii="Calibri" w:hAnsi="Calibri" w:cs="Calibri"/>
          <w:b/>
          <w:bCs/>
        </w:rPr>
        <w:t>Activities:</w:t>
      </w:r>
    </w:p>
    <w:p w:rsidR="006C5FDA" w:rsidRPr="001C72DC" w:rsidRDefault="00254BB8" w:rsidP="001C72DC">
      <w:pPr>
        <w:rPr>
          <w:rFonts w:ascii="Calibri" w:hAnsi="Calibri" w:cs="Calibri"/>
        </w:rPr>
      </w:pPr>
      <w:r w:rsidRPr="001C72DC">
        <w:rPr>
          <w:rFonts w:ascii="Calibri" w:hAnsi="Calibri" w:cs="Calibri"/>
        </w:rPr>
        <w:t>Construction of the main terminal building, foundation, utilities, fire systems, driveway, parking, and fencing.</w:t>
      </w:r>
    </w:p>
    <w:p w:rsidR="006C5FDA" w:rsidRPr="001C72DC" w:rsidRDefault="00254BB8" w:rsidP="006C5FDA">
      <w:pPr>
        <w:rPr>
          <w:rFonts w:ascii="Calibri" w:hAnsi="Calibri" w:cs="Calibri"/>
        </w:rPr>
      </w:pPr>
    </w:p>
    <w:p w:rsidR="006C5FDA" w:rsidRPr="003355F5" w:rsidRDefault="00254BB8" w:rsidP="003355F5">
      <w:pPr>
        <w:pStyle w:val="ListParagraph"/>
        <w:numPr>
          <w:ilvl w:val="0"/>
          <w:numId w:val="17"/>
        </w:numPr>
        <w:rPr>
          <w:rFonts w:ascii="Calibri" w:hAnsi="Calibri" w:cs="Calibri"/>
          <w:b/>
          <w:bCs/>
        </w:rPr>
      </w:pPr>
      <w:r w:rsidRPr="003355F5">
        <w:rPr>
          <w:rFonts w:ascii="Calibri" w:hAnsi="Calibri" w:cs="Calibri"/>
          <w:b/>
          <w:bCs/>
        </w:rPr>
        <w:t xml:space="preserve">Blackeye Beans Project at </w:t>
      </w:r>
      <w:proofErr w:type="spellStart"/>
      <w:r w:rsidRPr="003355F5">
        <w:rPr>
          <w:rFonts w:ascii="Calibri" w:hAnsi="Calibri" w:cs="Calibri"/>
          <w:b/>
          <w:bCs/>
        </w:rPr>
        <w:t>Kimbia</w:t>
      </w:r>
      <w:proofErr w:type="spellEnd"/>
      <w:r w:rsidRPr="003355F5">
        <w:rPr>
          <w:rFonts w:ascii="Calibri" w:hAnsi="Calibri" w:cs="Calibri"/>
          <w:b/>
          <w:bCs/>
        </w:rPr>
        <w:t>, Reg. No. 10 | $765 Million </w:t>
      </w:r>
    </w:p>
    <w:p w:rsidR="006C5FDA" w:rsidRPr="001C72DC" w:rsidRDefault="00254BB8" w:rsidP="006C5FDA">
      <w:pPr>
        <w:rPr>
          <w:rFonts w:ascii="Calibri" w:hAnsi="Calibri" w:cs="Calibri"/>
        </w:rPr>
      </w:pPr>
      <w:r w:rsidRPr="001C72DC">
        <w:rPr>
          <w:rFonts w:ascii="Calibri" w:hAnsi="Calibri" w:cs="Calibri"/>
          <w:b/>
          <w:bCs/>
        </w:rPr>
        <w:t>Impact</w:t>
      </w:r>
      <w:r w:rsidRPr="001C72DC">
        <w:rPr>
          <w:rFonts w:ascii="Calibri" w:hAnsi="Calibri" w:cs="Calibri"/>
          <w:b/>
          <w:bCs/>
        </w:rPr>
        <w:t>:</w:t>
      </w:r>
      <w:r w:rsidRPr="001C72DC">
        <w:rPr>
          <w:rFonts w:ascii="Calibri" w:hAnsi="Calibri" w:cs="Calibri"/>
        </w:rPr>
        <w:t xml:space="preserve"> Achieving self-sufficiency in black-eye beans and reducing imports by 675 metric tons.</w:t>
      </w:r>
    </w:p>
    <w:p w:rsidR="006C5FDA" w:rsidRPr="001C72DC" w:rsidRDefault="00254BB8" w:rsidP="006C5FDA">
      <w:pPr>
        <w:rPr>
          <w:rFonts w:ascii="Calibri" w:hAnsi="Calibri" w:cs="Calibri"/>
        </w:rPr>
      </w:pPr>
      <w:r w:rsidRPr="001C72DC">
        <w:rPr>
          <w:rFonts w:ascii="Calibri" w:hAnsi="Calibri" w:cs="Calibri"/>
          <w:b/>
          <w:bCs/>
        </w:rPr>
        <w:t>Output:</w:t>
      </w:r>
      <w:r w:rsidRPr="001C72DC">
        <w:rPr>
          <w:rFonts w:ascii="Calibri" w:hAnsi="Calibri" w:cs="Calibri"/>
        </w:rPr>
        <w:t xml:space="preserve"> 400 hectares cultivated at </w:t>
      </w:r>
      <w:proofErr w:type="spellStart"/>
      <w:r w:rsidRPr="001C72DC">
        <w:rPr>
          <w:rFonts w:ascii="Calibri" w:hAnsi="Calibri" w:cs="Calibri"/>
        </w:rPr>
        <w:t>Kimbia</w:t>
      </w:r>
      <w:proofErr w:type="spellEnd"/>
      <w:r w:rsidRPr="001C72DC">
        <w:rPr>
          <w:rFonts w:ascii="Calibri" w:hAnsi="Calibri" w:cs="Calibri"/>
        </w:rPr>
        <w:t xml:space="preserve"> by a government-supported consortium and 50 small-scale farmers.</w:t>
      </w:r>
    </w:p>
    <w:p w:rsidR="006C5FDA" w:rsidRPr="001C72DC" w:rsidRDefault="00254BB8" w:rsidP="006C5FDA">
      <w:pPr>
        <w:rPr>
          <w:rFonts w:ascii="Calibri" w:hAnsi="Calibri" w:cs="Calibri"/>
        </w:rPr>
      </w:pPr>
      <w:r w:rsidRPr="001C72DC">
        <w:rPr>
          <w:rFonts w:ascii="Calibri" w:hAnsi="Calibri" w:cs="Calibri"/>
          <w:b/>
          <w:bCs/>
        </w:rPr>
        <w:t>Activities:</w:t>
      </w:r>
    </w:p>
    <w:p w:rsidR="00E249AB" w:rsidRDefault="00254BB8" w:rsidP="001C72DC">
      <w:pPr>
        <w:pStyle w:val="ListParagraph"/>
        <w:numPr>
          <w:ilvl w:val="0"/>
          <w:numId w:val="31"/>
        </w:numPr>
        <w:rPr>
          <w:rFonts w:ascii="Calibri" w:hAnsi="Calibri" w:cs="Calibri"/>
        </w:rPr>
      </w:pPr>
      <w:r w:rsidRPr="001C72DC">
        <w:rPr>
          <w:rFonts w:ascii="Calibri" w:hAnsi="Calibri" w:cs="Calibri"/>
        </w:rPr>
        <w:t>Contract signed for six silos (1,500-ton capacit</w:t>
      </w:r>
      <w:r w:rsidRPr="001C72DC">
        <w:rPr>
          <w:rFonts w:ascii="Calibri" w:hAnsi="Calibri" w:cs="Calibri"/>
        </w:rPr>
        <w:t>y) worth $484M</w:t>
      </w:r>
    </w:p>
    <w:p w:rsidR="00E249AB" w:rsidRDefault="00254BB8" w:rsidP="001C72DC">
      <w:pPr>
        <w:pStyle w:val="ListParagraph"/>
        <w:numPr>
          <w:ilvl w:val="0"/>
          <w:numId w:val="31"/>
        </w:numPr>
        <w:rPr>
          <w:rFonts w:ascii="Calibri" w:hAnsi="Calibri" w:cs="Calibri"/>
        </w:rPr>
      </w:pPr>
      <w:r w:rsidRPr="001C72DC">
        <w:rPr>
          <w:rFonts w:ascii="Calibri" w:hAnsi="Calibri" w:cs="Calibri"/>
        </w:rPr>
        <w:t xml:space="preserve">30 km of access road at </w:t>
      </w:r>
      <w:proofErr w:type="spellStart"/>
      <w:r w:rsidRPr="001C72DC">
        <w:rPr>
          <w:rFonts w:ascii="Calibri" w:hAnsi="Calibri" w:cs="Calibri"/>
        </w:rPr>
        <w:t>Ebini</w:t>
      </w:r>
      <w:proofErr w:type="spellEnd"/>
      <w:r w:rsidRPr="001C72DC">
        <w:rPr>
          <w:rFonts w:ascii="Calibri" w:hAnsi="Calibri" w:cs="Calibri"/>
        </w:rPr>
        <w:t>/</w:t>
      </w:r>
      <w:proofErr w:type="spellStart"/>
      <w:r w:rsidRPr="001C72DC">
        <w:rPr>
          <w:rFonts w:ascii="Calibri" w:hAnsi="Calibri" w:cs="Calibri"/>
        </w:rPr>
        <w:t>Kimbia</w:t>
      </w:r>
      <w:proofErr w:type="spellEnd"/>
      <w:r w:rsidRPr="001C72DC">
        <w:rPr>
          <w:rFonts w:ascii="Calibri" w:hAnsi="Calibri" w:cs="Calibri"/>
        </w:rPr>
        <w:t xml:space="preserve"> rehabilitated ($200M)</w:t>
      </w:r>
    </w:p>
    <w:p w:rsidR="006C5FDA" w:rsidRPr="001C72DC" w:rsidRDefault="00254BB8" w:rsidP="001C72DC">
      <w:pPr>
        <w:pStyle w:val="ListParagraph"/>
        <w:numPr>
          <w:ilvl w:val="0"/>
          <w:numId w:val="31"/>
        </w:numPr>
        <w:rPr>
          <w:rFonts w:ascii="Calibri" w:hAnsi="Calibri" w:cs="Calibri"/>
        </w:rPr>
      </w:pPr>
      <w:r w:rsidRPr="001C72DC">
        <w:rPr>
          <w:rFonts w:ascii="Calibri" w:hAnsi="Calibri" w:cs="Calibri"/>
        </w:rPr>
        <w:t>Geotechnical investigation completed for the storage facility site</w:t>
      </w:r>
    </w:p>
    <w:p w:rsidR="006C5FDA" w:rsidRPr="001C72DC" w:rsidRDefault="00254BB8" w:rsidP="006C5FDA">
      <w:pPr>
        <w:rPr>
          <w:rFonts w:ascii="Calibri" w:hAnsi="Calibri" w:cs="Calibri"/>
        </w:rPr>
      </w:pPr>
    </w:p>
    <w:p w:rsidR="006C5FDA" w:rsidRPr="003355F5" w:rsidRDefault="00254BB8" w:rsidP="003355F5">
      <w:pPr>
        <w:pStyle w:val="ListParagraph"/>
        <w:numPr>
          <w:ilvl w:val="0"/>
          <w:numId w:val="17"/>
        </w:numPr>
        <w:rPr>
          <w:rFonts w:ascii="Calibri" w:hAnsi="Calibri" w:cs="Calibri"/>
          <w:b/>
          <w:bCs/>
        </w:rPr>
      </w:pPr>
      <w:r w:rsidRPr="003355F5">
        <w:rPr>
          <w:rFonts w:ascii="Calibri" w:hAnsi="Calibri" w:cs="Calibri"/>
          <w:b/>
          <w:bCs/>
        </w:rPr>
        <w:t>Hydroponics - Agriculture and Innovation Entrepreneurship Programme (AIEP) Expansion</w:t>
      </w:r>
      <w:r w:rsidRPr="003355F5">
        <w:rPr>
          <w:rFonts w:ascii="Calibri" w:hAnsi="Calibri" w:cs="Calibri"/>
        </w:rPr>
        <w:t xml:space="preserve"> </w:t>
      </w:r>
      <w:r w:rsidRPr="003355F5">
        <w:rPr>
          <w:rFonts w:ascii="Calibri" w:hAnsi="Calibri" w:cs="Calibri"/>
          <w:b/>
          <w:bCs/>
        </w:rPr>
        <w:t>(Greater Guyana Initiative (G</w:t>
      </w:r>
      <w:r w:rsidRPr="003355F5">
        <w:rPr>
          <w:rFonts w:ascii="Calibri" w:hAnsi="Calibri" w:cs="Calibri"/>
          <w:b/>
          <w:bCs/>
        </w:rPr>
        <w:t>GI)) | $300 Million</w:t>
      </w:r>
    </w:p>
    <w:p w:rsidR="006C5FDA" w:rsidRPr="001C72DC" w:rsidRDefault="00254BB8" w:rsidP="006C5FDA">
      <w:pPr>
        <w:rPr>
          <w:rFonts w:ascii="Calibri" w:hAnsi="Calibri" w:cs="Calibri"/>
        </w:rPr>
      </w:pPr>
      <w:r w:rsidRPr="001C72DC">
        <w:rPr>
          <w:rFonts w:ascii="Calibri" w:hAnsi="Calibri" w:cs="Calibri"/>
          <w:b/>
          <w:bCs/>
        </w:rPr>
        <w:t>Impact:</w:t>
      </w:r>
    </w:p>
    <w:p w:rsidR="006C5FDA" w:rsidRPr="00E249AB" w:rsidRDefault="00254BB8" w:rsidP="00E249AB">
      <w:pPr>
        <w:pStyle w:val="ListParagraph"/>
        <w:numPr>
          <w:ilvl w:val="0"/>
          <w:numId w:val="32"/>
        </w:numPr>
        <w:rPr>
          <w:rFonts w:ascii="Calibri" w:hAnsi="Calibri" w:cs="Calibri"/>
        </w:rPr>
      </w:pPr>
      <w:r w:rsidRPr="00E249AB">
        <w:rPr>
          <w:rFonts w:ascii="Calibri" w:hAnsi="Calibri" w:cs="Calibri"/>
        </w:rPr>
        <w:t>100 youths employed</w:t>
      </w:r>
    </w:p>
    <w:p w:rsidR="006C5FDA" w:rsidRPr="00E249AB" w:rsidRDefault="00254BB8" w:rsidP="00E249AB">
      <w:pPr>
        <w:pStyle w:val="ListParagraph"/>
        <w:numPr>
          <w:ilvl w:val="0"/>
          <w:numId w:val="32"/>
        </w:numPr>
        <w:rPr>
          <w:rFonts w:ascii="Calibri" w:hAnsi="Calibri" w:cs="Calibri"/>
        </w:rPr>
      </w:pPr>
      <w:r w:rsidRPr="00E249AB">
        <w:rPr>
          <w:rFonts w:ascii="Calibri" w:hAnsi="Calibri" w:cs="Calibri"/>
        </w:rPr>
        <w:t>Increased resilience of food production to climate events</w:t>
      </w:r>
    </w:p>
    <w:p w:rsidR="001C72DC" w:rsidRPr="00E249AB" w:rsidRDefault="00254BB8" w:rsidP="00E249AB">
      <w:pPr>
        <w:pStyle w:val="ListParagraph"/>
        <w:numPr>
          <w:ilvl w:val="0"/>
          <w:numId w:val="32"/>
        </w:numPr>
        <w:rPr>
          <w:rFonts w:ascii="Calibri" w:hAnsi="Calibri" w:cs="Calibri"/>
        </w:rPr>
      </w:pPr>
      <w:r w:rsidRPr="00E249AB">
        <w:rPr>
          <w:rFonts w:ascii="Calibri" w:hAnsi="Calibri" w:cs="Calibri"/>
        </w:rPr>
        <w:t>Improved food security for communities and Guyana</w:t>
      </w:r>
    </w:p>
    <w:p w:rsidR="006C5FDA" w:rsidRPr="001C72DC" w:rsidRDefault="00254BB8" w:rsidP="001C72DC">
      <w:pPr>
        <w:rPr>
          <w:rFonts w:ascii="Calibri" w:hAnsi="Calibri" w:cs="Calibri"/>
        </w:rPr>
      </w:pPr>
      <w:r w:rsidRPr="001C72DC">
        <w:rPr>
          <w:rFonts w:ascii="Calibri" w:hAnsi="Calibri" w:cs="Calibri"/>
          <w:b/>
          <w:bCs/>
        </w:rPr>
        <w:t>Activities:</w:t>
      </w:r>
    </w:p>
    <w:p w:rsidR="006C5FDA" w:rsidRPr="001C72DC" w:rsidRDefault="00254BB8" w:rsidP="006C5FDA">
      <w:pPr>
        <w:numPr>
          <w:ilvl w:val="0"/>
          <w:numId w:val="8"/>
        </w:numPr>
        <w:rPr>
          <w:rFonts w:ascii="Calibri" w:hAnsi="Calibri" w:cs="Calibri"/>
        </w:rPr>
      </w:pPr>
      <w:r w:rsidRPr="001C72DC">
        <w:rPr>
          <w:rFonts w:ascii="Calibri" w:hAnsi="Calibri" w:cs="Calibri"/>
        </w:rPr>
        <w:t xml:space="preserve">Cultivation of lettuce, </w:t>
      </w:r>
      <w:proofErr w:type="spellStart"/>
      <w:r w:rsidRPr="001C72DC">
        <w:rPr>
          <w:rFonts w:ascii="Calibri" w:hAnsi="Calibri" w:cs="Calibri"/>
        </w:rPr>
        <w:t>pak-choi</w:t>
      </w:r>
      <w:proofErr w:type="spellEnd"/>
      <w:r w:rsidRPr="001C72DC">
        <w:rPr>
          <w:rFonts w:ascii="Calibri" w:hAnsi="Calibri" w:cs="Calibri"/>
        </w:rPr>
        <w:t xml:space="preserve">, and 22 premium herbs for local, CARICOM, and tourism </w:t>
      </w:r>
      <w:r w:rsidRPr="001C72DC">
        <w:rPr>
          <w:rFonts w:ascii="Calibri" w:hAnsi="Calibri" w:cs="Calibri"/>
        </w:rPr>
        <w:t>markets</w:t>
      </w:r>
    </w:p>
    <w:p w:rsidR="006C5FDA" w:rsidRPr="001C72DC" w:rsidRDefault="00254BB8" w:rsidP="006C5FDA">
      <w:pPr>
        <w:numPr>
          <w:ilvl w:val="0"/>
          <w:numId w:val="8"/>
        </w:numPr>
        <w:rPr>
          <w:rFonts w:ascii="Calibri" w:hAnsi="Calibri" w:cs="Calibri"/>
        </w:rPr>
      </w:pPr>
      <w:r w:rsidRPr="001C72DC">
        <w:rPr>
          <w:rFonts w:ascii="Calibri" w:hAnsi="Calibri" w:cs="Calibri"/>
        </w:rPr>
        <w:t xml:space="preserve">Youth training in advanced </w:t>
      </w:r>
      <w:proofErr w:type="spellStart"/>
      <w:r w:rsidRPr="001C72DC">
        <w:rPr>
          <w:rFonts w:ascii="Calibri" w:hAnsi="Calibri" w:cs="Calibri"/>
        </w:rPr>
        <w:t>agri</w:t>
      </w:r>
      <w:proofErr w:type="spellEnd"/>
      <w:r w:rsidRPr="001C72DC">
        <w:rPr>
          <w:rFonts w:ascii="Calibri" w:hAnsi="Calibri" w:cs="Calibri"/>
        </w:rPr>
        <w:t>-tech in Regions 2, 5, and 10</w:t>
      </w:r>
    </w:p>
    <w:p w:rsidR="006C5FDA" w:rsidRPr="001C72DC" w:rsidRDefault="00254BB8" w:rsidP="006C5FDA">
      <w:pPr>
        <w:numPr>
          <w:ilvl w:val="0"/>
          <w:numId w:val="8"/>
        </w:numPr>
        <w:rPr>
          <w:rFonts w:ascii="Calibri" w:hAnsi="Calibri" w:cs="Calibri"/>
        </w:rPr>
      </w:pPr>
      <w:r w:rsidRPr="001C72DC">
        <w:rPr>
          <w:rFonts w:ascii="Calibri" w:hAnsi="Calibri" w:cs="Calibri"/>
          <w:b/>
          <w:bCs/>
        </w:rPr>
        <w:lastRenderedPageBreak/>
        <w:t>Component 1:</w:t>
      </w:r>
      <w:r w:rsidRPr="001C72DC">
        <w:rPr>
          <w:rFonts w:ascii="Calibri" w:hAnsi="Calibri" w:cs="Calibri"/>
        </w:rPr>
        <w:t xml:space="preserve"> Development of 3 greenhouses with roads, irrigation, electricity, and storage</w:t>
      </w:r>
    </w:p>
    <w:p w:rsidR="006C5FDA" w:rsidRPr="001C72DC" w:rsidRDefault="00254BB8" w:rsidP="006C5FDA">
      <w:pPr>
        <w:numPr>
          <w:ilvl w:val="0"/>
          <w:numId w:val="8"/>
        </w:numPr>
        <w:rPr>
          <w:rFonts w:ascii="Calibri" w:hAnsi="Calibri" w:cs="Calibri"/>
        </w:rPr>
      </w:pPr>
      <w:r w:rsidRPr="001C72DC">
        <w:rPr>
          <w:rFonts w:ascii="Calibri" w:hAnsi="Calibri" w:cs="Calibri"/>
          <w:b/>
          <w:bCs/>
        </w:rPr>
        <w:t>Component 2:</w:t>
      </w:r>
      <w:r w:rsidRPr="001C72DC">
        <w:rPr>
          <w:rFonts w:ascii="Calibri" w:hAnsi="Calibri" w:cs="Calibri"/>
        </w:rPr>
        <w:t xml:space="preserve"> Strengthening agricultural innovation and extension systems</w:t>
      </w:r>
      <w:r w:rsidRPr="001C72DC">
        <w:rPr>
          <w:rFonts w:ascii="Calibri" w:hAnsi="Calibri" w:cs="Calibri"/>
        </w:rPr>
        <w:br/>
      </w:r>
      <w:r w:rsidRPr="001C72DC">
        <w:rPr>
          <w:rFonts w:ascii="Calibri" w:hAnsi="Calibri" w:cs="Calibri"/>
        </w:rPr>
        <w:br/>
      </w:r>
    </w:p>
    <w:p w:rsidR="006C5FDA" w:rsidRPr="003355F5" w:rsidRDefault="00254BB8" w:rsidP="003355F5">
      <w:pPr>
        <w:pStyle w:val="ListParagraph"/>
        <w:numPr>
          <w:ilvl w:val="0"/>
          <w:numId w:val="17"/>
        </w:numPr>
        <w:rPr>
          <w:rFonts w:ascii="Calibri" w:hAnsi="Calibri" w:cs="Calibri"/>
          <w:b/>
          <w:bCs/>
        </w:rPr>
      </w:pPr>
      <w:r w:rsidRPr="003355F5">
        <w:rPr>
          <w:rFonts w:ascii="Calibri" w:hAnsi="Calibri" w:cs="Calibri"/>
          <w:b/>
          <w:bCs/>
        </w:rPr>
        <w:t>Drainage and Irrigati</w:t>
      </w:r>
      <w:r w:rsidRPr="003355F5">
        <w:rPr>
          <w:rFonts w:ascii="Calibri" w:hAnsi="Calibri" w:cs="Calibri"/>
          <w:b/>
          <w:bCs/>
        </w:rPr>
        <w:t>on</w:t>
      </w:r>
    </w:p>
    <w:p w:rsidR="006C5FDA" w:rsidRPr="001C72DC" w:rsidRDefault="00254BB8" w:rsidP="006C5FDA">
      <w:pPr>
        <w:rPr>
          <w:rFonts w:ascii="Calibri" w:hAnsi="Calibri" w:cs="Calibri"/>
          <w:b/>
          <w:bCs/>
        </w:rPr>
      </w:pPr>
      <w:r w:rsidRPr="001C72DC">
        <w:rPr>
          <w:rFonts w:ascii="Calibri" w:hAnsi="Calibri" w:cs="Calibri"/>
          <w:b/>
          <w:bCs/>
        </w:rPr>
        <w:t>Investment:  2020-2024| | $ $ 1.595 Billion</w:t>
      </w:r>
    </w:p>
    <w:p w:rsidR="006C5FDA" w:rsidRPr="001C72DC" w:rsidRDefault="00254BB8" w:rsidP="001C72DC">
      <w:pPr>
        <w:pStyle w:val="ListParagraph"/>
        <w:numPr>
          <w:ilvl w:val="0"/>
          <w:numId w:val="30"/>
        </w:numPr>
        <w:rPr>
          <w:rFonts w:ascii="Calibri" w:hAnsi="Calibri" w:cs="Calibri"/>
        </w:rPr>
      </w:pPr>
      <w:r w:rsidRPr="001C72DC">
        <w:rPr>
          <w:rFonts w:ascii="Calibri" w:hAnsi="Calibri" w:cs="Calibri"/>
        </w:rPr>
        <w:t>2020| $ 320,102,393</w:t>
      </w:r>
    </w:p>
    <w:p w:rsidR="006C5FDA" w:rsidRPr="001C72DC" w:rsidRDefault="00254BB8" w:rsidP="001C72DC">
      <w:pPr>
        <w:pStyle w:val="ListParagraph"/>
        <w:numPr>
          <w:ilvl w:val="0"/>
          <w:numId w:val="30"/>
        </w:numPr>
        <w:rPr>
          <w:rFonts w:ascii="Calibri" w:hAnsi="Calibri" w:cs="Calibri"/>
        </w:rPr>
      </w:pPr>
      <w:r w:rsidRPr="001C72DC">
        <w:rPr>
          <w:rFonts w:ascii="Calibri" w:hAnsi="Calibri" w:cs="Calibri"/>
        </w:rPr>
        <w:t>2021| $ 297,735,231</w:t>
      </w:r>
    </w:p>
    <w:p w:rsidR="006C5FDA" w:rsidRPr="001C72DC" w:rsidRDefault="00254BB8" w:rsidP="001C72DC">
      <w:pPr>
        <w:pStyle w:val="ListParagraph"/>
        <w:numPr>
          <w:ilvl w:val="0"/>
          <w:numId w:val="30"/>
        </w:numPr>
        <w:rPr>
          <w:rFonts w:ascii="Calibri" w:hAnsi="Calibri" w:cs="Calibri"/>
        </w:rPr>
      </w:pPr>
      <w:r w:rsidRPr="001C72DC">
        <w:rPr>
          <w:rFonts w:ascii="Calibri" w:hAnsi="Calibri" w:cs="Calibri"/>
        </w:rPr>
        <w:t>2022| $ 198,291,214</w:t>
      </w:r>
    </w:p>
    <w:p w:rsidR="006C5FDA" w:rsidRPr="001C72DC" w:rsidRDefault="00254BB8" w:rsidP="001C72DC">
      <w:pPr>
        <w:pStyle w:val="ListParagraph"/>
        <w:numPr>
          <w:ilvl w:val="0"/>
          <w:numId w:val="30"/>
        </w:numPr>
        <w:rPr>
          <w:rFonts w:ascii="Calibri" w:hAnsi="Calibri" w:cs="Calibri"/>
        </w:rPr>
      </w:pPr>
      <w:r w:rsidRPr="001C72DC">
        <w:rPr>
          <w:rFonts w:ascii="Calibri" w:hAnsi="Calibri" w:cs="Calibri"/>
        </w:rPr>
        <w:t>2023| $ 226,557,800</w:t>
      </w:r>
    </w:p>
    <w:p w:rsidR="006C5FDA" w:rsidRPr="001C72DC" w:rsidRDefault="00254BB8" w:rsidP="001C72DC">
      <w:pPr>
        <w:pStyle w:val="ListParagraph"/>
        <w:numPr>
          <w:ilvl w:val="0"/>
          <w:numId w:val="30"/>
        </w:numPr>
        <w:rPr>
          <w:rFonts w:ascii="Calibri" w:hAnsi="Calibri" w:cs="Calibri"/>
        </w:rPr>
      </w:pPr>
      <w:r w:rsidRPr="001C72DC">
        <w:rPr>
          <w:rFonts w:ascii="Calibri" w:hAnsi="Calibri" w:cs="Calibri"/>
        </w:rPr>
        <w:t>2024 |$ 552,781,578</w:t>
      </w:r>
    </w:p>
    <w:p w:rsidR="006C5FDA" w:rsidRPr="001C72DC" w:rsidRDefault="00254BB8" w:rsidP="006C5FDA">
      <w:pPr>
        <w:rPr>
          <w:rFonts w:ascii="Calibri" w:hAnsi="Calibri" w:cs="Calibri"/>
          <w:b/>
          <w:bCs/>
        </w:rPr>
      </w:pPr>
      <w:r w:rsidRPr="001C72DC">
        <w:rPr>
          <w:rFonts w:ascii="Calibri" w:hAnsi="Calibri" w:cs="Calibri"/>
          <w:b/>
          <w:bCs/>
        </w:rPr>
        <w:t>Impact</w:t>
      </w:r>
    </w:p>
    <w:p w:rsidR="006C5FDA" w:rsidRPr="001C72DC" w:rsidRDefault="00254BB8" w:rsidP="001C72DC">
      <w:pPr>
        <w:pStyle w:val="ListParagraph"/>
        <w:numPr>
          <w:ilvl w:val="0"/>
          <w:numId w:val="30"/>
        </w:numPr>
        <w:rPr>
          <w:rFonts w:ascii="Calibri" w:hAnsi="Calibri" w:cs="Calibri"/>
        </w:rPr>
      </w:pPr>
      <w:r w:rsidRPr="001C72DC">
        <w:rPr>
          <w:rFonts w:ascii="Calibri" w:hAnsi="Calibri" w:cs="Calibri"/>
        </w:rPr>
        <w:t>Reduce Flooding in Region 10</w:t>
      </w:r>
    </w:p>
    <w:p w:rsidR="006C5FDA" w:rsidRPr="001C72DC" w:rsidRDefault="00254BB8" w:rsidP="001C72DC">
      <w:pPr>
        <w:pStyle w:val="ListParagraph"/>
        <w:numPr>
          <w:ilvl w:val="0"/>
          <w:numId w:val="30"/>
        </w:numPr>
        <w:rPr>
          <w:rFonts w:ascii="Calibri" w:hAnsi="Calibri" w:cs="Calibri"/>
        </w:rPr>
      </w:pPr>
      <w:r w:rsidRPr="001C72DC">
        <w:rPr>
          <w:rFonts w:ascii="Calibri" w:hAnsi="Calibri" w:cs="Calibri"/>
        </w:rPr>
        <w:t>Increase agricultural cultivation within Region No 10</w:t>
      </w:r>
    </w:p>
    <w:p w:rsidR="006C5FDA" w:rsidRPr="001C72DC" w:rsidRDefault="00254BB8" w:rsidP="006C5FDA">
      <w:pPr>
        <w:rPr>
          <w:rFonts w:ascii="Calibri" w:hAnsi="Calibri" w:cs="Calibri"/>
          <w:b/>
          <w:bCs/>
        </w:rPr>
      </w:pPr>
      <w:r w:rsidRPr="001C72DC">
        <w:rPr>
          <w:rFonts w:ascii="Calibri" w:hAnsi="Calibri" w:cs="Calibri"/>
          <w:b/>
          <w:bCs/>
        </w:rPr>
        <w:t>Activities (2024):</w:t>
      </w:r>
    </w:p>
    <w:p w:rsidR="006C5FDA" w:rsidRPr="001C72DC" w:rsidRDefault="00254BB8" w:rsidP="001C72DC">
      <w:pPr>
        <w:pStyle w:val="ListParagraph"/>
        <w:numPr>
          <w:ilvl w:val="0"/>
          <w:numId w:val="14"/>
        </w:numPr>
        <w:rPr>
          <w:rFonts w:ascii="Calibri" w:hAnsi="Calibri" w:cs="Calibri"/>
        </w:rPr>
      </w:pPr>
      <w:r w:rsidRPr="001C72DC">
        <w:rPr>
          <w:rFonts w:ascii="Calibri" w:hAnsi="Calibri" w:cs="Calibri"/>
        </w:rPr>
        <w:t>Several projects were executed under the Drainage and irrigation to address the inclement weather patterns</w:t>
      </w:r>
    </w:p>
    <w:p w:rsidR="006C5FDA" w:rsidRPr="001C72DC" w:rsidRDefault="00254BB8" w:rsidP="001C72DC">
      <w:pPr>
        <w:pStyle w:val="ListParagraph"/>
        <w:numPr>
          <w:ilvl w:val="0"/>
          <w:numId w:val="14"/>
        </w:numPr>
        <w:rPr>
          <w:rFonts w:ascii="Calibri" w:hAnsi="Calibri" w:cs="Calibri"/>
        </w:rPr>
      </w:pPr>
      <w:r w:rsidRPr="001C72DC">
        <w:rPr>
          <w:rFonts w:ascii="Calibri" w:hAnsi="Calibri" w:cs="Calibri"/>
        </w:rPr>
        <w:t xml:space="preserve">Erosion control and excavation works inclusive of constructing of 250 feet dam at </w:t>
      </w:r>
      <w:proofErr w:type="spellStart"/>
      <w:r w:rsidRPr="001C72DC">
        <w:rPr>
          <w:rFonts w:ascii="Calibri" w:hAnsi="Calibri" w:cs="Calibri"/>
        </w:rPr>
        <w:t>Coomaka</w:t>
      </w:r>
      <w:proofErr w:type="spellEnd"/>
      <w:r w:rsidRPr="001C72DC">
        <w:rPr>
          <w:rFonts w:ascii="Calibri" w:hAnsi="Calibri" w:cs="Calibri"/>
        </w:rPr>
        <w:t xml:space="preserve"> valued at 38.5 M. Rehabilitation of the </w:t>
      </w:r>
      <w:proofErr w:type="spellStart"/>
      <w:r w:rsidRPr="001C72DC">
        <w:rPr>
          <w:rFonts w:ascii="Calibri" w:hAnsi="Calibri" w:cs="Calibri"/>
        </w:rPr>
        <w:t>Coomacka</w:t>
      </w:r>
      <w:proofErr w:type="spellEnd"/>
      <w:r w:rsidRPr="001C72DC">
        <w:rPr>
          <w:rFonts w:ascii="Calibri" w:hAnsi="Calibri" w:cs="Calibri"/>
        </w:rPr>
        <w:t xml:space="preserve"> Mines Floo</w:t>
      </w:r>
      <w:r w:rsidRPr="001C72DC">
        <w:rPr>
          <w:rFonts w:ascii="Calibri" w:hAnsi="Calibri" w:cs="Calibri"/>
        </w:rPr>
        <w:t>d Control Dam for 40 mil in 2024 budget which is currently being evaluated.</w:t>
      </w:r>
    </w:p>
    <w:p w:rsidR="006C5FDA" w:rsidRPr="001C72DC" w:rsidRDefault="00254BB8" w:rsidP="001C72DC">
      <w:pPr>
        <w:pStyle w:val="ListParagraph"/>
        <w:numPr>
          <w:ilvl w:val="0"/>
          <w:numId w:val="14"/>
        </w:numPr>
        <w:rPr>
          <w:rFonts w:ascii="Calibri" w:hAnsi="Calibri" w:cs="Calibri"/>
        </w:rPr>
      </w:pPr>
      <w:r w:rsidRPr="001C72DC">
        <w:rPr>
          <w:rFonts w:ascii="Calibri" w:hAnsi="Calibri" w:cs="Calibri"/>
        </w:rPr>
        <w:t xml:space="preserve">Construction of Conservancy Dams and Rehabilitation of Drainage and Irrigation Channels - West </w:t>
      </w:r>
      <w:proofErr w:type="spellStart"/>
      <w:r w:rsidRPr="001C72DC">
        <w:rPr>
          <w:rFonts w:ascii="Calibri" w:hAnsi="Calibri" w:cs="Calibri"/>
        </w:rPr>
        <w:t>Watooka</w:t>
      </w:r>
      <w:proofErr w:type="spellEnd"/>
      <w:r w:rsidRPr="001C72DC">
        <w:rPr>
          <w:rFonts w:ascii="Calibri" w:hAnsi="Calibri" w:cs="Calibri"/>
        </w:rPr>
        <w:t>, Linden 41.3M</w:t>
      </w:r>
    </w:p>
    <w:p w:rsidR="006C5FDA" w:rsidRPr="001C72DC" w:rsidRDefault="00254BB8" w:rsidP="001C72DC">
      <w:pPr>
        <w:pStyle w:val="ListParagraph"/>
        <w:numPr>
          <w:ilvl w:val="0"/>
          <w:numId w:val="14"/>
        </w:numPr>
        <w:rPr>
          <w:rFonts w:ascii="Calibri" w:hAnsi="Calibri" w:cs="Calibri"/>
        </w:rPr>
      </w:pPr>
      <w:r w:rsidRPr="001C72DC">
        <w:rPr>
          <w:rFonts w:ascii="Calibri" w:hAnsi="Calibri" w:cs="Calibri"/>
        </w:rPr>
        <w:t xml:space="preserve">Construction of Drainage &amp; Irrigation Structures - West </w:t>
      </w:r>
      <w:proofErr w:type="spellStart"/>
      <w:r w:rsidRPr="001C72DC">
        <w:rPr>
          <w:rFonts w:ascii="Calibri" w:hAnsi="Calibri" w:cs="Calibri"/>
        </w:rPr>
        <w:t>Watooka</w:t>
      </w:r>
      <w:proofErr w:type="spellEnd"/>
      <w:r w:rsidRPr="001C72DC">
        <w:rPr>
          <w:rFonts w:ascii="Calibri" w:hAnsi="Calibri" w:cs="Calibri"/>
        </w:rPr>
        <w:t>, Linden 116.2M</w:t>
      </w:r>
    </w:p>
    <w:p w:rsidR="006C5FDA" w:rsidRPr="001C72DC" w:rsidRDefault="00254BB8" w:rsidP="001C72DC">
      <w:pPr>
        <w:pStyle w:val="ListParagraph"/>
        <w:numPr>
          <w:ilvl w:val="0"/>
          <w:numId w:val="14"/>
        </w:numPr>
        <w:rPr>
          <w:rFonts w:ascii="Calibri" w:hAnsi="Calibri" w:cs="Calibri"/>
        </w:rPr>
      </w:pPr>
      <w:r w:rsidRPr="001C72DC">
        <w:rPr>
          <w:rFonts w:ascii="Calibri" w:hAnsi="Calibri" w:cs="Calibri"/>
        </w:rPr>
        <w:t>Construction of Concrete drains and soak Away in Blueberry Hill, Linden 25 Mil 2024 Budget currently in Design Phase</w:t>
      </w:r>
    </w:p>
    <w:p w:rsidR="006C5FDA" w:rsidRPr="001C72DC" w:rsidRDefault="00254BB8" w:rsidP="001C72DC">
      <w:pPr>
        <w:pStyle w:val="ListParagraph"/>
        <w:numPr>
          <w:ilvl w:val="0"/>
          <w:numId w:val="14"/>
        </w:numPr>
        <w:rPr>
          <w:rFonts w:ascii="Calibri" w:hAnsi="Calibri" w:cs="Calibri"/>
        </w:rPr>
      </w:pPr>
      <w:r w:rsidRPr="001C72DC">
        <w:rPr>
          <w:rFonts w:ascii="Calibri" w:hAnsi="Calibri" w:cs="Calibri"/>
        </w:rPr>
        <w:t xml:space="preserve">Manual Maintenance of over 5,000 rods of drains and 3,500 rods of creeks within Region 10 for over 200 </w:t>
      </w:r>
      <w:proofErr w:type="spellStart"/>
      <w:proofErr w:type="gramStart"/>
      <w:r w:rsidRPr="001C72DC">
        <w:rPr>
          <w:rFonts w:ascii="Calibri" w:hAnsi="Calibri" w:cs="Calibri"/>
        </w:rPr>
        <w:t>millions</w:t>
      </w:r>
      <w:proofErr w:type="spellEnd"/>
      <w:proofErr w:type="gramEnd"/>
      <w:r w:rsidRPr="001C72DC">
        <w:rPr>
          <w:rFonts w:ascii="Calibri" w:hAnsi="Calibri" w:cs="Calibri"/>
        </w:rPr>
        <w:t xml:space="preserve"> annually.</w:t>
      </w:r>
    </w:p>
    <w:p w:rsidR="006C5FDA" w:rsidRPr="001C72DC" w:rsidRDefault="00254BB8" w:rsidP="001C72DC">
      <w:pPr>
        <w:pStyle w:val="ListParagraph"/>
        <w:numPr>
          <w:ilvl w:val="0"/>
          <w:numId w:val="14"/>
        </w:numPr>
        <w:rPr>
          <w:rFonts w:ascii="Calibri" w:hAnsi="Calibri" w:cs="Calibri"/>
        </w:rPr>
      </w:pPr>
      <w:r w:rsidRPr="001C72DC">
        <w:rPr>
          <w:rFonts w:ascii="Calibri" w:hAnsi="Calibri" w:cs="Calibri"/>
        </w:rPr>
        <w:t xml:space="preserve">Mechanical Clearing of farmlands and excavation of drains in </w:t>
      </w:r>
      <w:proofErr w:type="spellStart"/>
      <w:r w:rsidRPr="001C72DC">
        <w:rPr>
          <w:rFonts w:ascii="Calibri" w:hAnsi="Calibri" w:cs="Calibri"/>
        </w:rPr>
        <w:t>Muritaro</w:t>
      </w:r>
      <w:proofErr w:type="spellEnd"/>
      <w:r w:rsidRPr="001C72DC">
        <w:rPr>
          <w:rFonts w:ascii="Calibri" w:hAnsi="Calibri" w:cs="Calibri"/>
        </w:rPr>
        <w:t xml:space="preserve"> 16.9 mil currently ongoing</w:t>
      </w:r>
    </w:p>
    <w:p w:rsidR="001C72DC" w:rsidRDefault="00254BB8" w:rsidP="001C72DC">
      <w:pPr>
        <w:pStyle w:val="ListParagraph"/>
        <w:numPr>
          <w:ilvl w:val="0"/>
          <w:numId w:val="14"/>
        </w:numPr>
        <w:rPr>
          <w:rFonts w:ascii="Calibri" w:hAnsi="Calibri" w:cs="Calibri"/>
        </w:rPr>
      </w:pPr>
      <w:r w:rsidRPr="001C72DC">
        <w:rPr>
          <w:rFonts w:ascii="Calibri" w:hAnsi="Calibri" w:cs="Calibri"/>
        </w:rPr>
        <w:t xml:space="preserve">Mechanical Clearing of farmlands and excavation of drains in </w:t>
      </w:r>
      <w:proofErr w:type="spellStart"/>
      <w:r w:rsidRPr="001C72DC">
        <w:rPr>
          <w:rFonts w:ascii="Calibri" w:hAnsi="Calibri" w:cs="Calibri"/>
        </w:rPr>
        <w:t>Malali</w:t>
      </w:r>
      <w:proofErr w:type="spellEnd"/>
      <w:r w:rsidRPr="001C72DC">
        <w:rPr>
          <w:rFonts w:ascii="Calibri" w:hAnsi="Calibri" w:cs="Calibri"/>
        </w:rPr>
        <w:t xml:space="preserve"> 16.9 mil currently ongoing</w:t>
      </w:r>
    </w:p>
    <w:p w:rsidR="00295A0A" w:rsidRDefault="00254BB8" w:rsidP="00295A0A">
      <w:pPr>
        <w:pStyle w:val="ListParagraph"/>
        <w:rPr>
          <w:rFonts w:ascii="Calibri" w:hAnsi="Calibri" w:cs="Calibri"/>
        </w:rPr>
      </w:pPr>
    </w:p>
    <w:p w:rsidR="006C5FDA" w:rsidRPr="003355F5" w:rsidRDefault="00254BB8" w:rsidP="003355F5">
      <w:pPr>
        <w:pStyle w:val="ListParagraph"/>
        <w:numPr>
          <w:ilvl w:val="0"/>
          <w:numId w:val="17"/>
        </w:numPr>
        <w:rPr>
          <w:rFonts w:ascii="Calibri" w:hAnsi="Calibri" w:cs="Calibri"/>
        </w:rPr>
      </w:pPr>
      <w:r w:rsidRPr="003355F5">
        <w:rPr>
          <w:rFonts w:ascii="Calibri" w:hAnsi="Calibri" w:cs="Calibri"/>
          <w:b/>
          <w:bCs/>
        </w:rPr>
        <w:t>Pasture Development Programme</w:t>
      </w:r>
    </w:p>
    <w:p w:rsidR="006C5FDA" w:rsidRPr="00B139AA" w:rsidRDefault="00254BB8" w:rsidP="00B139AA">
      <w:pPr>
        <w:rPr>
          <w:rFonts w:ascii="Calibri" w:hAnsi="Calibri" w:cs="Calibri"/>
          <w:b/>
          <w:bCs/>
        </w:rPr>
      </w:pPr>
      <w:r w:rsidRPr="00B139AA">
        <w:rPr>
          <w:rFonts w:ascii="Calibri" w:hAnsi="Calibri" w:cs="Calibri"/>
          <w:b/>
          <w:bCs/>
        </w:rPr>
        <w:t>Investment: $39 Million</w:t>
      </w:r>
    </w:p>
    <w:p w:rsidR="006C5FDA" w:rsidRPr="00B139AA" w:rsidRDefault="00254BB8" w:rsidP="00B139AA">
      <w:pPr>
        <w:rPr>
          <w:rFonts w:ascii="Calibri" w:hAnsi="Calibri" w:cs="Calibri"/>
          <w:b/>
          <w:bCs/>
        </w:rPr>
      </w:pPr>
      <w:r w:rsidRPr="00B139AA">
        <w:rPr>
          <w:rFonts w:ascii="Calibri" w:hAnsi="Calibri" w:cs="Calibri"/>
          <w:b/>
          <w:bCs/>
        </w:rPr>
        <w:t>Impact: 5</w:t>
      </w:r>
      <w:r w:rsidRPr="00B139AA">
        <w:rPr>
          <w:rFonts w:ascii="Calibri" w:hAnsi="Calibri" w:cs="Calibri"/>
          <w:b/>
          <w:bCs/>
        </w:rPr>
        <w:t>7 persons impacted</w:t>
      </w:r>
    </w:p>
    <w:p w:rsidR="00B139AA" w:rsidRPr="00B139AA" w:rsidRDefault="00254BB8" w:rsidP="00B139AA">
      <w:pPr>
        <w:rPr>
          <w:rFonts w:ascii="Calibri" w:hAnsi="Calibri" w:cs="Calibri"/>
          <w:b/>
          <w:bCs/>
        </w:rPr>
      </w:pPr>
      <w:r w:rsidRPr="00B139AA">
        <w:rPr>
          <w:rFonts w:ascii="Calibri" w:hAnsi="Calibri" w:cs="Calibri"/>
          <w:b/>
          <w:bCs/>
        </w:rPr>
        <w:lastRenderedPageBreak/>
        <w:t>Activity</w:t>
      </w:r>
      <w:r w:rsidRPr="00B139AA">
        <w:rPr>
          <w:rFonts w:ascii="Calibri" w:hAnsi="Calibri" w:cs="Calibri"/>
          <w:b/>
          <w:bCs/>
        </w:rPr>
        <w:t>:</w:t>
      </w:r>
    </w:p>
    <w:p w:rsidR="001C72DC" w:rsidRDefault="00254BB8" w:rsidP="00B139AA">
      <w:pPr>
        <w:pStyle w:val="ListParagraph"/>
        <w:numPr>
          <w:ilvl w:val="0"/>
          <w:numId w:val="33"/>
        </w:numPr>
        <w:rPr>
          <w:rFonts w:ascii="Calibri" w:hAnsi="Calibri" w:cs="Calibri"/>
        </w:rPr>
      </w:pPr>
      <w:r w:rsidRPr="00B139AA">
        <w:rPr>
          <w:rFonts w:ascii="Calibri" w:hAnsi="Calibri" w:cs="Calibri"/>
        </w:rPr>
        <w:t xml:space="preserve">Approximately 300 acres of pasture were developed at </w:t>
      </w:r>
      <w:proofErr w:type="spellStart"/>
      <w:proofErr w:type="gramStart"/>
      <w:r w:rsidRPr="00B139AA">
        <w:rPr>
          <w:rFonts w:ascii="Calibri" w:hAnsi="Calibri" w:cs="Calibri"/>
        </w:rPr>
        <w:t>Kwakwani</w:t>
      </w:r>
      <w:proofErr w:type="spellEnd"/>
      <w:r w:rsidRPr="00B139AA">
        <w:rPr>
          <w:rFonts w:ascii="Calibri" w:hAnsi="Calibri" w:cs="Calibri"/>
        </w:rPr>
        <w:t>  to</w:t>
      </w:r>
      <w:proofErr w:type="gramEnd"/>
      <w:r w:rsidRPr="00B139AA">
        <w:rPr>
          <w:rFonts w:ascii="Calibri" w:hAnsi="Calibri" w:cs="Calibri"/>
        </w:rPr>
        <w:t xml:space="preserve"> reduce the conflict between cattle farmers, crop farmers and residents.  </w:t>
      </w:r>
    </w:p>
    <w:p w:rsidR="00B139AA" w:rsidRPr="00B139AA" w:rsidRDefault="00254BB8" w:rsidP="00B139AA">
      <w:pPr>
        <w:pStyle w:val="ListParagraph"/>
        <w:rPr>
          <w:rFonts w:ascii="Calibri" w:hAnsi="Calibri" w:cs="Calibri"/>
        </w:rPr>
      </w:pPr>
    </w:p>
    <w:p w:rsidR="006C5FDA" w:rsidRPr="003355F5" w:rsidRDefault="00254BB8" w:rsidP="003355F5">
      <w:pPr>
        <w:pStyle w:val="ListParagraph"/>
        <w:numPr>
          <w:ilvl w:val="0"/>
          <w:numId w:val="17"/>
        </w:numPr>
        <w:rPr>
          <w:rFonts w:ascii="Calibri" w:hAnsi="Calibri" w:cs="Calibri"/>
        </w:rPr>
      </w:pPr>
      <w:r w:rsidRPr="003355F5">
        <w:rPr>
          <w:rFonts w:ascii="Calibri" w:hAnsi="Calibri" w:cs="Calibri"/>
          <w:b/>
          <w:bCs/>
        </w:rPr>
        <w:t xml:space="preserve">Genetic Improvement (Cattle, Sheep, Pigs, Embryos for dairy milk plants </w:t>
      </w:r>
      <w:proofErr w:type="spellStart"/>
      <w:r w:rsidRPr="003355F5">
        <w:rPr>
          <w:rFonts w:ascii="Calibri" w:hAnsi="Calibri" w:cs="Calibri"/>
          <w:b/>
          <w:bCs/>
        </w:rPr>
        <w:t>etc</w:t>
      </w:r>
      <w:proofErr w:type="spellEnd"/>
      <w:r w:rsidRPr="003355F5">
        <w:rPr>
          <w:rFonts w:ascii="Calibri" w:hAnsi="Calibri" w:cs="Calibri"/>
          <w:b/>
          <w:bCs/>
        </w:rPr>
        <w:t>)</w:t>
      </w:r>
    </w:p>
    <w:p w:rsidR="006C5FDA" w:rsidRPr="00B139AA" w:rsidRDefault="00254BB8" w:rsidP="006C5FDA">
      <w:pPr>
        <w:rPr>
          <w:rFonts w:ascii="Calibri" w:hAnsi="Calibri" w:cs="Calibri"/>
          <w:b/>
          <w:bCs/>
        </w:rPr>
      </w:pPr>
      <w:r w:rsidRPr="00B139AA">
        <w:rPr>
          <w:rFonts w:ascii="Calibri" w:hAnsi="Calibri" w:cs="Calibri"/>
          <w:b/>
          <w:bCs/>
        </w:rPr>
        <w:t>Investment: $164 Million</w:t>
      </w:r>
    </w:p>
    <w:p w:rsidR="006C5FDA" w:rsidRPr="00B139AA" w:rsidRDefault="00254BB8" w:rsidP="006C5FDA">
      <w:pPr>
        <w:rPr>
          <w:rFonts w:ascii="Calibri" w:hAnsi="Calibri" w:cs="Calibri"/>
          <w:b/>
          <w:bCs/>
        </w:rPr>
      </w:pPr>
      <w:r w:rsidRPr="00B139AA">
        <w:rPr>
          <w:rFonts w:ascii="Calibri" w:hAnsi="Calibri" w:cs="Calibri"/>
          <w:b/>
          <w:bCs/>
        </w:rPr>
        <w:t>Impact: 113 persons impacted</w:t>
      </w:r>
    </w:p>
    <w:p w:rsidR="006C5FDA" w:rsidRPr="00B139AA" w:rsidRDefault="00254BB8" w:rsidP="006C5FDA">
      <w:pPr>
        <w:rPr>
          <w:rFonts w:ascii="Calibri" w:hAnsi="Calibri" w:cs="Calibri"/>
          <w:b/>
          <w:bCs/>
        </w:rPr>
      </w:pPr>
      <w:r w:rsidRPr="00B139AA">
        <w:rPr>
          <w:rFonts w:ascii="Calibri" w:hAnsi="Calibri" w:cs="Calibri"/>
          <w:b/>
          <w:bCs/>
        </w:rPr>
        <w:t>Activity: </w:t>
      </w:r>
    </w:p>
    <w:p w:rsidR="006C5FDA" w:rsidRPr="001C72DC" w:rsidRDefault="00254BB8" w:rsidP="001C72DC">
      <w:pPr>
        <w:pStyle w:val="ListParagraph"/>
        <w:numPr>
          <w:ilvl w:val="0"/>
          <w:numId w:val="10"/>
        </w:numPr>
        <w:rPr>
          <w:rFonts w:ascii="Calibri" w:hAnsi="Calibri" w:cs="Calibri"/>
        </w:rPr>
      </w:pPr>
      <w:r w:rsidRPr="001C72DC">
        <w:rPr>
          <w:rFonts w:ascii="Calibri" w:hAnsi="Calibri" w:cs="Calibri"/>
        </w:rPr>
        <w:t>Black Giant distribution</w:t>
      </w:r>
    </w:p>
    <w:p w:rsidR="006C5FDA" w:rsidRPr="001C72DC" w:rsidRDefault="00254BB8" w:rsidP="001C72DC">
      <w:pPr>
        <w:pStyle w:val="ListParagraph"/>
        <w:numPr>
          <w:ilvl w:val="0"/>
          <w:numId w:val="10"/>
        </w:numPr>
        <w:rPr>
          <w:rFonts w:ascii="Calibri" w:hAnsi="Calibri" w:cs="Calibri"/>
        </w:rPr>
      </w:pPr>
      <w:r w:rsidRPr="001C72DC">
        <w:rPr>
          <w:rFonts w:ascii="Calibri" w:hAnsi="Calibri" w:cs="Calibri"/>
        </w:rPr>
        <w:t>Broiler distribution</w:t>
      </w:r>
    </w:p>
    <w:p w:rsidR="006C5FDA" w:rsidRPr="001C72DC" w:rsidRDefault="00254BB8" w:rsidP="001C72DC">
      <w:pPr>
        <w:pStyle w:val="ListParagraph"/>
        <w:numPr>
          <w:ilvl w:val="0"/>
          <w:numId w:val="10"/>
        </w:numPr>
        <w:rPr>
          <w:rFonts w:ascii="Calibri" w:hAnsi="Calibri" w:cs="Calibri"/>
        </w:rPr>
      </w:pPr>
      <w:r w:rsidRPr="001C72DC">
        <w:rPr>
          <w:rFonts w:ascii="Calibri" w:hAnsi="Calibri" w:cs="Calibri"/>
        </w:rPr>
        <w:t>Duckling and feed distribution</w:t>
      </w:r>
    </w:p>
    <w:p w:rsidR="006C5FDA" w:rsidRPr="001C72DC" w:rsidRDefault="00254BB8" w:rsidP="001C72DC">
      <w:pPr>
        <w:pStyle w:val="ListParagraph"/>
        <w:numPr>
          <w:ilvl w:val="0"/>
          <w:numId w:val="10"/>
        </w:numPr>
        <w:rPr>
          <w:rFonts w:ascii="Calibri" w:hAnsi="Calibri" w:cs="Calibri"/>
        </w:rPr>
      </w:pPr>
      <w:r w:rsidRPr="001C72DC">
        <w:rPr>
          <w:rFonts w:ascii="Calibri" w:hAnsi="Calibri" w:cs="Calibri"/>
        </w:rPr>
        <w:t>Pig distribution</w:t>
      </w:r>
    </w:p>
    <w:p w:rsidR="006C5FDA" w:rsidRPr="001C72DC" w:rsidRDefault="00254BB8" w:rsidP="001C72DC">
      <w:pPr>
        <w:pStyle w:val="ListParagraph"/>
        <w:numPr>
          <w:ilvl w:val="0"/>
          <w:numId w:val="10"/>
        </w:numPr>
        <w:rPr>
          <w:rFonts w:ascii="Calibri" w:hAnsi="Calibri" w:cs="Calibri"/>
        </w:rPr>
      </w:pPr>
      <w:r w:rsidRPr="001C72DC">
        <w:rPr>
          <w:rFonts w:ascii="Calibri" w:hAnsi="Calibri" w:cs="Calibri"/>
        </w:rPr>
        <w:t>Rehabilitation of pens</w:t>
      </w:r>
    </w:p>
    <w:p w:rsidR="006C5FDA" w:rsidRPr="001C72DC" w:rsidRDefault="00254BB8" w:rsidP="001C72DC">
      <w:pPr>
        <w:pStyle w:val="ListParagraph"/>
        <w:numPr>
          <w:ilvl w:val="0"/>
          <w:numId w:val="10"/>
        </w:numPr>
        <w:rPr>
          <w:rFonts w:ascii="Calibri" w:hAnsi="Calibri" w:cs="Calibri"/>
        </w:rPr>
      </w:pPr>
      <w:r w:rsidRPr="001C72DC">
        <w:rPr>
          <w:rFonts w:ascii="Calibri" w:hAnsi="Calibri" w:cs="Calibri"/>
        </w:rPr>
        <w:t>Distribution of breeding bulls</w:t>
      </w:r>
    </w:p>
    <w:p w:rsidR="006C5FDA" w:rsidRPr="001C72DC" w:rsidRDefault="00254BB8" w:rsidP="001C72DC">
      <w:pPr>
        <w:pStyle w:val="ListParagraph"/>
        <w:numPr>
          <w:ilvl w:val="0"/>
          <w:numId w:val="10"/>
        </w:numPr>
        <w:rPr>
          <w:rFonts w:ascii="Calibri" w:hAnsi="Calibri" w:cs="Calibri"/>
        </w:rPr>
      </w:pPr>
      <w:r w:rsidRPr="001C72DC">
        <w:rPr>
          <w:rFonts w:ascii="Calibri" w:hAnsi="Calibri" w:cs="Calibri"/>
        </w:rPr>
        <w:t>Embryo transfer</w:t>
      </w:r>
    </w:p>
    <w:p w:rsidR="00B139AA" w:rsidRPr="006474B6" w:rsidRDefault="00254BB8" w:rsidP="006474B6">
      <w:pPr>
        <w:rPr>
          <w:rFonts w:ascii="Calibri" w:hAnsi="Calibri" w:cs="Calibri"/>
          <w:b/>
          <w:bCs/>
        </w:rPr>
      </w:pPr>
      <w:r w:rsidRPr="006474B6">
        <w:rPr>
          <w:rFonts w:ascii="Calibri" w:hAnsi="Calibri" w:cs="Calibri"/>
          <w:b/>
          <w:bCs/>
        </w:rPr>
        <w:t>Other investments:</w:t>
      </w:r>
    </w:p>
    <w:p w:rsidR="006C5FDA" w:rsidRPr="006474B6" w:rsidRDefault="00254BB8" w:rsidP="006474B6">
      <w:pPr>
        <w:pStyle w:val="ListParagraph"/>
        <w:numPr>
          <w:ilvl w:val="0"/>
          <w:numId w:val="17"/>
        </w:numPr>
        <w:rPr>
          <w:rFonts w:ascii="Calibri" w:hAnsi="Calibri" w:cs="Calibri"/>
        </w:rPr>
      </w:pPr>
      <w:r w:rsidRPr="006474B6">
        <w:rPr>
          <w:rFonts w:ascii="Calibri" w:hAnsi="Calibri" w:cs="Calibri"/>
        </w:rPr>
        <w:t>Distribut</w:t>
      </w:r>
      <w:r w:rsidRPr="006474B6">
        <w:rPr>
          <w:rFonts w:ascii="Calibri" w:hAnsi="Calibri" w:cs="Calibri"/>
        </w:rPr>
        <w:t xml:space="preserve">ion of </w:t>
      </w:r>
      <w:r w:rsidRPr="006474B6">
        <w:rPr>
          <w:rFonts w:ascii="Calibri" w:hAnsi="Calibri" w:cs="Calibri"/>
        </w:rPr>
        <w:t>water tank</w:t>
      </w:r>
      <w:r w:rsidRPr="006474B6">
        <w:rPr>
          <w:rFonts w:ascii="Calibri" w:hAnsi="Calibri" w:cs="Calibri"/>
        </w:rPr>
        <w:t>s</w:t>
      </w:r>
      <w:r w:rsidRPr="006474B6">
        <w:rPr>
          <w:rFonts w:ascii="Calibri" w:hAnsi="Calibri" w:cs="Calibri"/>
        </w:rPr>
        <w:t xml:space="preserve"> and construction of water trestle for single parent</w:t>
      </w:r>
      <w:r w:rsidRPr="006474B6">
        <w:rPr>
          <w:rFonts w:ascii="Calibri" w:hAnsi="Calibri" w:cs="Calibri"/>
        </w:rPr>
        <w:t>s</w:t>
      </w:r>
    </w:p>
    <w:p w:rsidR="00B139AA" w:rsidRPr="006474B6" w:rsidRDefault="00254BB8" w:rsidP="006474B6">
      <w:pPr>
        <w:pStyle w:val="ListParagraph"/>
        <w:numPr>
          <w:ilvl w:val="0"/>
          <w:numId w:val="17"/>
        </w:numPr>
        <w:rPr>
          <w:rFonts w:ascii="Calibri" w:hAnsi="Calibri" w:cs="Calibri"/>
        </w:rPr>
      </w:pPr>
      <w:r w:rsidRPr="006474B6">
        <w:rPr>
          <w:rFonts w:ascii="Calibri" w:hAnsi="Calibri" w:cs="Calibri"/>
        </w:rPr>
        <w:t>(</w:t>
      </w:r>
      <w:r w:rsidRPr="006474B6">
        <w:rPr>
          <w:rFonts w:ascii="Calibri" w:hAnsi="Calibri" w:cs="Calibri"/>
        </w:rPr>
        <w:t xml:space="preserve">Areas benefitted: Wismar, Christian Burg, </w:t>
      </w:r>
      <w:proofErr w:type="spellStart"/>
      <w:r w:rsidRPr="006474B6">
        <w:rPr>
          <w:rFonts w:ascii="Calibri" w:hAnsi="Calibri" w:cs="Calibri"/>
        </w:rPr>
        <w:t>Ameila’s</w:t>
      </w:r>
      <w:proofErr w:type="spellEnd"/>
      <w:r w:rsidRPr="006474B6">
        <w:rPr>
          <w:rFonts w:ascii="Calibri" w:hAnsi="Calibri" w:cs="Calibri"/>
        </w:rPr>
        <w:t xml:space="preserve"> Ward, </w:t>
      </w:r>
      <w:proofErr w:type="spellStart"/>
      <w:r w:rsidRPr="006474B6">
        <w:rPr>
          <w:rFonts w:ascii="Calibri" w:hAnsi="Calibri" w:cs="Calibri"/>
        </w:rPr>
        <w:t>Ituni</w:t>
      </w:r>
      <w:proofErr w:type="spellEnd"/>
      <w:r w:rsidRPr="006474B6">
        <w:rPr>
          <w:rFonts w:ascii="Calibri" w:hAnsi="Calibri" w:cs="Calibri"/>
        </w:rPr>
        <w:t xml:space="preserve">, </w:t>
      </w:r>
      <w:proofErr w:type="spellStart"/>
      <w:r w:rsidRPr="006474B6">
        <w:rPr>
          <w:rFonts w:ascii="Calibri" w:hAnsi="Calibri" w:cs="Calibri"/>
        </w:rPr>
        <w:t>Kakwani</w:t>
      </w:r>
      <w:proofErr w:type="spellEnd"/>
      <w:r w:rsidRPr="006474B6">
        <w:rPr>
          <w:rFonts w:ascii="Calibri" w:hAnsi="Calibri" w:cs="Calibri"/>
        </w:rPr>
        <w:t xml:space="preserve">, </w:t>
      </w:r>
      <w:proofErr w:type="spellStart"/>
      <w:r w:rsidRPr="006474B6">
        <w:rPr>
          <w:rFonts w:ascii="Calibri" w:hAnsi="Calibri" w:cs="Calibri"/>
        </w:rPr>
        <w:t>Moblissa</w:t>
      </w:r>
      <w:proofErr w:type="spellEnd"/>
      <w:r w:rsidRPr="006474B6">
        <w:rPr>
          <w:rFonts w:ascii="Calibri" w:hAnsi="Calibri" w:cs="Calibri"/>
        </w:rPr>
        <w:t xml:space="preserve">, </w:t>
      </w:r>
      <w:proofErr w:type="spellStart"/>
      <w:r w:rsidRPr="006474B6">
        <w:rPr>
          <w:rFonts w:ascii="Calibri" w:hAnsi="Calibri" w:cs="Calibri"/>
        </w:rPr>
        <w:t>Ladernsville</w:t>
      </w:r>
      <w:proofErr w:type="spellEnd"/>
      <w:r w:rsidRPr="006474B6">
        <w:rPr>
          <w:rFonts w:ascii="Calibri" w:hAnsi="Calibri" w:cs="Calibri"/>
        </w:rPr>
        <w:t xml:space="preserve">, </w:t>
      </w:r>
      <w:proofErr w:type="spellStart"/>
      <w:r w:rsidRPr="006474B6">
        <w:rPr>
          <w:rFonts w:ascii="Calibri" w:hAnsi="Calibri" w:cs="Calibri"/>
        </w:rPr>
        <w:t>Calcuni</w:t>
      </w:r>
      <w:proofErr w:type="spellEnd"/>
      <w:r w:rsidRPr="006474B6">
        <w:rPr>
          <w:rFonts w:ascii="Calibri" w:hAnsi="Calibri" w:cs="Calibri"/>
        </w:rPr>
        <w:t xml:space="preserve">, </w:t>
      </w:r>
      <w:proofErr w:type="spellStart"/>
      <w:r w:rsidRPr="006474B6">
        <w:rPr>
          <w:rFonts w:ascii="Calibri" w:hAnsi="Calibri" w:cs="Calibri"/>
        </w:rPr>
        <w:t>Ebini</w:t>
      </w:r>
      <w:proofErr w:type="spellEnd"/>
      <w:r w:rsidRPr="006474B6">
        <w:rPr>
          <w:rFonts w:ascii="Calibri" w:hAnsi="Calibri" w:cs="Calibri"/>
        </w:rPr>
        <w:t>)</w:t>
      </w:r>
    </w:p>
    <w:p w:rsidR="00B139AA" w:rsidRPr="006474B6" w:rsidRDefault="00254BB8" w:rsidP="00295A0A">
      <w:pPr>
        <w:pStyle w:val="ListParagraph"/>
        <w:numPr>
          <w:ilvl w:val="0"/>
          <w:numId w:val="17"/>
        </w:numPr>
        <w:rPr>
          <w:rFonts w:ascii="Calibri" w:hAnsi="Calibri" w:cs="Calibri"/>
        </w:rPr>
      </w:pPr>
      <w:r w:rsidRPr="006474B6">
        <w:rPr>
          <w:rFonts w:ascii="Calibri" w:hAnsi="Calibri" w:cs="Calibri"/>
        </w:rPr>
        <w:t>Expansion of Honey Production [hives, training and distribution of apiculture equipment] within selected areas within Region 10 – valued at $4.3 Million</w:t>
      </w:r>
    </w:p>
    <w:p w:rsidR="006C5FDA" w:rsidRPr="006474B6" w:rsidRDefault="00254BB8" w:rsidP="006474B6">
      <w:pPr>
        <w:pStyle w:val="ListParagraph"/>
        <w:numPr>
          <w:ilvl w:val="0"/>
          <w:numId w:val="17"/>
        </w:numPr>
        <w:rPr>
          <w:rFonts w:ascii="Calibri" w:hAnsi="Calibri" w:cs="Calibri"/>
        </w:rPr>
      </w:pPr>
      <w:r w:rsidRPr="006474B6">
        <w:rPr>
          <w:rFonts w:ascii="Calibri" w:hAnsi="Calibri" w:cs="Calibri"/>
        </w:rPr>
        <w:t xml:space="preserve">Rehabilitation works at the </w:t>
      </w:r>
      <w:proofErr w:type="spellStart"/>
      <w:r w:rsidRPr="006474B6">
        <w:rPr>
          <w:rFonts w:ascii="Calibri" w:hAnsi="Calibri" w:cs="Calibri"/>
        </w:rPr>
        <w:t>Ebini</w:t>
      </w:r>
      <w:proofErr w:type="spellEnd"/>
      <w:r w:rsidRPr="006474B6">
        <w:rPr>
          <w:rFonts w:ascii="Calibri" w:hAnsi="Calibri" w:cs="Calibri"/>
        </w:rPr>
        <w:t xml:space="preserve"> Farm – Livestock valued at $43 Million</w:t>
      </w:r>
    </w:p>
    <w:p w:rsidR="00B139AA" w:rsidRPr="006474B6" w:rsidRDefault="00254BB8" w:rsidP="006474B6">
      <w:pPr>
        <w:pStyle w:val="ListParagraph"/>
        <w:numPr>
          <w:ilvl w:val="0"/>
          <w:numId w:val="17"/>
        </w:numPr>
        <w:rPr>
          <w:rFonts w:ascii="Calibri" w:hAnsi="Calibri" w:cs="Calibri"/>
        </w:rPr>
      </w:pPr>
      <w:r w:rsidRPr="006474B6">
        <w:rPr>
          <w:rFonts w:ascii="Calibri" w:hAnsi="Calibri" w:cs="Calibri"/>
        </w:rPr>
        <w:t>Distribution of animal feed an</w:t>
      </w:r>
      <w:r w:rsidRPr="006474B6">
        <w:rPr>
          <w:rFonts w:ascii="Calibri" w:hAnsi="Calibri" w:cs="Calibri"/>
        </w:rPr>
        <w:t>d molasses to farmers in region 10 valued at $2.5 Million</w:t>
      </w:r>
    </w:p>
    <w:p w:rsidR="00B139AA" w:rsidRPr="006474B6" w:rsidRDefault="00254BB8" w:rsidP="00295A0A">
      <w:pPr>
        <w:pStyle w:val="ListParagraph"/>
        <w:numPr>
          <w:ilvl w:val="0"/>
          <w:numId w:val="17"/>
        </w:numPr>
        <w:rPr>
          <w:rFonts w:ascii="Calibri" w:hAnsi="Calibri" w:cs="Calibri"/>
        </w:rPr>
      </w:pPr>
      <w:r w:rsidRPr="006474B6">
        <w:rPr>
          <w:rFonts w:ascii="Calibri" w:hAnsi="Calibri" w:cs="Calibri"/>
        </w:rPr>
        <w:t>Fisheries and Aquaculture Production Programme valued at $4,115,500</w:t>
      </w:r>
    </w:p>
    <w:p w:rsidR="00B139AA" w:rsidRPr="006474B6" w:rsidRDefault="00254BB8" w:rsidP="006474B6">
      <w:pPr>
        <w:pStyle w:val="ListParagraph"/>
        <w:numPr>
          <w:ilvl w:val="0"/>
          <w:numId w:val="17"/>
        </w:numPr>
        <w:rPr>
          <w:rFonts w:ascii="Calibri" w:hAnsi="Calibri" w:cs="Calibri"/>
          <w:b/>
          <w:bCs/>
        </w:rPr>
      </w:pPr>
      <w:r w:rsidRPr="006474B6">
        <w:rPr>
          <w:rFonts w:ascii="Calibri" w:hAnsi="Calibri" w:cs="Calibri"/>
          <w:b/>
          <w:bCs/>
        </w:rPr>
        <w:t xml:space="preserve">Aquaponics demonstration units were set up at 8 secondary schools, distribution of 1,155 </w:t>
      </w:r>
      <w:proofErr w:type="spellStart"/>
      <w:r w:rsidRPr="006474B6">
        <w:rPr>
          <w:rFonts w:ascii="Calibri" w:hAnsi="Calibri" w:cs="Calibri"/>
          <w:b/>
          <w:bCs/>
        </w:rPr>
        <w:t>tambaqui</w:t>
      </w:r>
      <w:proofErr w:type="spellEnd"/>
      <w:r w:rsidRPr="006474B6">
        <w:rPr>
          <w:rFonts w:ascii="Calibri" w:hAnsi="Calibri" w:cs="Calibri"/>
          <w:b/>
          <w:bCs/>
        </w:rPr>
        <w:t xml:space="preserve"> to 12 persons</w:t>
      </w:r>
    </w:p>
    <w:p w:rsidR="006C5FDA" w:rsidRDefault="00254BB8" w:rsidP="00B139AA">
      <w:pPr>
        <w:pStyle w:val="ListParagraph"/>
        <w:numPr>
          <w:ilvl w:val="0"/>
          <w:numId w:val="34"/>
        </w:numPr>
        <w:rPr>
          <w:rFonts w:ascii="Calibri" w:hAnsi="Calibri" w:cs="Calibri"/>
        </w:rPr>
      </w:pPr>
      <w:r w:rsidRPr="00B139AA">
        <w:rPr>
          <w:rFonts w:ascii="Calibri" w:hAnsi="Calibri" w:cs="Calibri"/>
        </w:rPr>
        <w:t>5 cages to be inst</w:t>
      </w:r>
      <w:r w:rsidRPr="00B139AA">
        <w:rPr>
          <w:rFonts w:ascii="Calibri" w:hAnsi="Calibri" w:cs="Calibri"/>
        </w:rPr>
        <w:t>alled in Rockstone</w:t>
      </w:r>
    </w:p>
    <w:p w:rsidR="006474B6" w:rsidRPr="00B139AA" w:rsidRDefault="00254BB8" w:rsidP="006474B6">
      <w:pPr>
        <w:pStyle w:val="ListParagraph"/>
        <w:ind w:left="1080"/>
        <w:rPr>
          <w:rFonts w:ascii="Calibri" w:hAnsi="Calibri" w:cs="Calibri"/>
        </w:rPr>
      </w:pPr>
    </w:p>
    <w:p w:rsidR="006C5FDA" w:rsidRPr="003355F5" w:rsidRDefault="00254BB8" w:rsidP="003355F5">
      <w:pPr>
        <w:pStyle w:val="ListParagraph"/>
        <w:numPr>
          <w:ilvl w:val="0"/>
          <w:numId w:val="17"/>
        </w:numPr>
        <w:rPr>
          <w:rFonts w:ascii="Calibri" w:hAnsi="Calibri" w:cs="Calibri"/>
          <w:b/>
          <w:bCs/>
        </w:rPr>
      </w:pPr>
      <w:r w:rsidRPr="003355F5">
        <w:rPr>
          <w:rFonts w:ascii="Calibri" w:hAnsi="Calibri" w:cs="Calibri"/>
          <w:b/>
          <w:bCs/>
        </w:rPr>
        <w:t>Agro-processing and value addition</w:t>
      </w:r>
    </w:p>
    <w:p w:rsidR="006C5FDA" w:rsidRPr="003355F5" w:rsidRDefault="00254BB8" w:rsidP="00B139AA">
      <w:pPr>
        <w:rPr>
          <w:rFonts w:ascii="Calibri" w:hAnsi="Calibri" w:cs="Calibri"/>
          <w:b/>
          <w:bCs/>
        </w:rPr>
      </w:pPr>
      <w:r w:rsidRPr="003355F5">
        <w:rPr>
          <w:rFonts w:ascii="Calibri" w:hAnsi="Calibri" w:cs="Calibri"/>
          <w:b/>
          <w:bCs/>
        </w:rPr>
        <w:t>Investment: $15 Million</w:t>
      </w:r>
    </w:p>
    <w:p w:rsidR="006C5FDA" w:rsidRPr="003355F5" w:rsidRDefault="00254BB8" w:rsidP="00B139AA">
      <w:pPr>
        <w:rPr>
          <w:rFonts w:ascii="Calibri" w:hAnsi="Calibri" w:cs="Calibri"/>
          <w:b/>
          <w:bCs/>
        </w:rPr>
      </w:pPr>
      <w:r w:rsidRPr="003355F5">
        <w:rPr>
          <w:rFonts w:ascii="Calibri" w:hAnsi="Calibri" w:cs="Calibri"/>
          <w:b/>
          <w:bCs/>
        </w:rPr>
        <w:t>Impact: Over 100 persons impacted</w:t>
      </w:r>
    </w:p>
    <w:p w:rsidR="00B139AA" w:rsidRPr="003355F5" w:rsidRDefault="00254BB8" w:rsidP="00B139AA">
      <w:pPr>
        <w:rPr>
          <w:rFonts w:ascii="Calibri" w:hAnsi="Calibri" w:cs="Calibri"/>
          <w:b/>
          <w:bCs/>
        </w:rPr>
      </w:pPr>
      <w:r w:rsidRPr="003355F5">
        <w:rPr>
          <w:rFonts w:ascii="Calibri" w:hAnsi="Calibri" w:cs="Calibri"/>
          <w:b/>
          <w:bCs/>
        </w:rPr>
        <w:t xml:space="preserve">Activities: </w:t>
      </w:r>
    </w:p>
    <w:p w:rsidR="006C5FDA" w:rsidRPr="00B139AA" w:rsidRDefault="00254BB8" w:rsidP="00B139AA">
      <w:pPr>
        <w:rPr>
          <w:rFonts w:ascii="Calibri" w:hAnsi="Calibri" w:cs="Calibri"/>
          <w:b/>
          <w:bCs/>
          <w:i/>
          <w:iCs/>
        </w:rPr>
      </w:pPr>
      <w:r w:rsidRPr="00B139AA">
        <w:rPr>
          <w:rFonts w:ascii="Calibri" w:hAnsi="Calibri" w:cs="Calibri"/>
          <w:b/>
          <w:bCs/>
          <w:i/>
          <w:iCs/>
        </w:rPr>
        <w:lastRenderedPageBreak/>
        <w:t xml:space="preserve">The Construction and Retrofitting of Agro-Processing Facility at </w:t>
      </w:r>
      <w:proofErr w:type="spellStart"/>
      <w:r w:rsidRPr="00B139AA">
        <w:rPr>
          <w:rFonts w:ascii="Calibri" w:hAnsi="Calibri" w:cs="Calibri"/>
          <w:b/>
          <w:bCs/>
          <w:i/>
          <w:iCs/>
        </w:rPr>
        <w:t>Watooka</w:t>
      </w:r>
      <w:proofErr w:type="spellEnd"/>
      <w:r w:rsidRPr="00B139AA">
        <w:rPr>
          <w:rFonts w:ascii="Calibri" w:hAnsi="Calibri" w:cs="Calibri"/>
          <w:b/>
          <w:bCs/>
          <w:i/>
          <w:iCs/>
        </w:rPr>
        <w:t xml:space="preserve"> for processing (8,600 bottles of green seasoning, pepper </w:t>
      </w:r>
      <w:r w:rsidRPr="00B139AA">
        <w:rPr>
          <w:rFonts w:ascii="Calibri" w:hAnsi="Calibri" w:cs="Calibri"/>
          <w:b/>
          <w:bCs/>
          <w:i/>
          <w:iCs/>
        </w:rPr>
        <w:t xml:space="preserve">sauce per month and additional new product of pre-cut fresh fruits, ground provisions and </w:t>
      </w:r>
      <w:proofErr w:type="gramStart"/>
      <w:r w:rsidRPr="00B139AA">
        <w:rPr>
          <w:rFonts w:ascii="Calibri" w:hAnsi="Calibri" w:cs="Calibri"/>
          <w:b/>
          <w:bCs/>
          <w:i/>
          <w:iCs/>
        </w:rPr>
        <w:t>vegetables  -</w:t>
      </w:r>
      <w:proofErr w:type="gramEnd"/>
      <w:r w:rsidRPr="00B139AA">
        <w:rPr>
          <w:rFonts w:ascii="Calibri" w:hAnsi="Calibri" w:cs="Calibri"/>
          <w:b/>
          <w:bCs/>
          <w:i/>
          <w:iCs/>
        </w:rPr>
        <w:t xml:space="preserve"> Guyana Marketing Corporation</w:t>
      </w:r>
      <w:r>
        <w:rPr>
          <w:rFonts w:ascii="Calibri" w:hAnsi="Calibri" w:cs="Calibri"/>
          <w:b/>
          <w:bCs/>
          <w:i/>
          <w:iCs/>
        </w:rPr>
        <w:t>.</w:t>
      </w:r>
    </w:p>
    <w:p w:rsidR="006C5FDA" w:rsidRDefault="00254BB8" w:rsidP="00CF5A42">
      <w:pPr>
        <w:pStyle w:val="ListParagraph"/>
        <w:numPr>
          <w:ilvl w:val="0"/>
          <w:numId w:val="17"/>
        </w:numPr>
        <w:rPr>
          <w:rFonts w:ascii="Calibri" w:hAnsi="Calibri" w:cs="Calibri"/>
          <w:b/>
          <w:bCs/>
        </w:rPr>
      </w:pPr>
      <w:r w:rsidRPr="007802C4">
        <w:rPr>
          <w:rFonts w:ascii="Calibri" w:hAnsi="Calibri" w:cs="Calibri"/>
          <w:b/>
          <w:bCs/>
        </w:rPr>
        <w:t>Construction of Demonstration Farm and Agriculture Information System Hub at Linden Office - $20 million</w:t>
      </w:r>
    </w:p>
    <w:p w:rsidR="00CF5A42" w:rsidRPr="007802C4" w:rsidRDefault="00254BB8" w:rsidP="00CF5A42">
      <w:pPr>
        <w:pStyle w:val="ListParagraph"/>
        <w:ind w:left="360"/>
        <w:rPr>
          <w:rFonts w:ascii="Calibri" w:hAnsi="Calibri" w:cs="Calibri"/>
          <w:b/>
          <w:bCs/>
        </w:rPr>
      </w:pPr>
    </w:p>
    <w:p w:rsidR="006C5FDA" w:rsidRPr="003355F5" w:rsidRDefault="00254BB8" w:rsidP="003355F5">
      <w:pPr>
        <w:pStyle w:val="ListParagraph"/>
        <w:numPr>
          <w:ilvl w:val="0"/>
          <w:numId w:val="17"/>
        </w:numPr>
        <w:rPr>
          <w:rFonts w:ascii="Calibri" w:hAnsi="Calibri" w:cs="Calibri"/>
          <w:b/>
          <w:bCs/>
        </w:rPr>
      </w:pPr>
      <w:r w:rsidRPr="003355F5">
        <w:rPr>
          <w:rFonts w:ascii="Calibri" w:hAnsi="Calibri" w:cs="Calibri"/>
          <w:b/>
          <w:bCs/>
        </w:rPr>
        <w:t xml:space="preserve">Farmers </w:t>
      </w:r>
      <w:r w:rsidRPr="003355F5">
        <w:rPr>
          <w:rFonts w:ascii="Calibri" w:hAnsi="Calibri" w:cs="Calibri"/>
          <w:b/>
          <w:bCs/>
        </w:rPr>
        <w:t>Assistance distribution of seeds, planting materials</w:t>
      </w:r>
    </w:p>
    <w:p w:rsidR="006C5FDA" w:rsidRPr="003355F5" w:rsidRDefault="00254BB8" w:rsidP="003355F5">
      <w:pPr>
        <w:rPr>
          <w:rFonts w:ascii="Calibri" w:hAnsi="Calibri" w:cs="Calibri"/>
          <w:b/>
          <w:bCs/>
        </w:rPr>
      </w:pPr>
      <w:r w:rsidRPr="003355F5">
        <w:rPr>
          <w:rFonts w:ascii="Calibri" w:hAnsi="Calibri" w:cs="Calibri"/>
          <w:b/>
          <w:bCs/>
        </w:rPr>
        <w:t>Investment: 2020 - 2023: $ 12. 3 Million</w:t>
      </w:r>
    </w:p>
    <w:p w:rsidR="006C5FDA" w:rsidRPr="003355F5" w:rsidRDefault="00254BB8" w:rsidP="003355F5">
      <w:pPr>
        <w:rPr>
          <w:rFonts w:ascii="Calibri" w:hAnsi="Calibri" w:cs="Calibri"/>
          <w:b/>
          <w:bCs/>
        </w:rPr>
      </w:pPr>
      <w:r w:rsidRPr="003355F5">
        <w:rPr>
          <w:rFonts w:ascii="Calibri" w:hAnsi="Calibri" w:cs="Calibri"/>
          <w:b/>
          <w:bCs/>
        </w:rPr>
        <w:t>Impact: 2020 – 2023: 3,605 persons</w:t>
      </w:r>
    </w:p>
    <w:p w:rsidR="006C5FDA" w:rsidRPr="003355F5" w:rsidRDefault="00254BB8" w:rsidP="003355F5">
      <w:pPr>
        <w:rPr>
          <w:rFonts w:ascii="Calibri" w:hAnsi="Calibri" w:cs="Calibri"/>
          <w:b/>
          <w:bCs/>
        </w:rPr>
      </w:pPr>
      <w:r w:rsidRPr="003355F5">
        <w:rPr>
          <w:rFonts w:ascii="Calibri" w:hAnsi="Calibri" w:cs="Calibri"/>
          <w:b/>
          <w:bCs/>
        </w:rPr>
        <w:t>Activities:</w:t>
      </w:r>
    </w:p>
    <w:p w:rsidR="006C5FDA" w:rsidRPr="007802C4" w:rsidRDefault="00254BB8" w:rsidP="007802C4">
      <w:pPr>
        <w:pStyle w:val="ListParagraph"/>
        <w:numPr>
          <w:ilvl w:val="0"/>
          <w:numId w:val="43"/>
        </w:numPr>
        <w:rPr>
          <w:rFonts w:ascii="Calibri" w:hAnsi="Calibri" w:cs="Calibri"/>
        </w:rPr>
      </w:pPr>
      <w:proofErr w:type="spellStart"/>
      <w:r w:rsidRPr="007802C4">
        <w:rPr>
          <w:rFonts w:ascii="Calibri" w:hAnsi="Calibri" w:cs="Calibri"/>
        </w:rPr>
        <w:t>Acoushi</w:t>
      </w:r>
      <w:proofErr w:type="spellEnd"/>
      <w:r w:rsidRPr="007802C4">
        <w:rPr>
          <w:rFonts w:ascii="Calibri" w:hAnsi="Calibri" w:cs="Calibri"/>
        </w:rPr>
        <w:t xml:space="preserve"> Ants Management- Programme entails using </w:t>
      </w:r>
      <w:proofErr w:type="spellStart"/>
      <w:r w:rsidRPr="007802C4">
        <w:rPr>
          <w:rFonts w:ascii="Calibri" w:hAnsi="Calibri" w:cs="Calibri"/>
        </w:rPr>
        <w:t>Acoushi</w:t>
      </w:r>
      <w:proofErr w:type="spellEnd"/>
      <w:r w:rsidRPr="007802C4">
        <w:rPr>
          <w:rFonts w:ascii="Calibri" w:hAnsi="Calibri" w:cs="Calibri"/>
        </w:rPr>
        <w:t xml:space="preserve"> ant bait to control leaf-cutting ants.</w:t>
      </w:r>
    </w:p>
    <w:p w:rsidR="006C5FDA" w:rsidRPr="007802C4" w:rsidRDefault="00254BB8" w:rsidP="007802C4">
      <w:pPr>
        <w:pStyle w:val="ListParagraph"/>
        <w:numPr>
          <w:ilvl w:val="0"/>
          <w:numId w:val="43"/>
        </w:numPr>
        <w:rPr>
          <w:rFonts w:ascii="Calibri" w:hAnsi="Calibri" w:cs="Calibri"/>
        </w:rPr>
      </w:pPr>
      <w:r w:rsidRPr="007802C4">
        <w:rPr>
          <w:rFonts w:ascii="Calibri" w:hAnsi="Calibri" w:cs="Calibri"/>
        </w:rPr>
        <w:t xml:space="preserve">Input Distribution – For the supply of Agro-inputs to farming community (Includes fertilizer, seeds, tools, equipment etc.) Villages that benefitted from Input Distribution include </w:t>
      </w:r>
      <w:proofErr w:type="spellStart"/>
      <w:r w:rsidRPr="007802C4">
        <w:rPr>
          <w:rFonts w:ascii="Calibri" w:hAnsi="Calibri" w:cs="Calibri"/>
        </w:rPr>
        <w:t>Kumaka</w:t>
      </w:r>
      <w:proofErr w:type="spellEnd"/>
      <w:r w:rsidRPr="007802C4">
        <w:rPr>
          <w:rFonts w:ascii="Calibri" w:hAnsi="Calibri" w:cs="Calibri"/>
        </w:rPr>
        <w:t xml:space="preserve"> (2023).</w:t>
      </w:r>
    </w:p>
    <w:p w:rsidR="006C5FDA" w:rsidRPr="007802C4" w:rsidRDefault="00254BB8" w:rsidP="007802C4">
      <w:pPr>
        <w:pStyle w:val="ListParagraph"/>
        <w:numPr>
          <w:ilvl w:val="0"/>
          <w:numId w:val="43"/>
        </w:numPr>
        <w:rPr>
          <w:rFonts w:ascii="Calibri" w:hAnsi="Calibri" w:cs="Calibri"/>
        </w:rPr>
      </w:pPr>
      <w:r w:rsidRPr="007802C4">
        <w:rPr>
          <w:rFonts w:ascii="Calibri" w:hAnsi="Calibri" w:cs="Calibri"/>
        </w:rPr>
        <w:t>Shade House Construction and Management – Shade house to pro</w:t>
      </w:r>
      <w:r w:rsidRPr="007802C4">
        <w:rPr>
          <w:rFonts w:ascii="Calibri" w:hAnsi="Calibri" w:cs="Calibri"/>
        </w:rPr>
        <w:t>vide group with added sources of income via production of high value crops.</w:t>
      </w:r>
    </w:p>
    <w:p w:rsidR="006C5FDA" w:rsidRDefault="00254BB8" w:rsidP="007802C4">
      <w:pPr>
        <w:pStyle w:val="ListParagraph"/>
        <w:numPr>
          <w:ilvl w:val="0"/>
          <w:numId w:val="43"/>
        </w:numPr>
        <w:rPr>
          <w:rFonts w:ascii="Calibri" w:hAnsi="Calibri" w:cs="Calibri"/>
        </w:rPr>
      </w:pPr>
      <w:r w:rsidRPr="007802C4">
        <w:rPr>
          <w:rFonts w:ascii="Calibri" w:hAnsi="Calibri" w:cs="Calibri"/>
        </w:rPr>
        <w:t>Villages that benefitted from Shade House Construction and Management: Three Friends Mines (2020-2023), Nottinghamshire (2022), and Rockstone (2022).</w:t>
      </w:r>
    </w:p>
    <w:p w:rsidR="00CF5A42" w:rsidRPr="007802C4" w:rsidRDefault="00254BB8" w:rsidP="00CF5A42">
      <w:pPr>
        <w:pStyle w:val="ListParagraph"/>
        <w:rPr>
          <w:rFonts w:ascii="Calibri" w:hAnsi="Calibri" w:cs="Calibri"/>
        </w:rPr>
      </w:pPr>
    </w:p>
    <w:p w:rsidR="006C5FDA" w:rsidRPr="003355F5" w:rsidRDefault="00254BB8" w:rsidP="003355F5">
      <w:pPr>
        <w:pStyle w:val="ListParagraph"/>
        <w:numPr>
          <w:ilvl w:val="0"/>
          <w:numId w:val="17"/>
        </w:numPr>
        <w:rPr>
          <w:rFonts w:ascii="Calibri" w:hAnsi="Calibri" w:cs="Calibri"/>
          <w:b/>
          <w:bCs/>
        </w:rPr>
      </w:pPr>
      <w:r w:rsidRPr="003355F5">
        <w:rPr>
          <w:rFonts w:ascii="Calibri" w:hAnsi="Calibri" w:cs="Calibri"/>
          <w:b/>
          <w:bCs/>
        </w:rPr>
        <w:t>Training and capacity buildin</w:t>
      </w:r>
      <w:r w:rsidRPr="003355F5">
        <w:rPr>
          <w:rFonts w:ascii="Calibri" w:hAnsi="Calibri" w:cs="Calibri"/>
          <w:b/>
          <w:bCs/>
        </w:rPr>
        <w:t>g where crops, livestock farmers and agro-processors benefitted from training in GAP, Post Harvesting, processing, packaging and labeling as well as best business practices</w:t>
      </w:r>
    </w:p>
    <w:p w:rsidR="00846780" w:rsidRPr="001C72DC" w:rsidRDefault="00254BB8">
      <w:pPr>
        <w:rPr>
          <w:rFonts w:ascii="Calibri" w:hAnsi="Calibri" w:cs="Calibri"/>
        </w:rPr>
      </w:pPr>
    </w:p>
    <w:sectPr w:rsidR="00846780" w:rsidRPr="001C72DC" w:rsidSect="00034616">
      <w:type w:val="continuous"/>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C946D98"/>
    <w:multiLevelType w:val="multilevel"/>
    <w:tmpl w:val="6D5E2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54BB8"/>
    <w:rsid w:val="0029639D"/>
    <w:rsid w:val="00326F90"/>
    <w:rsid w:val="00AA1D8D"/>
    <w:rsid w:val="00B47730"/>
    <w:rsid w:val="00CB0664"/>
    <w:rsid w:val="00F13E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4BF683"/>
  <w14:defaultImageDpi w14:val="300"/>
  <w15:docId w15:val="{29904A04-316B-43FB-BC40-867F6D6AA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A26D4-97AD-46B7-9C76-66C7B9E5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103</Pages>
  <Words>15249</Words>
  <Characters>86923</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cp:lastModifiedBy>
  <cp:revision>1</cp:revision>
  <dcterms:created xsi:type="dcterms:W3CDTF">2013-12-23T23:15:00Z</dcterms:created>
  <dcterms:modified xsi:type="dcterms:W3CDTF">2026-07-13T17:06:00Z</dcterms:modified>
  <cp:category/>
</cp:coreProperties>
</file>